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Walking Humbly with God – A Biblical Study on Humility</w:t>
      </w:r>
    </w:p>
    <w:p>
      <w:pPr>
        <w:pStyle w:val="Heading2"/>
      </w:pPr>
      <w:r>
        <w:t>Lesson 1: The Call to Humility Before God</w:t>
      </w:r>
    </w:p>
    <w:p>
      <w:pPr>
        <w:pStyle w:val="Heading3"/>
      </w:pPr>
      <w:r>
        <w:t>Teaching:</w:t>
      </w:r>
    </w:p>
    <w:p>
      <w:r>
        <w:t>Humility is essential in approaching God. It acknowledges our dependence on Him and recognizes His holiness and authority. Without humility, we cannot truly seek God or respond rightly to His Word. The Bible consistently teaches that God lifts the humble and opposes the proud.</w:t>
      </w:r>
    </w:p>
    <w:p>
      <w:pPr>
        <w:pStyle w:val="Heading3"/>
      </w:pPr>
      <w:r>
        <w:t>Key Verse:</w:t>
      </w:r>
    </w:p>
    <w:p>
      <w:r>
        <w:t>James 4:10 – "Humble yourselves before the Lord, and he will exalt you."</w:t>
      </w:r>
    </w:p>
    <w:p>
      <w:pPr>
        <w:pStyle w:val="Heading3"/>
      </w:pPr>
      <w:r>
        <w:t>Reflection Questions:</w:t>
      </w:r>
    </w:p>
    <w:p>
      <w:r>
        <w:t>- Why is humility required to truly follow God?</w:t>
      </w:r>
    </w:p>
    <w:p>
      <w:r>
        <w:t>- How does a lack of humility distance us from God?</w:t>
      </w:r>
    </w:p>
    <w:p>
      <w:r>
        <w:t>- What does it look like to humble yourself before the Lord in practice?</w:t>
      </w:r>
    </w:p>
    <w:p>
      <w:pPr>
        <w:pStyle w:val="Heading3"/>
      </w:pPr>
      <w:r>
        <w:t>Application:</w:t>
      </w:r>
    </w:p>
    <w:p>
      <w:r>
        <w:t>Take time today to acknowledge specific areas where you need God's help. Practice submitting your plans, desires, and struggles to Him in prayer, trusting that His way is best.</w:t>
      </w:r>
    </w:p>
    <w:p>
      <w:pPr>
        <w:pStyle w:val="Heading3"/>
      </w:pPr>
      <w:r>
        <w:t>Cross References:</w:t>
      </w:r>
    </w:p>
    <w:p>
      <w:r>
        <w:t>Micah 6:8, Isaiah 57:15, Proverbs 3:34, 1 Peter 5:6</w:t>
      </w:r>
    </w:p>
    <w:p>
      <w:pPr>
        <w:pStyle w:val="Heading2"/>
      </w:pPr>
      <w:r>
        <w:t>Lesson 2: Pride – The Enemy of Humility</w:t>
      </w:r>
    </w:p>
    <w:p>
      <w:pPr>
        <w:pStyle w:val="Heading3"/>
      </w:pPr>
      <w:r>
        <w:t>Teaching:</w:t>
      </w:r>
    </w:p>
    <w:p>
      <w:r>
        <w:t>Pride is not just arrogance; it is independence from God and self-exaltation. It is the root of rebellion and sin. Pride keeps us from admitting weakness or need, and it resists correction. In contrast, humility opens the heart to transformation and grace.</w:t>
      </w:r>
    </w:p>
    <w:p>
      <w:pPr>
        <w:pStyle w:val="Heading3"/>
      </w:pPr>
      <w:r>
        <w:t>Key Verse:</w:t>
      </w:r>
    </w:p>
    <w:p>
      <w:r>
        <w:t>Proverbs 16:18 – "Pride goes before destruction, and a haughty spirit before a fall."</w:t>
      </w:r>
    </w:p>
    <w:p>
      <w:pPr>
        <w:pStyle w:val="Heading3"/>
      </w:pPr>
      <w:r>
        <w:t>Reflection Questions:</w:t>
      </w:r>
    </w:p>
    <w:p>
      <w:r>
        <w:t>- How can pride prevent spiritual growth?</w:t>
      </w:r>
    </w:p>
    <w:p>
      <w:r>
        <w:t>- In what subtle ways can pride show up in your daily life?</w:t>
      </w:r>
    </w:p>
    <w:p>
      <w:r>
        <w:t>- What does it look like to repent of pride?</w:t>
      </w:r>
    </w:p>
    <w:p>
      <w:pPr>
        <w:pStyle w:val="Heading3"/>
      </w:pPr>
      <w:r>
        <w:t>Application:</w:t>
      </w:r>
    </w:p>
    <w:p>
      <w:r>
        <w:t>Ask the Lord to reveal any prideful thoughts or attitudes. Write them down, confess them, and pray for a renewed heart that reflects Christ’s humility.</w:t>
      </w:r>
    </w:p>
    <w:p>
      <w:pPr>
        <w:pStyle w:val="Heading3"/>
      </w:pPr>
      <w:r>
        <w:t>Cross References:</w:t>
      </w:r>
    </w:p>
    <w:p>
      <w:r>
        <w:t>Genesis 3:5-6, Isaiah 14:12-15, 1 Corinthians 10:12, Luke 18:9-14</w:t>
      </w:r>
    </w:p>
    <w:p>
      <w:pPr>
        <w:pStyle w:val="Heading2"/>
      </w:pPr>
      <w:r>
        <w:t>Lesson 3: Jesus – The Perfect Example of Humility</w:t>
      </w:r>
    </w:p>
    <w:p>
      <w:pPr>
        <w:pStyle w:val="Heading3"/>
      </w:pPr>
      <w:r>
        <w:t>Teaching:</w:t>
      </w:r>
    </w:p>
    <w:p>
      <w:r>
        <w:t>Jesus exemplified humility throughout His life. Though He was God, He took on human flesh, served others, and obeyed the Father unto death. He didn't seek fame or recognition but embraced a servant's life. Following Him means adopting this same mindset of sacrificial love and obedience.</w:t>
      </w:r>
    </w:p>
    <w:p>
      <w:pPr>
        <w:pStyle w:val="Heading3"/>
      </w:pPr>
      <w:r>
        <w:t>Key Verse:</w:t>
      </w:r>
    </w:p>
    <w:p>
      <w:r>
        <w:t>Philippians 2:5-7 – "Have this mind among yourselves, which is yours in Christ Jesus, who, though he was in the form of God, did not count equality with God a thing to be grasped, but emptied himself, by taking the form of a servant."</w:t>
      </w:r>
    </w:p>
    <w:p>
      <w:pPr>
        <w:pStyle w:val="Heading3"/>
      </w:pPr>
      <w:r>
        <w:t>Reflection Questions:</w:t>
      </w:r>
    </w:p>
    <w:p>
      <w:r>
        <w:t>- What is the significance of Jesus "emptying Himself"?</w:t>
      </w:r>
    </w:p>
    <w:p>
      <w:r>
        <w:t>- How do you struggle to adopt the same attitude that Jesus had?</w:t>
      </w:r>
    </w:p>
    <w:p>
      <w:r>
        <w:t>- What are practical ways you can serve others like Christ?</w:t>
      </w:r>
    </w:p>
    <w:p>
      <w:pPr>
        <w:pStyle w:val="Heading3"/>
      </w:pPr>
      <w:r>
        <w:t>Application:</w:t>
      </w:r>
    </w:p>
    <w:p>
      <w:r>
        <w:t>Commit to one act of humble service this week that requires self-sacrifice or inconvenience. Do it quietly, without seeking recognition.</w:t>
      </w:r>
    </w:p>
    <w:p>
      <w:pPr>
        <w:pStyle w:val="Heading3"/>
      </w:pPr>
      <w:r>
        <w:t>Cross References:</w:t>
      </w:r>
    </w:p>
    <w:p>
      <w:r>
        <w:t>John 13:12-17, Matthew 11:29, Luke 22:27, Hebrews 5:8</w:t>
      </w:r>
    </w:p>
    <w:p>
      <w:pPr>
        <w:pStyle w:val="Heading2"/>
      </w:pPr>
      <w:r>
        <w:t>Lesson 4: Humility in Christian Relationships</w:t>
      </w:r>
    </w:p>
    <w:p>
      <w:pPr>
        <w:pStyle w:val="Heading3"/>
      </w:pPr>
      <w:r>
        <w:t>Teaching:</w:t>
      </w:r>
    </w:p>
    <w:p>
      <w:r>
        <w:t>Humility transforms how we relate to others. It fosters patience, kindness, and a willingness to forgive. A humble heart listens more than it speaks and seeks unity rather than dominance. In the church, humility is the key to healthy community and mutual edification.</w:t>
      </w:r>
    </w:p>
    <w:p>
      <w:pPr>
        <w:pStyle w:val="Heading3"/>
      </w:pPr>
      <w:r>
        <w:t>Key Verse:</w:t>
      </w:r>
    </w:p>
    <w:p>
      <w:r>
        <w:t>Ephesians 4:2 – "Be completely humble and gentle; be patient, bearing with one another in love."</w:t>
      </w:r>
    </w:p>
    <w:p>
      <w:pPr>
        <w:pStyle w:val="Heading3"/>
      </w:pPr>
      <w:r>
        <w:t>Reflection Questions:</w:t>
      </w:r>
    </w:p>
    <w:p>
      <w:r>
        <w:t>- How does humility affect your interactions with others?</w:t>
      </w:r>
    </w:p>
    <w:p>
      <w:r>
        <w:t>- Why is humility necessary for maintaining unity in the church?</w:t>
      </w:r>
    </w:p>
    <w:p>
      <w:r>
        <w:t>- When is it hardest for you to act humbly in relationships?</w:t>
      </w:r>
    </w:p>
    <w:p>
      <w:pPr>
        <w:pStyle w:val="Heading3"/>
      </w:pPr>
      <w:r>
        <w:t>Application:</w:t>
      </w:r>
    </w:p>
    <w:p>
      <w:r>
        <w:t>Seek reconciliation with someone if there’s unresolved tension. Apologize if needed, even if you feel justified. Practice putting their needs or preferences ahead of your own this week.</w:t>
      </w:r>
    </w:p>
    <w:p>
      <w:pPr>
        <w:pStyle w:val="Heading3"/>
      </w:pPr>
      <w:r>
        <w:t>Cross References:</w:t>
      </w:r>
    </w:p>
    <w:p>
      <w:r>
        <w:t>Colossians 3:12-13, Romans 12:3, Philippians 2:3-4, Galatians 5:22-23</w:t>
      </w:r>
    </w:p>
    <w:p>
      <w:pPr>
        <w:pStyle w:val="Heading2"/>
      </w:pPr>
      <w:r>
        <w:t>Lesson 5: Humility, Wisdom, and Contentment</w:t>
      </w:r>
    </w:p>
    <w:p>
      <w:pPr>
        <w:pStyle w:val="Heading3"/>
      </w:pPr>
      <w:r>
        <w:t>Teaching:</w:t>
      </w:r>
    </w:p>
    <w:p>
      <w:r>
        <w:t>Humility is closely tied to wisdom—it involves recognizing the limits of your understanding and being teachable. The fear of the Lord, which is the beginning of wisdom, is rooted in humility. Likewise, humility leads to contentment because it frees us from the constant striving for more and trusts God’s provision and timing.</w:t>
      </w:r>
    </w:p>
    <w:p>
      <w:pPr>
        <w:pStyle w:val="Heading3"/>
      </w:pPr>
      <w:r>
        <w:t>Key Verse:</w:t>
      </w:r>
    </w:p>
    <w:p>
      <w:r>
        <w:t>Proverbs 11:2 – "When pride comes, then comes disgrace, but with humility comes wisdom."</w:t>
      </w:r>
    </w:p>
    <w:p>
      <w:pPr>
        <w:pStyle w:val="Heading3"/>
      </w:pPr>
      <w:r>
        <w:t>Reflection Questions:</w:t>
      </w:r>
    </w:p>
    <w:p>
      <w:r>
        <w:t>- How does humility help you grow in wisdom?</w:t>
      </w:r>
    </w:p>
    <w:p>
      <w:r>
        <w:t>- In what ways can humility lead to greater contentment?</w:t>
      </w:r>
    </w:p>
    <w:p>
      <w:r>
        <w:t>- What keeps you from being content with what God has given you?</w:t>
      </w:r>
    </w:p>
    <w:p>
      <w:pPr>
        <w:pStyle w:val="Heading3"/>
      </w:pPr>
      <w:r>
        <w:t>Application:</w:t>
      </w:r>
    </w:p>
    <w:p>
      <w:r>
        <w:t>Practice gratitude daily this week. Write down three things each day that you're thankful for, and reflect on how God has provided for you. Ask God for a humble, teachable spirit in every circumstance.</w:t>
      </w:r>
    </w:p>
    <w:p>
      <w:pPr>
        <w:pStyle w:val="Heading3"/>
      </w:pPr>
      <w:r>
        <w:t>Cross References:</w:t>
      </w:r>
    </w:p>
    <w:p>
      <w:r>
        <w:t>Proverbs 22:4, 1 Timothy 6:6-8, Proverbs 15:33, James 3:13-17, Philippians 4:11-13</w:t>
      </w:r>
    </w:p>
    <w:p>
      <w:pPr>
        <w:pStyle w:val="Heading2"/>
      </w:pPr>
      <w:r>
        <w:t>Lesson 6: The Blessings of Humility</w:t>
      </w:r>
    </w:p>
    <w:p>
      <w:pPr>
        <w:pStyle w:val="Heading3"/>
      </w:pPr>
      <w:r>
        <w:t>Teaching:</w:t>
      </w:r>
    </w:p>
    <w:p>
      <w:r>
        <w:t>God promises to bless those who walk humbly before Him. He draws near to the humble, hears their prayers, and promises to exalt them in due time. Humility is not weakness—it is strength under God’s control. It positions us to receive God’s favor and walk in peace.</w:t>
      </w:r>
    </w:p>
    <w:p>
      <w:pPr>
        <w:pStyle w:val="Heading3"/>
      </w:pPr>
      <w:r>
        <w:t>Key Verse:</w:t>
      </w:r>
    </w:p>
    <w:p>
      <w:r>
        <w:t>1 Peter 5:6 – "Humble yourselves, therefore, under God’s mighty hand, that he may lift you up in due time."</w:t>
      </w:r>
    </w:p>
    <w:p>
      <w:pPr>
        <w:pStyle w:val="Heading3"/>
      </w:pPr>
      <w:r>
        <w:t>Reflection Questions:</w:t>
      </w:r>
    </w:p>
    <w:p>
      <w:r>
        <w:t>- What are the rewards of humility listed in Scripture?</w:t>
      </w:r>
    </w:p>
    <w:p>
      <w:r>
        <w:t>- How have you experienced God’s blessing when you’ve chosen humility?</w:t>
      </w:r>
    </w:p>
    <w:p>
      <w:r>
        <w:t>- What does it mean to be “lifted up” in God’s timing?</w:t>
      </w:r>
    </w:p>
    <w:p>
      <w:pPr>
        <w:pStyle w:val="Heading3"/>
      </w:pPr>
      <w:r>
        <w:t>Application:</w:t>
      </w:r>
    </w:p>
    <w:p>
      <w:r>
        <w:t>Trust God in an area where you are waiting or feel overlooked. Surrender the desire to control or self-promote, and instead rest in God's timing and care.</w:t>
      </w:r>
    </w:p>
    <w:p>
      <w:pPr>
        <w:pStyle w:val="Heading3"/>
      </w:pPr>
      <w:r>
        <w:t>Cross References:</w:t>
      </w:r>
    </w:p>
    <w:p>
      <w:r>
        <w:t>Matthew 23:12, Psalm 25:9, Proverbs 18:12, Isaiah 66:2</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