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Trust and Obedience: Walking with God in Responsibility</w:t>
      </w:r>
    </w:p>
    <w:p>
      <w:pPr>
        <w:pStyle w:val="Heading1"/>
      </w:pPr>
      <w:r>
        <w:t>Lesson 1: Trusting God — The Foundation of Obedience</w:t>
      </w:r>
    </w:p>
    <w:p>
      <w:r>
        <w:t>Key Passage:</w:t>
      </w:r>
    </w:p>
    <w:p>
      <w:r>
        <w:t>Proverbs 3:5–6</w:t>
        <w:br/>
        <w:t>"Trust in the Lord with all your heart, and do not lean on your own understanding. In all your ways acknowledge him, and he will make straight your paths."</w:t>
      </w:r>
    </w:p>
    <w:p>
      <w:r>
        <w:t>Teaching:</w:t>
      </w:r>
    </w:p>
    <w:p>
      <w:r>
        <w:t>Trust in God is the essential starting point of a life of faith. Before we can obey Him, we must believe that He is trustworthy. Trust is relational—it flows from knowing God's character, His love, His wisdom, and His power. When we lack trust, obedience becomes burdensome or fearful. True trust allows us to surrender our own understanding and follow God's direction even when it is unclear.</w:t>
      </w:r>
    </w:p>
    <w:p>
      <w:r>
        <w:t>Reflection Questions:</w:t>
      </w:r>
    </w:p>
    <w:p>
      <w:r>
        <w:t>- What are the biggest challenges you face when trying to trust God?</w:t>
      </w:r>
    </w:p>
    <w:p>
      <w:r>
        <w:t>- How does your level of trust affect your willingness to obey God?</w:t>
      </w:r>
    </w:p>
    <w:p>
      <w:r>
        <w:t>- Can you think of a time when trusting God led to peace, even if the situation didn’t change immediately?</w:t>
      </w:r>
    </w:p>
    <w:p>
      <w:r>
        <w:t>Application:</w:t>
      </w:r>
    </w:p>
    <w:p>
      <w:r>
        <w:t>List an area of your life where you need to trust God more. Pray daily this week, surrendering that area to Him and asking Him to strengthen your trust through His Word.</w:t>
      </w:r>
    </w:p>
    <w:p>
      <w:r>
        <w:t>Cross References:</w:t>
      </w:r>
    </w:p>
    <w:p>
      <w:r>
        <w:t>- Psalm 37:3–5</w:t>
      </w:r>
    </w:p>
    <w:p>
      <w:r>
        <w:t>- Isaiah 26:3–4</w:t>
      </w:r>
    </w:p>
    <w:p>
      <w:r>
        <w:t>- Jeremiah 17:7–8</w:t>
      </w:r>
    </w:p>
    <w:p>
      <w:r>
        <w:t>- Hebrews 11:6</w:t>
      </w:r>
    </w:p>
    <w:p>
      <w:pPr>
        <w:pStyle w:val="Heading1"/>
      </w:pPr>
      <w:r>
        <w:t>Lesson 2: Obedience — The Fruit of Trust</w:t>
      </w:r>
    </w:p>
    <w:p>
      <w:r>
        <w:t>Key Passage:</w:t>
      </w:r>
    </w:p>
    <w:p>
      <w:r>
        <w:t>John 14:15</w:t>
        <w:br/>
        <w:t>"If you love me, you will keep my commandments."</w:t>
      </w:r>
    </w:p>
    <w:p>
      <w:r>
        <w:t>Teaching:</w:t>
      </w:r>
    </w:p>
    <w:p>
      <w:r>
        <w:t>Obedience to God is not meant to be legalistic but rather the natural outcome of trusting Him. Love and trust lead to obedience. True obedience flows not from fear or compulsion but from a heart that delights in pleasing God. When we trust God's goodness and sovereignty, we are more willing to obey Him, even when the command is hard or doesn’t make sense.</w:t>
      </w:r>
    </w:p>
    <w:p>
      <w:r>
        <w:t>Reflection Questions:</w:t>
      </w:r>
    </w:p>
    <w:p>
      <w:r>
        <w:t>- What motivates your obedience to God—fear, obligation, or love and trust?</w:t>
      </w:r>
    </w:p>
    <w:p>
      <w:r>
        <w:t>- Are there areas in your life where you are resisting obedience? Why?</w:t>
      </w:r>
    </w:p>
    <w:p>
      <w:r>
        <w:t>- How can a deeper trust in God transform your daily decisions?</w:t>
      </w:r>
    </w:p>
    <w:p>
      <w:r>
        <w:t>Application:</w:t>
      </w:r>
    </w:p>
    <w:p>
      <w:r>
        <w:t>Choose one specific command of Christ (e.g., forgiveness, generosity, prayer) and commit to obeying it this week, trusting that God’s way is best even if it's hard.</w:t>
      </w:r>
    </w:p>
    <w:p>
      <w:r>
        <w:t>Cross References:</w:t>
      </w:r>
    </w:p>
    <w:p>
      <w:r>
        <w:t>- Deuteronomy 11:1</w:t>
      </w:r>
    </w:p>
    <w:p>
      <w:r>
        <w:t>- 1 Samuel 15:22</w:t>
      </w:r>
    </w:p>
    <w:p>
      <w:r>
        <w:t>- Romans 1:5</w:t>
      </w:r>
    </w:p>
    <w:p>
      <w:r>
        <w:t>- James 1:22</w:t>
      </w:r>
    </w:p>
    <w:p>
      <w:pPr>
        <w:pStyle w:val="Heading1"/>
      </w:pPr>
      <w:r>
        <w:t>Lesson 3: Circles of Responsibility — Trusting God Without Neglecting Faithful Action</w:t>
      </w:r>
    </w:p>
    <w:p>
      <w:r>
        <w:t>Key Passage:</w:t>
      </w:r>
    </w:p>
    <w:p>
      <w:r>
        <w:t>Psalm 131:1–2</w:t>
        <w:br/>
        <w:t>"O Lord, my heart is not lifted up; my eyes are not raised too high; I do not occupy myself with things too great and too marvelous for me. But I have calmed and quieted my soul..."</w:t>
      </w:r>
    </w:p>
    <w:p>
      <w:r>
        <w:t>Teaching:</w:t>
      </w:r>
    </w:p>
    <w:p>
      <w:r>
        <w:t>God calls us to a life of active faith—trusting Him with what is not ours to control, while faithfully stewarding what is. The concept of circles of responsibility helps us navigate this:</w:t>
        <w:br/>
        <w:br/>
        <w:t>- The inner circle includes what we are directly responsible for—our thoughts, actions, decisions, and attitudes.</w:t>
        <w:br/>
        <w:t>- The outer circles involve what we can influence but cannot control—other people’s decisions, the future, outcomes, and God's sovereign plans.</w:t>
        <w:br/>
        <w:br/>
        <w:t>Many believers fall into two traps:</w:t>
        <w:br/>
        <w:t>1. Over-control — trying to fix or carry burdens that belong to God or others. This leads to anxiety, frustration, and burnout.</w:t>
        <w:br/>
        <w:t>2. Apathy — neglecting what can be done because we assume we have no influence. This can lead to passivity, irresponsibility, and faithless living.</w:t>
        <w:br/>
        <w:br/>
        <w:t>Wisdom lies in recognizing what is ours to do and doing it with faith, while trusting God to handle what is beyond us. Prayer, love, counsel, and action are ways we can influence the outer circle without overstepping into control or retreating in fear.</w:t>
      </w:r>
    </w:p>
    <w:p>
      <w:r>
        <w:t>Reflection Questions:</w:t>
      </w:r>
    </w:p>
    <w:p>
      <w:r>
        <w:t>- Are you currently overburdened by something that isn’t your responsibility?</w:t>
      </w:r>
    </w:p>
    <w:p>
      <w:r>
        <w:t>- Are there areas where you’ve become apathetic and failed to act, assuming nothing you do matters?</w:t>
      </w:r>
    </w:p>
    <w:p>
      <w:r>
        <w:t>- What would it look like to engage with wisdom and faith—without controlling or neglecting?</w:t>
      </w:r>
    </w:p>
    <w:p>
      <w:r>
        <w:t>Application:</w:t>
      </w:r>
    </w:p>
    <w:p>
      <w:r>
        <w:t>Draw two circles: the inner circle labeled “My Responsibilities” and the outer circle labeled “Influence, Not Control.” Write examples in each. Ask God to give you clarity, energy, and peace to walk faithfully in your role.</w:t>
      </w:r>
    </w:p>
    <w:p>
      <w:r>
        <w:t>Cross References:</w:t>
      </w:r>
    </w:p>
    <w:p>
      <w:r>
        <w:t>- Matthew 6:25–34</w:t>
      </w:r>
    </w:p>
    <w:p>
      <w:r>
        <w:t>- Philippians 4:6–7</w:t>
      </w:r>
    </w:p>
    <w:p>
      <w:r>
        <w:t>- Nehemiah 4:9</w:t>
      </w:r>
    </w:p>
    <w:p>
      <w:r>
        <w:t>- Romans 12:18</w:t>
      </w:r>
    </w:p>
    <w:p>
      <w:r>
        <w:t>- Galatians 6:9</w:t>
      </w:r>
    </w:p>
    <w:p>
      <w:pPr>
        <w:pStyle w:val="Heading1"/>
      </w:pPr>
      <w:r>
        <w:t>Lesson 4: When Trust Feels Risky — Obeying in Uncertainty</w:t>
      </w:r>
    </w:p>
    <w:p>
      <w:r>
        <w:t>Key Passage:</w:t>
      </w:r>
    </w:p>
    <w:p>
      <w:r>
        <w:t>Hebrews 11:8</w:t>
        <w:br/>
        <w:t>"By faith Abraham obeyed when he was called to go out to a place that he was to receive as an inheritance. And he went out, not knowing where he was going."</w:t>
      </w:r>
    </w:p>
    <w:p>
      <w:r>
        <w:t>Teaching:</w:t>
      </w:r>
    </w:p>
    <w:p>
      <w:r>
        <w:t>There are times when trusting God requires risk—when obedience doesn’t come with clear guarantees or visible results. In those moments, we may be tempted to delay action, waiting for certainty, or go to the other extreme and try to control every variable. Abraham shows us another path: a life of faith-filled action.</w:t>
        <w:br/>
        <w:br/>
        <w:t>Trusting God doesn’t mean doing nothing. It means we take the next step that is ours to take, while leaving the results and outcomes in God’s hands. There is a powerful tension between trusting and acting. When we know something is within our circle of responsibility—like sharing truth in love, making a wise decision, or stepping forward in obedience—we are called to move. At the same time, we must hold outcomes with open hands, knowing only God controls the future.</w:t>
      </w:r>
    </w:p>
    <w:p>
      <w:r>
        <w:t>Reflection Questions:</w:t>
      </w:r>
    </w:p>
    <w:p>
      <w:r>
        <w:t>- Is there an area where fear of the unknown is keeping you from faithful action?</w:t>
      </w:r>
    </w:p>
    <w:p>
      <w:r>
        <w:t>- Are you trusting God while also taking the step He’s asking you to take?</w:t>
      </w:r>
    </w:p>
    <w:p>
      <w:r>
        <w:t>- How can you recognize whether your hesitation is wise caution or disobedient fear?</w:t>
      </w:r>
    </w:p>
    <w:p>
      <w:r>
        <w:t>Application:</w:t>
      </w:r>
    </w:p>
    <w:p>
      <w:r>
        <w:t>Identify one situation in your life where you're tempted to wait for perfect clarity. Ask: What has God clearly shown me already? Write down one small but faithful action you can take. Then take it in prayer and trust.</w:t>
      </w:r>
    </w:p>
    <w:p>
      <w:r>
        <w:t>Cross References:</w:t>
      </w:r>
    </w:p>
    <w:p>
      <w:r>
        <w:t>- Genesis 12:1–4</w:t>
      </w:r>
    </w:p>
    <w:p>
      <w:r>
        <w:t>- James 2:22</w:t>
      </w:r>
    </w:p>
    <w:p>
      <w:r>
        <w:t>- Proverbs 16:3</w:t>
      </w:r>
    </w:p>
    <w:p>
      <w:r>
        <w:t>- Ecclesiastes 11:4</w:t>
      </w:r>
    </w:p>
    <w:p>
      <w:r>
        <w:t>- Luke 17:14</w:t>
      </w:r>
    </w:p>
    <w:p>
      <w:pPr>
        <w:pStyle w:val="Heading1"/>
      </w:pPr>
      <w:r>
        <w:t>Lesson 5: A Life of Trust and Obedience — Following Jesus Daily</w:t>
      </w:r>
    </w:p>
    <w:p>
      <w:r>
        <w:t>Key Passage:</w:t>
      </w:r>
    </w:p>
    <w:p>
      <w:r>
        <w:t>Luke 9:23</w:t>
        <w:br/>
        <w:t>"And he said to all, 'If anyone would come after me, let him deny himself and take up his cross daily and follow me.'"</w:t>
      </w:r>
    </w:p>
    <w:p>
      <w:r>
        <w:t>Teaching:</w:t>
      </w:r>
    </w:p>
    <w:p>
      <w:r>
        <w:t>The Christian life is a lifelong journey of balancing daily trust and daily obedience. Every day presents us with opportunities to either respond in faithful action or retreat in fear or apathy. The key is learning to walk in the Spirit, discerning what God is calling us to do and entrusting Him with the parts that are beyond us.</w:t>
        <w:br/>
        <w:br/>
        <w:t>Living faithfully means asking: What is mine to do today? Then doing that with a heart of trust. It also means asking: What is not mine to control? Then releasing those concerns to God through prayer.</w:t>
        <w:br/>
        <w:br/>
        <w:t>When we live this way, we are not passive, nor are we overly responsible. We live in cooperation with God’s grace—active, faithful, surrendered. Whether it’s loving a difficult person, making a hard choice, or resisting temptation, trust and obedience work together daily.</w:t>
      </w:r>
    </w:p>
    <w:p>
      <w:r>
        <w:t>Reflection Questions:</w:t>
      </w:r>
    </w:p>
    <w:p>
      <w:r>
        <w:t>- What does it mean for you personally to “take up your cross daily”?</w:t>
      </w:r>
    </w:p>
    <w:p>
      <w:r>
        <w:t>- Are you more tempted toward over-responsibility or spiritual passivity?</w:t>
      </w:r>
    </w:p>
    <w:p>
      <w:r>
        <w:t>- What habits help you listen to God and discern your daily steps?</w:t>
      </w:r>
    </w:p>
    <w:p>
      <w:r>
        <w:t>Application:</w:t>
      </w:r>
    </w:p>
    <w:p>
      <w:r>
        <w:t>Start each morning this week with this prayer:</w:t>
        <w:br/>
        <w:t>“Lord, show me what is mine to do today. Help me trust You with the rest.”</w:t>
        <w:br/>
        <w:t>Then reflect each night: Did I act in faith today? Did I trust God with the outcomes?</w:t>
      </w:r>
    </w:p>
    <w:p>
      <w:r>
        <w:t>Cross References:</w:t>
      </w:r>
    </w:p>
    <w:p>
      <w:r>
        <w:t>- Galatians 5:25</w:t>
      </w:r>
    </w:p>
    <w:p>
      <w:r>
        <w:t>- Ephesians 2:10</w:t>
      </w:r>
    </w:p>
    <w:p>
      <w:r>
        <w:t>- Matthew 25:21</w:t>
      </w:r>
    </w:p>
    <w:p>
      <w:r>
        <w:t>- John 15:5</w:t>
      </w:r>
    </w:p>
    <w:p>
      <w:r>
        <w:t>- 2 Timothy 4:7</w:t>
      </w:r>
    </w:p>
    <w:p>
      <w:pPr>
        <w:pStyle w:val="Heading1"/>
      </w:pPr>
      <w:r>
        <w:t>Conclusion: Trust and Obedience in Daily Life</w:t>
      </w:r>
    </w:p>
    <w:p>
      <w:r>
        <w:t>Trust and obedience are not separate paths—they are two sides of a faithful life. Trust fuels our obedience, and obedience strengthens our trust. When we know God's character, we can rest in His sovereignty and walk in boldness. When we obey His Word, we experience His faithfulness firsthand.</w:t>
        <w:br/>
        <w:br/>
        <w:t>The circles of responsibility remind us that faith does not mean doing everything, nor does it mean doing nothing. Our calling is to act in the space God has given us—and to trust Him with what lies beyond.</w:t>
        <w:br/>
        <w:br/>
        <w:t>As you go forward, may you walk in step with the Spirit: doing what is yours to do, trusting God with the rest, and resting in the peace that comes from knowing He is in control.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