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The Life and Legacy of Solomon — A Biblical Study</w:t>
      </w:r>
    </w:p>
    <w:p>
      <w:pPr>
        <w:pStyle w:val="Heading1"/>
      </w:pPr>
      <w:r>
        <w:t>Lesson 1: Solomon's Rise — God’s Chosen King of Peace</w:t>
      </w:r>
    </w:p>
    <w:p>
      <w:pPr/>
      <w:r>
        <w:t>Scripture Focus: 1 Kings 1–2</w:t>
      </w:r>
    </w:p>
    <w:p>
      <w:pPr/>
      <w:r>
        <w:t>Key Verse: 1 Kings 2:12 (ESV): “And Solomon sat on the throne of David his father, and his kingdom was firmly established.”</w:t>
      </w:r>
    </w:p>
    <w:p>
      <w:pPr/>
      <w:r>
        <w:t>Teaching:</w:t>
      </w:r>
    </w:p>
    <w:p>
      <w:pPr/>
      <w:r>
        <w:t>Solomon, the son of David and Bathsheba, was chosen by God to succeed David as king. Despite being born from a complicated and sinful situation, Solomon’s selection demonstrates God’s ability to redeem brokenness for His purposes. His name means 'peace,' and his reign began with peace and promise.</w:t>
      </w:r>
    </w:p>
    <w:p>
      <w:pPr/>
      <w:r>
        <w:t>Reflection Questions:</w:t>
      </w:r>
    </w:p>
    <w:p>
      <w:pPr>
        <w:pStyle w:val="ListBullet"/>
      </w:pPr>
      <w:r>
        <w:t>- Why is it significant that God chose Solomon to follow David?</w:t>
      </w:r>
    </w:p>
    <w:p>
      <w:pPr>
        <w:pStyle w:val="ListBullet"/>
      </w:pPr>
      <w:r>
        <w:t>- What does Solomon's peaceful succession teach us about God’s sovereignty?</w:t>
      </w:r>
    </w:p>
    <w:p>
      <w:pPr/>
      <w:r>
        <w:t>Application:</w:t>
      </w:r>
    </w:p>
    <w:p>
      <w:pPr/>
      <w:r>
        <w:t>Trust that God can use your life—even your mistakes or background—for His redemptive plan. Seek to honor Him in whatever role He gives you.</w:t>
      </w:r>
    </w:p>
    <w:p>
      <w:pPr/>
      <w:r>
        <w:t>Cross-References:</w:t>
      </w:r>
    </w:p>
    <w:p>
      <w:pPr>
        <w:pStyle w:val="ListBullet"/>
      </w:pPr>
      <w:r>
        <w:t>- 2 Samuel 12:24–25</w:t>
      </w:r>
    </w:p>
    <w:p>
      <w:pPr>
        <w:pStyle w:val="ListBullet"/>
      </w:pPr>
      <w:r>
        <w:t>- 1 Chronicles 28:5</w:t>
      </w:r>
    </w:p>
    <w:p>
      <w:pPr>
        <w:pStyle w:val="ListBullet"/>
      </w:pPr>
      <w:r>
        <w:t>- Romans 8:28</w:t>
      </w:r>
    </w:p>
    <w:p>
      <w:pPr>
        <w:pStyle w:val="ListBullet"/>
      </w:pPr>
      <w:r>
        <w:t>- Psalm 89:35–37</w:t>
      </w:r>
    </w:p>
    <w:p/>
    <w:p>
      <w:pPr>
        <w:pStyle w:val="Heading1"/>
      </w:pPr>
      <w:r>
        <w:t>Lesson 2: Solomon’s Wisdom — A Gift from God</w:t>
      </w:r>
    </w:p>
    <w:p>
      <w:pPr/>
      <w:r>
        <w:t>Scripture Focus: 1 Kings 3</w:t>
      </w:r>
    </w:p>
    <w:p>
      <w:pPr/>
      <w:r>
        <w:t>Key Verse: 1 Kings 3:9 (ESV): “Give your servant therefore an understanding mind to govern your people, that I may discern between good and evil…”</w:t>
      </w:r>
    </w:p>
    <w:p>
      <w:pPr/>
      <w:r>
        <w:t>Teaching:</w:t>
      </w:r>
    </w:p>
    <w:p>
      <w:pPr/>
      <w:r>
        <w:t>Solomon's most defining early moment as king was his request for wisdom over wealth or power. This pleased the Lord, who granted him exceptional discernment. His story reminds us to seek God's wisdom above all earthly things.</w:t>
      </w:r>
    </w:p>
    <w:p>
      <w:pPr/>
      <w:r>
        <w:t>Reflection Questions:</w:t>
      </w:r>
    </w:p>
    <w:p>
      <w:pPr>
        <w:pStyle w:val="ListBullet"/>
      </w:pPr>
      <w:r>
        <w:t>- What does Solomon’s request teach us about priorities?</w:t>
      </w:r>
    </w:p>
    <w:p>
      <w:pPr>
        <w:pStyle w:val="ListBullet"/>
      </w:pPr>
      <w:r>
        <w:t>- How can we pursue wisdom in our own lives?</w:t>
      </w:r>
    </w:p>
    <w:p>
      <w:pPr/>
      <w:r>
        <w:t>Application:</w:t>
      </w:r>
    </w:p>
    <w:p>
      <w:pPr/>
      <w:r>
        <w:t>Pray for wisdom in your decisions. Value understanding and discernment more than material success.</w:t>
      </w:r>
    </w:p>
    <w:p>
      <w:pPr/>
      <w:r>
        <w:t>Cross-References:</w:t>
      </w:r>
    </w:p>
    <w:p>
      <w:pPr>
        <w:pStyle w:val="ListBullet"/>
      </w:pPr>
      <w:r>
        <w:t>- Proverbs 4:7</w:t>
      </w:r>
    </w:p>
    <w:p>
      <w:pPr>
        <w:pStyle w:val="ListBullet"/>
      </w:pPr>
      <w:r>
        <w:t>- James 1:5</w:t>
      </w:r>
    </w:p>
    <w:p>
      <w:pPr>
        <w:pStyle w:val="ListBullet"/>
      </w:pPr>
      <w:r>
        <w:t>- Matthew 6:33</w:t>
      </w:r>
    </w:p>
    <w:p>
      <w:pPr>
        <w:pStyle w:val="ListBullet"/>
      </w:pPr>
      <w:r>
        <w:t>- Colossians 1:9</w:t>
      </w:r>
    </w:p>
    <w:p/>
    <w:p>
      <w:pPr>
        <w:pStyle w:val="Heading1"/>
      </w:pPr>
      <w:r>
        <w:t>Lesson 3: Building the Temple — Solomon’s Service to God</w:t>
      </w:r>
    </w:p>
    <w:p>
      <w:pPr/>
      <w:r>
        <w:t>Scripture Focus: 1 Kings 5–8</w:t>
      </w:r>
    </w:p>
    <w:p>
      <w:pPr/>
      <w:r>
        <w:t>Key Verse: 2 Chronicles 2:4 (ESV): “Behold, I am about to build a house for the name of the Lord my God…”</w:t>
      </w:r>
    </w:p>
    <w:p>
      <w:pPr/>
      <w:r>
        <w:t>Teaching:</w:t>
      </w:r>
    </w:p>
    <w:p>
      <w:pPr/>
      <w:r>
        <w:t>One of Solomon's greatest achievements was constructing the Temple in Jerusalem, fulfilling David’s dream. The Temple became the central place of worship for Israel and a symbol of God’s presence.</w:t>
      </w:r>
    </w:p>
    <w:p>
      <w:pPr/>
      <w:r>
        <w:t>Reflection Questions:</w:t>
      </w:r>
    </w:p>
    <w:p>
      <w:pPr>
        <w:pStyle w:val="ListBullet"/>
      </w:pPr>
      <w:r>
        <w:t>- Why was building the Temple so significant?</w:t>
      </w:r>
    </w:p>
    <w:p>
      <w:pPr>
        <w:pStyle w:val="ListBullet"/>
      </w:pPr>
      <w:r>
        <w:t>- How can we honor God with what we build in our lives?</w:t>
      </w:r>
    </w:p>
    <w:p>
      <w:pPr/>
      <w:r>
        <w:t>Application:</w:t>
      </w:r>
    </w:p>
    <w:p>
      <w:pPr/>
      <w:r>
        <w:t>Dedicate your time, talents, and resources to glorify God. Whatever you 'build,' make it a place where God is honored.</w:t>
      </w:r>
    </w:p>
    <w:p>
      <w:pPr/>
      <w:r>
        <w:t>Cross-References:</w:t>
      </w:r>
    </w:p>
    <w:p>
      <w:pPr>
        <w:pStyle w:val="ListBullet"/>
      </w:pPr>
      <w:r>
        <w:t>- 2 Samuel 7:12–13</w:t>
      </w:r>
    </w:p>
    <w:p>
      <w:pPr>
        <w:pStyle w:val="ListBullet"/>
      </w:pPr>
      <w:r>
        <w:t>- 1 Corinthians 3:16–17</w:t>
      </w:r>
    </w:p>
    <w:p>
      <w:pPr>
        <w:pStyle w:val="ListBullet"/>
      </w:pPr>
      <w:r>
        <w:t>- Hebrews 9:11</w:t>
      </w:r>
    </w:p>
    <w:p>
      <w:pPr>
        <w:pStyle w:val="ListBullet"/>
      </w:pPr>
      <w:r>
        <w:t>- John 2:19–21</w:t>
      </w:r>
    </w:p>
    <w:p/>
    <w:p>
      <w:pPr>
        <w:pStyle w:val="Heading1"/>
      </w:pPr>
      <w:r>
        <w:t>Lesson 4: Solomon’s Downfall — The Cost of Compromise</w:t>
      </w:r>
    </w:p>
    <w:p>
      <w:pPr/>
      <w:r>
        <w:t>Scripture Focus: 1 Kings 11</w:t>
      </w:r>
    </w:p>
    <w:p>
      <w:pPr/>
      <w:r>
        <w:t>Key Verse: 1 Kings 11:4 (ESV): “For when Solomon was old his wives turned away his heart after other gods…”</w:t>
      </w:r>
    </w:p>
    <w:p>
      <w:pPr/>
      <w:r>
        <w:t>Teaching:</w:t>
      </w:r>
    </w:p>
    <w:p>
      <w:pPr/>
      <w:r>
        <w:t>Despite his wisdom, Solomon failed to remain faithful to God. His many foreign wives led him into idolatry, and his heart turned from the Lord. This led to the division of the kingdom and spiritual decay.</w:t>
      </w:r>
    </w:p>
    <w:p>
      <w:pPr/>
      <w:r>
        <w:t>Reflection Questions:</w:t>
      </w:r>
    </w:p>
    <w:p>
      <w:pPr>
        <w:pStyle w:val="ListBullet"/>
      </w:pPr>
      <w:r>
        <w:t>- How did Solomon’s compromises lead to spiritual decline?</w:t>
      </w:r>
    </w:p>
    <w:p>
      <w:pPr>
        <w:pStyle w:val="ListBullet"/>
      </w:pPr>
      <w:r>
        <w:t>- What can cause our hearts to drift from God?</w:t>
      </w:r>
    </w:p>
    <w:p>
      <w:pPr/>
      <w:r>
        <w:t>Application:</w:t>
      </w:r>
    </w:p>
    <w:p>
      <w:pPr/>
      <w:r>
        <w:t>Stay vigilant in your walk with God. Don't allow worldly desires or relationships to pull your heart away from the Lord.</w:t>
      </w:r>
    </w:p>
    <w:p>
      <w:pPr/>
      <w:r>
        <w:t>Cross-References:</w:t>
      </w:r>
    </w:p>
    <w:p>
      <w:pPr>
        <w:pStyle w:val="ListBullet"/>
      </w:pPr>
      <w:r>
        <w:t>- Deuteronomy 17:17</w:t>
      </w:r>
    </w:p>
    <w:p>
      <w:pPr>
        <w:pStyle w:val="ListBullet"/>
      </w:pPr>
      <w:r>
        <w:t>- Proverbs 4:23</w:t>
      </w:r>
    </w:p>
    <w:p>
      <w:pPr>
        <w:pStyle w:val="ListBullet"/>
      </w:pPr>
      <w:r>
        <w:t>- Matthew 6:24</w:t>
      </w:r>
    </w:p>
    <w:p>
      <w:pPr>
        <w:pStyle w:val="ListBullet"/>
      </w:pPr>
      <w:r>
        <w:t>- 2 Corinthians 6:14</w:t>
      </w:r>
    </w:p>
    <w:p/>
    <w:p>
      <w:pPr>
        <w:pStyle w:val="Heading1"/>
      </w:pPr>
      <w:r>
        <w:t>Lesson 5: The Legacy of Solomon — A Mixed Record</w:t>
      </w:r>
    </w:p>
    <w:p>
      <w:pPr/>
      <w:r>
        <w:t>Scripture Focus: 1 Kings 10–11</w:t>
      </w:r>
    </w:p>
    <w:p>
      <w:pPr/>
      <w:r>
        <w:t>Key Verse: 1 Kings 10:23 (ESV): “Thus King Solomon excelled all the kings of the earth in riches and in wisdom.”</w:t>
      </w:r>
    </w:p>
    <w:p>
      <w:pPr/>
      <w:r>
        <w:t>Teaching:</w:t>
      </w:r>
    </w:p>
    <w:p>
      <w:pPr/>
      <w:r>
        <w:t>Solomon left behind a legacy of wisdom, architectural achievement, and literary works (Proverbs, Ecclesiastes, Song of Songs), yet also a cautionary tale of what happens when the heart grows cold to God.</w:t>
      </w:r>
    </w:p>
    <w:p>
      <w:pPr/>
      <w:r>
        <w:t>Reflection Questions:</w:t>
      </w:r>
    </w:p>
    <w:p>
      <w:pPr>
        <w:pStyle w:val="ListBullet"/>
      </w:pPr>
      <w:r>
        <w:t>- What were Solomon’s greatest achievements and greatest failures?</w:t>
      </w:r>
    </w:p>
    <w:p>
      <w:pPr>
        <w:pStyle w:val="ListBullet"/>
      </w:pPr>
      <w:r>
        <w:t>- How do you want your legacy to reflect your faith?</w:t>
      </w:r>
    </w:p>
    <w:p>
      <w:pPr/>
      <w:r>
        <w:t>Application:</w:t>
      </w:r>
    </w:p>
    <w:p>
      <w:pPr/>
      <w:r>
        <w:t>Your legacy is shaped by daily obedience. Prioritize faithfulness over success, and let God define your impact.</w:t>
      </w:r>
    </w:p>
    <w:p>
      <w:pPr/>
      <w:r>
        <w:t>Cross-References:</w:t>
      </w:r>
    </w:p>
    <w:p>
      <w:pPr>
        <w:pStyle w:val="ListBullet"/>
      </w:pPr>
      <w:r>
        <w:t>- Ecclesiastes 12:13</w:t>
      </w:r>
    </w:p>
    <w:p>
      <w:pPr>
        <w:pStyle w:val="ListBullet"/>
      </w:pPr>
      <w:r>
        <w:t>- Matthew 6:19–21</w:t>
      </w:r>
    </w:p>
    <w:p>
      <w:pPr>
        <w:pStyle w:val="ListBullet"/>
      </w:pPr>
      <w:r>
        <w:t>- 2 Timothy 4:7–8</w:t>
      </w:r>
    </w:p>
    <w:p>
      <w:pPr>
        <w:pStyle w:val="ListBullet"/>
      </w:pPr>
      <w:r>
        <w:t>- 1 Corinthians 3:12–15</w:t>
      </w:r>
    </w:p>
    <w:p/>
    <w:p>
      <w:pPr>
        <w:pStyle w:val="Heading1"/>
      </w:pPr>
      <w:r>
        <w:t>Lesson 6: Solomon and Jesus — The Greater Wisdom</w:t>
      </w:r>
    </w:p>
    <w:p>
      <w:pPr/>
      <w:r>
        <w:t>Scripture Focus: Matthew 12:42, Luke 11:31</w:t>
      </w:r>
    </w:p>
    <w:p>
      <w:pPr/>
      <w:r>
        <w:t>Key Verse: Matthew 12:42 (ESV): “The queen of the South… came from the ends of the earth to hear the wisdom of Solomon, and behold, something greater than Solomon is here.”</w:t>
      </w:r>
    </w:p>
    <w:p>
      <w:pPr/>
      <w:r>
        <w:t>Teaching:</w:t>
      </w:r>
    </w:p>
    <w:p>
      <w:pPr/>
      <w:r>
        <w:t>Jesus referenced Solomon to point out that He Himself is greater than Solomon. Jesus is the ultimate source of wisdom, peace, and the true Temple. Where Solomon failed, Christ was perfect.</w:t>
      </w:r>
    </w:p>
    <w:p>
      <w:pPr/>
      <w:r>
        <w:t>Reflection Questions:</w:t>
      </w:r>
    </w:p>
    <w:p>
      <w:pPr>
        <w:pStyle w:val="ListBullet"/>
      </w:pPr>
      <w:r>
        <w:t>- Why did Jesus compare Himself to Solomon?</w:t>
      </w:r>
    </w:p>
    <w:p>
      <w:pPr>
        <w:pStyle w:val="ListBullet"/>
      </w:pPr>
      <w:r>
        <w:t>- What does this tell us about Christ’s authority and mission?</w:t>
      </w:r>
    </w:p>
    <w:p>
      <w:pPr/>
      <w:r>
        <w:t>Application:</w:t>
      </w:r>
    </w:p>
    <w:p>
      <w:pPr/>
      <w:r>
        <w:t>Recognize that Christ is the true and better Solomon—perfect in wisdom, unwavering in faithfulness, and the eternal King. Submit to His lordship in all areas of life.</w:t>
      </w:r>
    </w:p>
    <w:p>
      <w:pPr/>
      <w:r>
        <w:t>Cross-References:</w:t>
      </w:r>
    </w:p>
    <w:p>
      <w:pPr>
        <w:pStyle w:val="ListBullet"/>
      </w:pPr>
      <w:r>
        <w:t>- Hebrews 1:3</w:t>
      </w:r>
    </w:p>
    <w:p>
      <w:pPr>
        <w:pStyle w:val="ListBullet"/>
      </w:pPr>
      <w:r>
        <w:t>- Colossians 2:3</w:t>
      </w:r>
    </w:p>
    <w:p>
      <w:pPr>
        <w:pStyle w:val="ListBullet"/>
      </w:pPr>
      <w:r>
        <w:t>- Revelation 5:12</w:t>
      </w:r>
    </w:p>
    <w:p>
      <w:pPr>
        <w:pStyle w:val="ListBullet"/>
      </w:pPr>
      <w:r>
        <w:t>- John 1:14</w:t>
      </w:r>
    </w:p>
    <w:p/>
    <w:p>
      <w:pPr>
        <w:pStyle w:val="Heading1"/>
      </w:pPr>
      <w:r>
        <w:t>Lesson 7: Solomon’s Wisdom in Proverbs — The Fear of the Lord</w:t>
      </w:r>
    </w:p>
    <w:p>
      <w:pPr/>
      <w:r>
        <w:t>Scripture Focus: Selected Proverbs</w:t>
      </w:r>
    </w:p>
    <w:p>
      <w:pPr/>
      <w:r>
        <w:t>Key Verse: Proverbs 1:7 (ESV): “The fear of the Lord is the beginning of knowledge; fools despise wisdom and instruction.”</w:t>
      </w:r>
    </w:p>
    <w:p>
      <w:pPr/>
      <w:r>
        <w:t>Teaching:</w:t>
      </w:r>
    </w:p>
    <w:p>
      <w:pPr/>
      <w:r>
        <w:t>Solomon wrote most of the book of Proverbs, a collection of divinely inspired sayings that offer practical and moral wisdom. His writings reflect his God-given understanding of human nature, justice, diligence, speech, and reverence for the Lord.</w:t>
      </w:r>
    </w:p>
    <w:p>
      <w:pPr/>
      <w:r>
        <w:t>Reflection Questions:</w:t>
      </w:r>
    </w:p>
    <w:p>
      <w:pPr>
        <w:pStyle w:val="ListBullet"/>
      </w:pPr>
      <w:r>
        <w:t>- What does it mean to “fear the Lord”?</w:t>
      </w:r>
    </w:p>
    <w:p>
      <w:pPr>
        <w:pStyle w:val="ListBullet"/>
      </w:pPr>
      <w:r>
        <w:t>- Which proverb has spoken to you the most personally?</w:t>
      </w:r>
    </w:p>
    <w:p>
      <w:pPr/>
      <w:r>
        <w:t>Application:</w:t>
      </w:r>
    </w:p>
    <w:p>
      <w:pPr/>
      <w:r>
        <w:t>Commit to reading a proverb a day for continued growth in biblical wisdom. Let the truths of Proverbs guide your daily decisions.</w:t>
      </w:r>
    </w:p>
    <w:p>
      <w:pPr/>
      <w:r>
        <w:t>Cross-References:</w:t>
      </w:r>
    </w:p>
    <w:p>
      <w:pPr>
        <w:pStyle w:val="ListBullet"/>
      </w:pPr>
      <w:r>
        <w:t>- James 3:17</w:t>
      </w:r>
    </w:p>
    <w:p>
      <w:pPr>
        <w:pStyle w:val="ListBullet"/>
      </w:pPr>
      <w:r>
        <w:t>- Proverbs 3:5–6</w:t>
      </w:r>
    </w:p>
    <w:p>
      <w:pPr>
        <w:pStyle w:val="ListBullet"/>
      </w:pPr>
      <w:r>
        <w:t>- 1 Kings 4:29–34</w:t>
      </w:r>
    </w:p>
    <w:p>
      <w:pPr>
        <w:pStyle w:val="ListBullet"/>
      </w:pPr>
      <w:r>
        <w:t>- Psalm 111:10</w:t>
      </w:r>
    </w:p>
    <w:p/>
    <w:p>
      <w:pPr>
        <w:pStyle w:val="Heading1"/>
      </w:pPr>
      <w:r>
        <w:t>Lesson 8: Solomon’s Reflections in Ecclesiastes — Life Under the Sun</w:t>
      </w:r>
    </w:p>
    <w:p>
      <w:pPr/>
      <w:r>
        <w:t>Scripture Focus: Selected Ecclesiastes</w:t>
      </w:r>
    </w:p>
    <w:p>
      <w:pPr/>
      <w:r>
        <w:t>Key Verse: Ecclesiastes 12:13 (ESV): “The end of the matter; all has been heard. Fear God and keep his commandments, for this is the whole duty of man.”</w:t>
      </w:r>
    </w:p>
    <w:p>
      <w:pPr/>
      <w:r>
        <w:t>Teaching:</w:t>
      </w:r>
    </w:p>
    <w:p>
      <w:pPr/>
      <w:r>
        <w:t>In Ecclesiastes, Solomon reflects on the meaning of life, work, pleasure, and human striving. He finds all pursuits 'vanity' apart from God. His conclusion calls us back to reverence and obedience, highlighting our dependence on God for true purpose.</w:t>
      </w:r>
    </w:p>
    <w:p>
      <w:pPr/>
      <w:r>
        <w:t>Reflection Questions:</w:t>
      </w:r>
    </w:p>
    <w:p>
      <w:pPr>
        <w:pStyle w:val="ListBullet"/>
      </w:pPr>
      <w:r>
        <w:t>- Why does Solomon call so much of life 'vanity'?</w:t>
      </w:r>
    </w:p>
    <w:p>
      <w:pPr>
        <w:pStyle w:val="ListBullet"/>
      </w:pPr>
      <w:r>
        <w:t>- What brings true fulfillment according to Solomon?</w:t>
      </w:r>
    </w:p>
    <w:p>
      <w:pPr/>
      <w:r>
        <w:t>Application:</w:t>
      </w:r>
    </w:p>
    <w:p>
      <w:pPr/>
      <w:r>
        <w:t>Evaluate your pursuits. Are they centered around honoring God or personal ambition? Align your life with God's eternal priorities.</w:t>
      </w:r>
    </w:p>
    <w:p>
      <w:pPr/>
      <w:r>
        <w:t>Cross-References:</w:t>
      </w:r>
    </w:p>
    <w:p>
      <w:pPr>
        <w:pStyle w:val="ListBullet"/>
      </w:pPr>
      <w:r>
        <w:t>- Matthew 6:33</w:t>
      </w:r>
    </w:p>
    <w:p>
      <w:pPr>
        <w:pStyle w:val="ListBullet"/>
      </w:pPr>
      <w:r>
        <w:t>- Philippians 3:7–8</w:t>
      </w:r>
    </w:p>
    <w:p>
      <w:pPr>
        <w:pStyle w:val="ListBullet"/>
      </w:pPr>
      <w:r>
        <w:t>- John 10:10</w:t>
      </w:r>
    </w:p>
    <w:p>
      <w:pPr>
        <w:pStyle w:val="ListBullet"/>
      </w:pPr>
      <w:r>
        <w:t>- 1 Timothy 6:6–8</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