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Walking in Sanctification – A Biblical Study</w:t>
      </w:r>
    </w:p>
    <w:p>
      <w:pPr>
        <w:pStyle w:val="Heading1"/>
      </w:pPr>
      <w:r>
        <w:t>Lesson 1: The Meaning and Purpose of Sanctification</w:t>
      </w:r>
    </w:p>
    <w:p>
      <w:pPr>
        <w:pStyle w:val="Heading2"/>
      </w:pPr>
      <w:r>
        <w:t>Key Verse:</w:t>
      </w:r>
    </w:p>
    <w:p>
      <w:r>
        <w:t>1 Thessalonians 4:3</w:t>
        <w:br/>
        <w:t>"For this is the will of God, your sanctification: that you abstain from sexual immorality."</w:t>
      </w:r>
    </w:p>
    <w:p>
      <w:pPr>
        <w:pStyle w:val="Heading2"/>
      </w:pPr>
      <w:r>
        <w:t>Teaching:</w:t>
      </w:r>
    </w:p>
    <w:p>
      <w:r>
        <w:t>Sanctification means to be set apart for God's holy purposes. It is both a one-time event and a lifelong process. At salvation, believers are sanctified (set apart) in Christ. Yet the Christian life also involves daily growth in holiness as we become more like Jesus. God's will is that we be holy, as He is holy. This includes turning from sin and pursuing righteousness.</w:t>
      </w:r>
    </w:p>
    <w:p>
      <w:pPr>
        <w:pStyle w:val="Heading2"/>
      </w:pPr>
      <w:r>
        <w:t>Reflection Questions:</w:t>
      </w:r>
    </w:p>
    <w:p>
      <w:r>
        <w:t>- How would you define sanctification in your own words?</w:t>
      </w:r>
    </w:p>
    <w:p>
      <w:r>
        <w:t>- What does this passage reveal about God's will for your life?</w:t>
      </w:r>
    </w:p>
    <w:p>
      <w:r>
        <w:t>- In what ways do you see God calling you to be set apart?</w:t>
      </w:r>
    </w:p>
    <w:p>
      <w:pPr>
        <w:pStyle w:val="Heading2"/>
      </w:pPr>
      <w:r>
        <w:t>Application:</w:t>
      </w:r>
    </w:p>
    <w:p>
      <w:r>
        <w:t>Consider one area of your life where you struggle with sin. Ask God to help you pursue holiness in that area this week. Write down one step you will take to flee from sin and walk in obedience.</w:t>
      </w:r>
    </w:p>
    <w:p>
      <w:pPr>
        <w:pStyle w:val="Heading2"/>
      </w:pPr>
      <w:r>
        <w:t>Cross-References:</w:t>
      </w:r>
    </w:p>
    <w:p>
      <w:r>
        <w:t>- 1 Peter 1:15-16</w:t>
      </w:r>
    </w:p>
    <w:p>
      <w:r>
        <w:t>- Hebrews 12:14</w:t>
      </w:r>
    </w:p>
    <w:p>
      <w:r>
        <w:t>- John 17:17</w:t>
      </w:r>
    </w:p>
    <w:p>
      <w:r>
        <w:t>- Romans 6:19</w:t>
      </w:r>
    </w:p>
    <w:p>
      <w:pPr>
        <w:pStyle w:val="Heading1"/>
      </w:pPr>
      <w:r>
        <w:t>Lesson 2: Justification vs. Sanctification</w:t>
      </w:r>
    </w:p>
    <w:p>
      <w:pPr>
        <w:pStyle w:val="Heading2"/>
      </w:pPr>
      <w:r>
        <w:t>Key Verse:</w:t>
      </w:r>
    </w:p>
    <w:p>
      <w:r>
        <w:t>Romans 6:22</w:t>
        <w:br/>
        <w:t>"But now that you have been set free from sin and have become slaves of God, the fruit you get leads to sanctification and its end, eternal life."</w:t>
      </w:r>
    </w:p>
    <w:p>
      <w:pPr>
        <w:pStyle w:val="Heading2"/>
      </w:pPr>
      <w:r>
        <w:t>Teaching:</w:t>
      </w:r>
    </w:p>
    <w:p>
      <w:r>
        <w:t>Justification is a legal declaration that we are righteous before God through faith in Christ. Sanctification is the process of becoming practically righteous in our thoughts, attitudes, and actions. While justification happens once, sanctification is ongoing. God works in us, and we respond in obedience, growing in godliness.</w:t>
      </w:r>
    </w:p>
    <w:p>
      <w:pPr>
        <w:pStyle w:val="Heading2"/>
      </w:pPr>
      <w:r>
        <w:t>Reflection Questions:</w:t>
      </w:r>
    </w:p>
    <w:p>
      <w:r>
        <w:t>- How does sanctification differ from justification?</w:t>
      </w:r>
    </w:p>
    <w:p>
      <w:r>
        <w:t>- What does it mean to bear the fruit of sanctification?</w:t>
      </w:r>
    </w:p>
    <w:p>
      <w:r>
        <w:t>- What role does obedience play in the Christian life?</w:t>
      </w:r>
    </w:p>
    <w:p>
      <w:pPr>
        <w:pStyle w:val="Heading2"/>
      </w:pPr>
      <w:r>
        <w:t>Application:</w:t>
      </w:r>
    </w:p>
    <w:p>
      <w:r>
        <w:t>Examine whether you are cooperating with God's work of sanctification in your life. Are you growing more like Christ in your thoughts and actions? Ask the Holy Spirit to help you walk in obedience and bear fruit.</w:t>
      </w:r>
    </w:p>
    <w:p>
      <w:pPr>
        <w:pStyle w:val="Heading2"/>
      </w:pPr>
      <w:r>
        <w:t>Cross-References:</w:t>
      </w:r>
    </w:p>
    <w:p>
      <w:r>
        <w:t>- Titus 3:5-7</w:t>
      </w:r>
    </w:p>
    <w:p>
      <w:r>
        <w:t>- Philippians 2:12-13</w:t>
      </w:r>
    </w:p>
    <w:p>
      <w:r>
        <w:t>- Romans 12:1-2</w:t>
      </w:r>
    </w:p>
    <w:p>
      <w:r>
        <w:t>- Galatians 5:22-23</w:t>
      </w:r>
    </w:p>
    <w:p>
      <w:pPr>
        <w:pStyle w:val="Heading1"/>
      </w:pPr>
      <w:r>
        <w:t>Lesson 3: The Role of the Holy Spirit in Sanctification</w:t>
      </w:r>
    </w:p>
    <w:p>
      <w:pPr>
        <w:pStyle w:val="Heading2"/>
      </w:pPr>
      <w:r>
        <w:t>Key Verse:</w:t>
      </w:r>
    </w:p>
    <w:p>
      <w:r>
        <w:t>Galatians 5:16</w:t>
        <w:br/>
        <w:t>"But I say, walk by the Spirit, and you will not gratify the desires of the flesh."</w:t>
      </w:r>
    </w:p>
    <w:p>
      <w:pPr>
        <w:pStyle w:val="Heading2"/>
      </w:pPr>
      <w:r>
        <w:t>Teaching:</w:t>
      </w:r>
    </w:p>
    <w:p>
      <w:r>
        <w:t>The Holy Spirit is essential to our sanctification. He empowers us to resist sin and guides us into truth. As we walk by the Spirit, we bear spiritual fruit and grow in Christlikeness. Sanctification is not achieved by human effort alone but through dependence on God’s Spirit.</w:t>
      </w:r>
    </w:p>
    <w:p>
      <w:pPr>
        <w:pStyle w:val="Heading2"/>
      </w:pPr>
      <w:r>
        <w:t>Reflection Questions:</w:t>
      </w:r>
    </w:p>
    <w:p>
      <w:r>
        <w:t>- How do you walk by the Spirit in your daily life?</w:t>
      </w:r>
    </w:p>
    <w:p>
      <w:r>
        <w:t>- What evidence of the Spirit's work can you see in your life?</w:t>
      </w:r>
    </w:p>
    <w:p>
      <w:r>
        <w:t>- Are there areas where you're trying to grow without relying on the Spirit?</w:t>
      </w:r>
    </w:p>
    <w:p>
      <w:pPr>
        <w:pStyle w:val="Heading2"/>
      </w:pPr>
      <w:r>
        <w:t>Application:</w:t>
      </w:r>
    </w:p>
    <w:p>
      <w:r>
        <w:t>Spend time in prayer asking the Holy Spirit to fill and guide you. Pay attention this week to opportunities to obey His promptings and resist sinful desires.</w:t>
      </w:r>
    </w:p>
    <w:p>
      <w:pPr>
        <w:pStyle w:val="Heading2"/>
      </w:pPr>
      <w:r>
        <w:t>Cross-References:</w:t>
      </w:r>
    </w:p>
    <w:p>
      <w:r>
        <w:t>- John 16:13</w:t>
      </w:r>
    </w:p>
    <w:p>
      <w:r>
        <w:t>- Romans 8:13-14</w:t>
      </w:r>
    </w:p>
    <w:p>
      <w:r>
        <w:t>- 2 Thessalonians 2:13</w:t>
      </w:r>
    </w:p>
    <w:p>
      <w:r>
        <w:t>- Ephesians 5:18</w:t>
      </w:r>
    </w:p>
    <w:p>
      <w:pPr>
        <w:pStyle w:val="Heading1"/>
      </w:pPr>
      <w:r>
        <w:t>Lesson 4: Sanctification Through the Word of God</w:t>
      </w:r>
    </w:p>
    <w:p>
      <w:pPr>
        <w:pStyle w:val="Heading2"/>
      </w:pPr>
      <w:r>
        <w:t>Key Verse:</w:t>
      </w:r>
    </w:p>
    <w:p>
      <w:r>
        <w:t>John 17:17</w:t>
        <w:br/>
        <w:t>"Sanctify them in the truth; your word is truth."</w:t>
      </w:r>
    </w:p>
    <w:p>
      <w:pPr>
        <w:pStyle w:val="Heading2"/>
      </w:pPr>
      <w:r>
        <w:t>Teaching:</w:t>
      </w:r>
    </w:p>
    <w:p>
      <w:r>
        <w:t>God uses His Word to sanctify us. As we read, meditate on, and obey Scripture, we are shaped into the likeness of Christ. The Bible reveals sin, teaches righteousness, and trains us in godly living. Our minds are renewed as we engage with truth, and our lives are transformed.</w:t>
      </w:r>
    </w:p>
    <w:p>
      <w:pPr>
        <w:pStyle w:val="Heading2"/>
      </w:pPr>
      <w:r>
        <w:t>Reflection Questions:</w:t>
      </w:r>
    </w:p>
    <w:p>
      <w:r>
        <w:t>- How regularly do you study God’s Word?</w:t>
      </w:r>
    </w:p>
    <w:p>
      <w:r>
        <w:t>- What impact has Scripture had on your spiritual growth?</w:t>
      </w:r>
    </w:p>
    <w:p>
      <w:r>
        <w:t>- Are there changes you need to make to prioritize time in the Word?</w:t>
      </w:r>
    </w:p>
    <w:p>
      <w:pPr>
        <w:pStyle w:val="Heading2"/>
      </w:pPr>
      <w:r>
        <w:t>Application:</w:t>
      </w:r>
    </w:p>
    <w:p>
      <w:r>
        <w:t>Commit to a daily habit of reading and reflecting on Scripture. Choose one passage to memorize this week and ask God to use it to sanctify your heart.</w:t>
      </w:r>
    </w:p>
    <w:p>
      <w:pPr>
        <w:pStyle w:val="Heading2"/>
      </w:pPr>
      <w:r>
        <w:t>Cross-References:</w:t>
      </w:r>
    </w:p>
    <w:p>
      <w:r>
        <w:t>- Psalm 119:9-11</w:t>
      </w:r>
    </w:p>
    <w:p>
      <w:r>
        <w:t>- 2 Timothy 3:16-17</w:t>
      </w:r>
    </w:p>
    <w:p>
      <w:r>
        <w:t>- James 1:22-25</w:t>
      </w:r>
    </w:p>
    <w:p>
      <w:r>
        <w:t>- Colossians 3:16</w:t>
      </w:r>
    </w:p>
    <w:p>
      <w:pPr>
        <w:pStyle w:val="Heading1"/>
      </w:pPr>
      <w:r>
        <w:t>Lesson 5: Perseverance in Sanctification</w:t>
      </w:r>
    </w:p>
    <w:p>
      <w:pPr>
        <w:pStyle w:val="Heading2"/>
      </w:pPr>
      <w:r>
        <w:t>Key Verse:</w:t>
      </w:r>
    </w:p>
    <w:p>
      <w:r>
        <w:t>Philippians 1:6</w:t>
        <w:br/>
        <w:t>"And I am sure of this, that he who began a good work in you will bring it to completion at the day of Jesus Christ."</w:t>
      </w:r>
    </w:p>
    <w:p>
      <w:pPr>
        <w:pStyle w:val="Heading2"/>
      </w:pPr>
      <w:r>
        <w:t>Teaching:</w:t>
      </w:r>
    </w:p>
    <w:p>
      <w:r>
        <w:t>Sanctification is a lifelong journey that requires perseverance. There will be struggles, setbacks, and seasons of slow growth. But we can be confident that God is faithful. He began the work in us and will carry it on to completion. Our job is to keep trusting, obeying, and pressing on.</w:t>
      </w:r>
    </w:p>
    <w:p>
      <w:pPr>
        <w:pStyle w:val="Heading2"/>
      </w:pPr>
      <w:r>
        <w:t>Reflection Questions:</w:t>
      </w:r>
    </w:p>
    <w:p>
      <w:r>
        <w:t>- Have you ever felt discouraged in your growth in holiness?</w:t>
      </w:r>
    </w:p>
    <w:p>
      <w:r>
        <w:t>- What helps you keep going when spiritual growth feels slow?</w:t>
      </w:r>
    </w:p>
    <w:p>
      <w:r>
        <w:t>- How does God’s promise in Philippians 1:6 encourage you?</w:t>
      </w:r>
    </w:p>
    <w:p>
      <w:pPr>
        <w:pStyle w:val="Heading2"/>
      </w:pPr>
      <w:r>
        <w:t>Application:</w:t>
      </w:r>
    </w:p>
    <w:p>
      <w:r>
        <w:t>Write a prayer thanking God for His continued work in your life. Ask Him for strength to persevere in the process of sanctification and trust His timing.</w:t>
      </w:r>
    </w:p>
    <w:p>
      <w:pPr>
        <w:pStyle w:val="Heading2"/>
      </w:pPr>
      <w:r>
        <w:t>Cross-References:</w:t>
      </w:r>
    </w:p>
    <w:p>
      <w:r>
        <w:t>- Hebrews 10:14</w:t>
      </w:r>
    </w:p>
    <w:p>
      <w:r>
        <w:t>- 1 Thessalonians 5:23-24</w:t>
      </w:r>
    </w:p>
    <w:p>
      <w:r>
        <w:t>- 2 Corinthians 3:18</w:t>
      </w:r>
    </w:p>
    <w:p>
      <w:r>
        <w:t>- Romans 8:28-30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