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Bible Study on Samson: God’s Strength in Human Weakness</w:t>
      </w:r>
    </w:p>
    <w:p>
      <w:pPr>
        <w:pStyle w:val="Heading2"/>
      </w:pPr>
      <w:r>
        <w:t>Lesson 1: The Birth of a Deliverer</w:t>
      </w:r>
    </w:p>
    <w:p>
      <w:r>
        <w:t>Scripture in Focus: Judges 13</w:t>
      </w:r>
    </w:p>
    <w:p>
      <w:r>
        <w:t>Key Verse (ESV): “For behold, you shall conceive and bear a son. No razor shall come upon his head, for the child shall be a Nazirite to God from the womb, and he shall begin to save Israel from the hand of the Philistines.” — Judges 13:5 (ESV)</w:t>
      </w:r>
    </w:p>
    <w:p>
      <w:pPr>
        <w:pStyle w:val="Heading3"/>
      </w:pPr>
      <w:r>
        <w:t>Teaching:</w:t>
      </w:r>
    </w:p>
    <w:p>
      <w:r>
        <w:t>The story of Samson begins with a miraculous birth. His mother was barren, yet the angel of the Lord announced she would have a son set apart for God as a Nazirite. Samson was chosen before birth to begin delivering Israel from the Philistines. His consecration shows God's initiative in raising a savior for His people.</w:t>
      </w:r>
    </w:p>
    <w:p>
      <w:pPr>
        <w:pStyle w:val="Heading3"/>
      </w:pPr>
      <w:r>
        <w:t>Reflection Questions:</w:t>
      </w:r>
    </w:p>
    <w:p>
      <w:r>
        <w:t>- Why do you think God chose to use a miraculous birth to introduce Samson?</w:t>
      </w:r>
    </w:p>
    <w:p>
      <w:r>
        <w:t>- What does it mean to be set apart for God?</w:t>
      </w:r>
    </w:p>
    <w:p>
      <w:r>
        <w:t>- How does Samson’s beginning reflect God’s pattern of choosing unlikely people?</w:t>
      </w:r>
    </w:p>
    <w:p>
      <w:pPr>
        <w:pStyle w:val="Heading3"/>
      </w:pPr>
      <w:r>
        <w:t>Application:</w:t>
      </w:r>
    </w:p>
    <w:p>
      <w:r>
        <w:t>Recognize that God has a purpose for your life—even from before your birth. Consecrate your life fully to His plan, trusting His direction.</w:t>
      </w:r>
    </w:p>
    <w:p>
      <w:pPr>
        <w:pStyle w:val="Heading3"/>
      </w:pPr>
      <w:r>
        <w:t>Cross-References:</w:t>
      </w:r>
    </w:p>
    <w:p>
      <w:r>
        <w:t>- Luke 1:13-17</w:t>
      </w:r>
    </w:p>
    <w:p>
      <w:r>
        <w:t>- Jeremiah 1:5</w:t>
      </w:r>
    </w:p>
    <w:p>
      <w:r>
        <w:t>- Romans 8:28-30</w:t>
      </w:r>
    </w:p>
    <w:p>
      <w:pPr>
        <w:pStyle w:val="Heading2"/>
      </w:pPr>
      <w:r>
        <w:t>Lesson 2: Strength and Struggle</w:t>
      </w:r>
    </w:p>
    <w:p>
      <w:r>
        <w:t>Scripture in Focus: Judges 14–15</w:t>
      </w:r>
    </w:p>
    <w:p>
      <w:r>
        <w:t>Key Verse (ESV): “And the Spirit of the Lord rushed upon him, and although he had nothing in his hand, he tore the lion in pieces as one tears a young goat.” — Judges 14:6 (ESV)</w:t>
      </w:r>
    </w:p>
    <w:p>
      <w:pPr>
        <w:pStyle w:val="Heading3"/>
      </w:pPr>
      <w:r>
        <w:t>Teaching:</w:t>
      </w:r>
    </w:p>
    <w:p>
      <w:r>
        <w:t>Samson was a man of immense strength, empowered by the Spirit of the Lord. However, he also struggled with impulsiveness, pride, and personal vengeance. His strength did not exempt him from spiritual weakness. Still, God used even his failures to fulfill His purposes.</w:t>
      </w:r>
    </w:p>
    <w:p>
      <w:pPr>
        <w:pStyle w:val="Heading3"/>
      </w:pPr>
      <w:r>
        <w:t>Reflection Questions:</w:t>
      </w:r>
    </w:p>
    <w:p>
      <w:r>
        <w:t>- What role did the Spirit of the Lord play in Samson’s victories?</w:t>
      </w:r>
    </w:p>
    <w:p>
      <w:r>
        <w:t>- How did Samson's personal flaws impact his mission?</w:t>
      </w:r>
    </w:p>
    <w:p>
      <w:r>
        <w:t>- Can God still use us when we are weak or flawed?</w:t>
      </w:r>
    </w:p>
    <w:p>
      <w:pPr>
        <w:pStyle w:val="Heading3"/>
      </w:pPr>
      <w:r>
        <w:t>Application:</w:t>
      </w:r>
    </w:p>
    <w:p>
      <w:r>
        <w:t>Submit your strength and weaknesses to God. He can work through both your victories and failures for His glory.</w:t>
      </w:r>
    </w:p>
    <w:p>
      <w:pPr>
        <w:pStyle w:val="Heading3"/>
      </w:pPr>
      <w:r>
        <w:t>Cross-References:</w:t>
      </w:r>
    </w:p>
    <w:p>
      <w:r>
        <w:t>- 2 Corinthians 12:9</w:t>
      </w:r>
    </w:p>
    <w:p>
      <w:r>
        <w:t>- Galatians 5:22-23</w:t>
      </w:r>
    </w:p>
    <w:p>
      <w:r>
        <w:t>- Romans 7:15-25</w:t>
      </w:r>
    </w:p>
    <w:p>
      <w:pPr>
        <w:pStyle w:val="Heading2"/>
      </w:pPr>
      <w:r>
        <w:t>Lesson 3: The Fall of a Strong Man</w:t>
      </w:r>
    </w:p>
    <w:p>
      <w:r>
        <w:t>Scripture in Focus: Judges 16:1–22</w:t>
      </w:r>
    </w:p>
    <w:p>
      <w:r>
        <w:t>Key Verse (ESV): “And he did not know that the Lord had left him.” — Judges 16:20b (ESV)</w:t>
      </w:r>
    </w:p>
    <w:p>
      <w:pPr>
        <w:pStyle w:val="Heading3"/>
      </w:pPr>
      <w:r>
        <w:t>Teaching:</w:t>
      </w:r>
    </w:p>
    <w:p>
      <w:r>
        <w:t>Samson's relationship with Delilah led to betrayal and capture. His disregard for God’s commands and his Nazirite vow cost him dearly. His hair was not the source of his strength—God was. When he placed trust in himself rather than the Lord, he fell.</w:t>
      </w:r>
    </w:p>
    <w:p>
      <w:pPr>
        <w:pStyle w:val="Heading3"/>
      </w:pPr>
      <w:r>
        <w:t>Reflection Questions:</w:t>
      </w:r>
    </w:p>
    <w:p>
      <w:r>
        <w:t>- What compromises led to Samson’s downfall?</w:t>
      </w:r>
    </w:p>
    <w:p>
      <w:r>
        <w:t>- How can small acts of disobedience lead to major consequences?</w:t>
      </w:r>
    </w:p>
    <w:p>
      <w:r>
        <w:t>- How do we sometimes take God’s presence for granted?</w:t>
      </w:r>
    </w:p>
    <w:p>
      <w:pPr>
        <w:pStyle w:val="Heading3"/>
      </w:pPr>
      <w:r>
        <w:t>Application:</w:t>
      </w:r>
    </w:p>
    <w:p>
      <w:r>
        <w:t>Examine areas where compromise may be eroding your relationship with God. Return to Him and renew your commitment to holiness.</w:t>
      </w:r>
    </w:p>
    <w:p>
      <w:pPr>
        <w:pStyle w:val="Heading3"/>
      </w:pPr>
      <w:r>
        <w:t>Cross-References:</w:t>
      </w:r>
    </w:p>
    <w:p>
      <w:r>
        <w:t>- Proverbs 16:18</w:t>
      </w:r>
    </w:p>
    <w:p>
      <w:r>
        <w:t>- 1 Corinthians 10:12</w:t>
      </w:r>
    </w:p>
    <w:p>
      <w:r>
        <w:t>- James 1:14-15</w:t>
      </w:r>
    </w:p>
    <w:p>
      <w:pPr>
        <w:pStyle w:val="Heading2"/>
      </w:pPr>
      <w:r>
        <w:t>Lesson 4: Redemption in the End</w:t>
      </w:r>
    </w:p>
    <w:p>
      <w:r>
        <w:t>Scripture in Focus: Judges 16:23–31</w:t>
      </w:r>
    </w:p>
    <w:p>
      <w:r>
        <w:t>Key Verse (ESV): “And Samson called to the Lord and said, ‘O Lord God, please remember me and please strengthen me only this once, O God…’” — Judges 16:28a (ESV)</w:t>
      </w:r>
    </w:p>
    <w:p>
      <w:pPr>
        <w:pStyle w:val="Heading3"/>
      </w:pPr>
      <w:r>
        <w:t>Teaching:</w:t>
      </w:r>
    </w:p>
    <w:p>
      <w:r>
        <w:t>Blinded and imprisoned, Samson cried out to God in humility. In his final act, he brought down the temple of Dagon, killing more in his death than in his life. His redemption came through brokenness and repentance, pointing forward to Christ’s sacrificial death that brought true deliverance.</w:t>
      </w:r>
    </w:p>
    <w:p>
      <w:pPr>
        <w:pStyle w:val="Heading3"/>
      </w:pPr>
      <w:r>
        <w:t>Reflection Questions:</w:t>
      </w:r>
    </w:p>
    <w:p>
      <w:r>
        <w:t>- What does Samson’s final prayer reveal about his heart?</w:t>
      </w:r>
    </w:p>
    <w:p>
      <w:r>
        <w:t>- How does God show mercy even in the midst of judgment?</w:t>
      </w:r>
    </w:p>
    <w:p>
      <w:r>
        <w:t>- In what ways does God still use the repentant today?</w:t>
      </w:r>
    </w:p>
    <w:p>
      <w:pPr>
        <w:pStyle w:val="Heading3"/>
      </w:pPr>
      <w:r>
        <w:t>Application:</w:t>
      </w:r>
    </w:p>
    <w:p>
      <w:r>
        <w:t>No failure is beyond the reach of God’s mercy. Return to Him, and let your life—even your pain—be used for His glory.</w:t>
      </w:r>
    </w:p>
    <w:p>
      <w:pPr>
        <w:pStyle w:val="Heading3"/>
      </w:pPr>
      <w:r>
        <w:t>Cross-References:</w:t>
      </w:r>
    </w:p>
    <w:p>
      <w:r>
        <w:t>- Psalm 51:17</w:t>
      </w:r>
    </w:p>
    <w:p>
      <w:r>
        <w:t>- Hebrews 11:32</w:t>
      </w:r>
    </w:p>
    <w:p>
      <w:r>
        <w:t>- 1 John 1:9</w:t>
      </w:r>
    </w:p>
    <w:p>
      <w:pPr>
        <w:pStyle w:val="Heading2"/>
      </w:pPr>
      <w:r>
        <w:t>Lesson 5: Samson and Jesus – A Foreshadow of the True Deliverer</w:t>
      </w:r>
    </w:p>
    <w:p>
      <w:r>
        <w:t>Scripture in Focus: Hebrews 11:32–34; Judges 13–16 (overview)</w:t>
      </w:r>
    </w:p>
    <w:p>
      <w:r>
        <w:t>Key Verse (ESV): “…time would fail me to tell of Gideon, Barak, Samson… who through faith conquered kingdoms…” — Hebrews 11:32-33a (ESV)</w:t>
      </w:r>
    </w:p>
    <w:p>
      <w:pPr>
        <w:pStyle w:val="Heading3"/>
      </w:pPr>
      <w:r>
        <w:t>Teaching:</w:t>
      </w:r>
    </w:p>
    <w:p>
      <w:r>
        <w:t>Samson was a flawed savior, but his story foreshadows the true and perfect Deliverer—Jesus Christ. Both had miraculous births, were set apart, were betrayed, and gave their lives to deliver God’s people. Yet unlike Samson, Jesus was sinless, and His death brought eternal life and victory over sin and death.</w:t>
      </w:r>
    </w:p>
    <w:p>
      <w:pPr>
        <w:pStyle w:val="Heading3"/>
      </w:pPr>
      <w:r>
        <w:t>Reflection Questions:</w:t>
      </w:r>
    </w:p>
    <w:p>
      <w:r>
        <w:t>- What similarities and differences do you see between Samson and Jesus?</w:t>
      </w:r>
    </w:p>
    <w:p>
      <w:r>
        <w:t>- Why is it important that God used broken people in the Old Testament?</w:t>
      </w:r>
    </w:p>
    <w:p>
      <w:r>
        <w:t>- How does Jesus fulfill what Samson could not?</w:t>
      </w:r>
    </w:p>
    <w:p>
      <w:pPr>
        <w:pStyle w:val="Heading3"/>
      </w:pPr>
      <w:r>
        <w:t>Application:</w:t>
      </w:r>
    </w:p>
    <w:p>
      <w:r>
        <w:t>Look to Jesus as your perfect Deliverer. He not only rescues you from sin but also transforms you into His likeness.</w:t>
      </w:r>
    </w:p>
    <w:p>
      <w:pPr>
        <w:pStyle w:val="Heading3"/>
      </w:pPr>
      <w:r>
        <w:t>Cross-References:</w:t>
      </w:r>
    </w:p>
    <w:p>
      <w:r>
        <w:t>- Romans 5:8</w:t>
      </w:r>
    </w:p>
    <w:p>
      <w:r>
        <w:t>- John 10:18</w:t>
      </w:r>
    </w:p>
    <w:p>
      <w:r>
        <w:t>- Isaiah 53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