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Bible Study on the Book of Nehemiah</w:t>
      </w:r>
    </w:p>
    <w:p>
      <w:pPr>
        <w:pStyle w:val="Heading1"/>
      </w:pPr>
      <w:r>
        <w:t>Lesson 1: Introduction to the Book of Nehemiah</w:t>
      </w:r>
    </w:p>
    <w:p>
      <w:pPr>
        <w:pStyle w:val="Heading2"/>
      </w:pPr>
      <w:r>
        <w:t>Teaching:</w:t>
      </w:r>
    </w:p>
    <w:p>
      <w:r>
        <w:t>The book of Nehemiah is set during the post-exilic period when the Jewish people were returning from Babylonian captivity. Nehemiah, a Jewish cupbearer to the Persian king Artaxerxes, learns about the broken walls of Jerusalem and is moved to take action. This book documents his leadership in rebuilding Jerusalem’s walls, his spiritual reforms, and his commitment to God’s covenant. It is a story of prayer, perseverance, leadership, opposition, and faithfulness.</w:t>
      </w:r>
    </w:p>
    <w:p>
      <w:pPr>
        <w:pStyle w:val="Heading2"/>
      </w:pPr>
      <w:r>
        <w:t>Key Verse:</w:t>
      </w:r>
    </w:p>
    <w:p>
      <w:r>
        <w:t>Nehemiah 1:4 – "When I heard these things, I sat down and wept. For some days I mourned and fasted and prayed before the God of heaven."</w:t>
      </w:r>
    </w:p>
    <w:p>
      <w:pPr>
        <w:pStyle w:val="Heading2"/>
      </w:pPr>
      <w:r>
        <w:t>Reflection Questions:</w:t>
      </w:r>
    </w:p>
    <w:p>
      <w:r>
        <w:t>- What does Nehemiah’s response to Jerusalem’s condition teach us about godly leadership?</w:t>
      </w:r>
    </w:p>
    <w:p>
      <w:r>
        <w:t>- How do you typically respond to news of suffering or injustice?</w:t>
      </w:r>
    </w:p>
    <w:p>
      <w:r>
        <w:t>- What role does prayer play in preparing for a significant task?</w:t>
      </w:r>
    </w:p>
    <w:p>
      <w:pPr>
        <w:pStyle w:val="Heading2"/>
      </w:pPr>
      <w:r>
        <w:t>Application:</w:t>
      </w:r>
    </w:p>
    <w:p>
      <w:r>
        <w:t>Seek God first in prayer when facing difficult circumstances. Allow compassion and faith to motivate action.</w:t>
      </w:r>
    </w:p>
    <w:p>
      <w:pPr>
        <w:pStyle w:val="Heading2"/>
      </w:pPr>
      <w:r>
        <w:t>Cross-References:</w:t>
      </w:r>
    </w:p>
    <w:p>
      <w:r>
        <w:t>- Ezra 7:6</w:t>
      </w:r>
    </w:p>
    <w:p>
      <w:r>
        <w:t>- 2 Chronicles 36:22-23</w:t>
      </w:r>
    </w:p>
    <w:p>
      <w:r>
        <w:t>- Psalm 137:1-6</w:t>
      </w:r>
    </w:p>
    <w:p>
      <w:r>
        <w:t>- Daniel 9:3-19</w:t>
      </w:r>
    </w:p>
    <w:p>
      <w:pPr>
        <w:pStyle w:val="Heading1"/>
      </w:pPr>
      <w:r>
        <w:t>Lesson 2: Nehemiah’s Burden and Petition (Nehemiah 1–2)</w:t>
      </w:r>
    </w:p>
    <w:p>
      <w:pPr>
        <w:pStyle w:val="Heading2"/>
      </w:pPr>
      <w:r>
        <w:t>Key Verse:</w:t>
      </w:r>
    </w:p>
    <w:p>
      <w:r>
        <w:t>Nehemiah 2:8</w:t>
      </w:r>
    </w:p>
    <w:p>
      <w:pPr>
        <w:pStyle w:val="Heading2"/>
      </w:pPr>
      <w:r>
        <w:t>Reflection Questions:</w:t>
      </w:r>
    </w:p>
    <w:p>
      <w:r>
        <w:t>- What does Nehemiah's prayer reveal about his heart?</w:t>
      </w:r>
    </w:p>
    <w:p>
      <w:r>
        <w:t>- How does Nehemiah balance faith and planning?</w:t>
      </w:r>
    </w:p>
    <w:p>
      <w:r>
        <w:t>- When have you had to step out in faith to follow God's prompting?</w:t>
      </w:r>
    </w:p>
    <w:p>
      <w:pPr>
        <w:pStyle w:val="Heading2"/>
      </w:pPr>
      <w:r>
        <w:t>Application:</w:t>
      </w:r>
    </w:p>
    <w:p>
      <w:r>
        <w:t>Be intentional in prayer and bold in action, trusting God to open doors and provide resources.</w:t>
      </w:r>
    </w:p>
    <w:p>
      <w:pPr>
        <w:pStyle w:val="Heading2"/>
      </w:pPr>
      <w:r>
        <w:t>Cross-References:</w:t>
      </w:r>
    </w:p>
    <w:p>
      <w:r>
        <w:t>- Proverbs 21:1</w:t>
      </w:r>
    </w:p>
    <w:p>
      <w:r>
        <w:t>- James 1:5-6</w:t>
      </w:r>
    </w:p>
    <w:p>
      <w:r>
        <w:t>- Philippians 4:6</w:t>
      </w:r>
    </w:p>
    <w:p>
      <w:r>
        <w:t>- Matthew 7:7-11</w:t>
      </w:r>
    </w:p>
    <w:p>
      <w:pPr>
        <w:pStyle w:val="Heading1"/>
      </w:pPr>
      <w:r>
        <w:t>Lesson 3: Rebuilding the Wall (Nehemiah 3)</w:t>
      </w:r>
    </w:p>
    <w:p>
      <w:pPr>
        <w:pStyle w:val="Heading2"/>
      </w:pPr>
      <w:r>
        <w:t>Key Verse:</w:t>
      </w:r>
    </w:p>
    <w:p>
      <w:r>
        <w:t>Nehemiah 3:28</w:t>
      </w:r>
    </w:p>
    <w:p>
      <w:pPr>
        <w:pStyle w:val="Heading2"/>
      </w:pPr>
      <w:r>
        <w:t>Reflection Questions:</w:t>
      </w:r>
    </w:p>
    <w:p>
      <w:r>
        <w:t>- How does your community share the work of ministry?</w:t>
      </w:r>
    </w:p>
    <w:p>
      <w:r>
        <w:t>- What strengths do you bring to the work God has given?</w:t>
      </w:r>
    </w:p>
    <w:p>
      <w:r>
        <w:t>- What does this chapter teach about teamwork?</w:t>
      </w:r>
    </w:p>
    <w:p>
      <w:pPr>
        <w:pStyle w:val="Heading2"/>
      </w:pPr>
      <w:r>
        <w:t>Application:</w:t>
      </w:r>
    </w:p>
    <w:p>
      <w:r>
        <w:t>Recognize the value of every contribution in God’s work, no matter how small it may seem.</w:t>
      </w:r>
    </w:p>
    <w:p>
      <w:pPr>
        <w:pStyle w:val="Heading2"/>
      </w:pPr>
      <w:r>
        <w:t>Cross-References:</w:t>
      </w:r>
    </w:p>
    <w:p>
      <w:r>
        <w:t>- Romans 12:4-8</w:t>
      </w:r>
    </w:p>
    <w:p>
      <w:r>
        <w:t>- 1 Corinthians 12:12-27</w:t>
      </w:r>
    </w:p>
    <w:p>
      <w:r>
        <w:t>- Ecclesiastes 4:9-12</w:t>
      </w:r>
    </w:p>
    <w:p>
      <w:r>
        <w:t>- Ephesians 4:16</w:t>
      </w:r>
    </w:p>
    <w:p>
      <w:pPr>
        <w:pStyle w:val="Heading1"/>
      </w:pPr>
      <w:r>
        <w:t>Lesson 4: Facing Opposition (Nehemiah 4)</w:t>
      </w:r>
    </w:p>
    <w:p>
      <w:pPr>
        <w:pStyle w:val="Heading2"/>
      </w:pPr>
      <w:r>
        <w:t>Key Verse:</w:t>
      </w:r>
    </w:p>
    <w:p>
      <w:r>
        <w:t>Nehemiah 4:14</w:t>
      </w:r>
    </w:p>
    <w:p>
      <w:pPr>
        <w:pStyle w:val="Heading2"/>
      </w:pPr>
      <w:r>
        <w:t>Reflection Questions:</w:t>
      </w:r>
    </w:p>
    <w:p>
      <w:r>
        <w:t>- How do you respond to spiritual or external opposition?</w:t>
      </w:r>
    </w:p>
    <w:p>
      <w:r>
        <w:t>- What does this chapter teach us about courage and leadership?</w:t>
      </w:r>
    </w:p>
    <w:p>
      <w:r>
        <w:t>- How can we stay focused on God’s mission amid resistance?</w:t>
      </w:r>
    </w:p>
    <w:p>
      <w:pPr>
        <w:pStyle w:val="Heading2"/>
      </w:pPr>
      <w:r>
        <w:t>Application:</w:t>
      </w:r>
    </w:p>
    <w:p>
      <w:r>
        <w:t>Stand firm in the face of opposition, trusting God’s strength and defending what He’s entrusted to you.</w:t>
      </w:r>
    </w:p>
    <w:p>
      <w:pPr>
        <w:pStyle w:val="Heading2"/>
      </w:pPr>
      <w:r>
        <w:t>Cross-References:</w:t>
      </w:r>
    </w:p>
    <w:p>
      <w:r>
        <w:t>- Ephesians 6:10-18</w:t>
      </w:r>
    </w:p>
    <w:p>
      <w:r>
        <w:t>- 1 Peter 5:8-9</w:t>
      </w:r>
    </w:p>
    <w:p>
      <w:r>
        <w:t>- Psalm 18:1-3</w:t>
      </w:r>
    </w:p>
    <w:p>
      <w:r>
        <w:t>- Isaiah 41:10</w:t>
      </w:r>
    </w:p>
    <w:p>
      <w:pPr>
        <w:pStyle w:val="Heading1"/>
      </w:pPr>
      <w:r>
        <w:t>Lesson 5: Justice Within the Community (Nehemiah 5)</w:t>
      </w:r>
    </w:p>
    <w:p>
      <w:pPr>
        <w:pStyle w:val="Heading2"/>
      </w:pPr>
      <w:r>
        <w:t>Key Verse:</w:t>
      </w:r>
    </w:p>
    <w:p>
      <w:r>
        <w:t>Nehemiah 5:9</w:t>
      </w:r>
    </w:p>
    <w:p>
      <w:pPr>
        <w:pStyle w:val="Heading2"/>
      </w:pPr>
      <w:r>
        <w:t>Reflection Questions:</w:t>
      </w:r>
    </w:p>
    <w:p>
      <w:r>
        <w:t>- Are there injustices you have overlooked in your community or church?</w:t>
      </w:r>
    </w:p>
    <w:p>
      <w:r>
        <w:t>- What does it look like to lead with integrity?</w:t>
      </w:r>
    </w:p>
    <w:p>
      <w:r>
        <w:t>- How can you personally uphold justice?</w:t>
      </w:r>
    </w:p>
    <w:p>
      <w:pPr>
        <w:pStyle w:val="Heading2"/>
      </w:pPr>
      <w:r>
        <w:t>Application:</w:t>
      </w:r>
    </w:p>
    <w:p>
      <w:r>
        <w:t>Seek justice and model righteousness, especially when in positions of influence.</w:t>
      </w:r>
    </w:p>
    <w:p>
      <w:pPr>
        <w:pStyle w:val="Heading2"/>
      </w:pPr>
      <w:r>
        <w:t>Cross-References:</w:t>
      </w:r>
    </w:p>
    <w:p>
      <w:r>
        <w:t>- Micah 6:8</w:t>
      </w:r>
    </w:p>
    <w:p>
      <w:r>
        <w:t>- Proverbs 29:7</w:t>
      </w:r>
    </w:p>
    <w:p>
      <w:r>
        <w:t>- James 2:1-9</w:t>
      </w:r>
    </w:p>
    <w:p>
      <w:r>
        <w:t>- Luke 3:10-14</w:t>
      </w:r>
    </w:p>
    <w:p>
      <w:pPr>
        <w:pStyle w:val="Heading1"/>
      </w:pPr>
      <w:r>
        <w:t>Lesson 6: Faithfulness in Finishing the Work (Nehemiah 6–7)</w:t>
      </w:r>
    </w:p>
    <w:p>
      <w:pPr>
        <w:pStyle w:val="Heading2"/>
      </w:pPr>
      <w:r>
        <w:t>Key Verse:</w:t>
      </w:r>
    </w:p>
    <w:p>
      <w:r>
        <w:t>Nehemiah 6:16</w:t>
      </w:r>
    </w:p>
    <w:p>
      <w:pPr>
        <w:pStyle w:val="Heading2"/>
      </w:pPr>
      <w:r>
        <w:t>Reflection Questions:</w:t>
      </w:r>
    </w:p>
    <w:p>
      <w:r>
        <w:t>- What temptations might distract you from God’s work?</w:t>
      </w:r>
    </w:p>
    <w:p>
      <w:r>
        <w:t>- How does Nehemiah respond to rumors and threats?</w:t>
      </w:r>
    </w:p>
    <w:p>
      <w:r>
        <w:t>- What does finishing well look like in your current season?</w:t>
      </w:r>
    </w:p>
    <w:p>
      <w:pPr>
        <w:pStyle w:val="Heading2"/>
      </w:pPr>
      <w:r>
        <w:t>Application:</w:t>
      </w:r>
    </w:p>
    <w:p>
      <w:r>
        <w:t>Stay focused and complete the work God has given, even when distractions arise.</w:t>
      </w:r>
    </w:p>
    <w:p>
      <w:pPr>
        <w:pStyle w:val="Heading2"/>
      </w:pPr>
      <w:r>
        <w:t>Cross-References:</w:t>
      </w:r>
    </w:p>
    <w:p>
      <w:r>
        <w:t>- Galatians 6:9</w:t>
      </w:r>
    </w:p>
    <w:p>
      <w:r>
        <w:t>- 2 Timothy 4:7</w:t>
      </w:r>
    </w:p>
    <w:p>
      <w:r>
        <w:t>- Hebrews 12:1-2</w:t>
      </w:r>
    </w:p>
    <w:p>
      <w:r>
        <w:t>- Psalm 127:1</w:t>
      </w:r>
    </w:p>
    <w:p>
      <w:pPr>
        <w:pStyle w:val="Heading1"/>
      </w:pPr>
      <w:r>
        <w:t>Lesson 7: Spiritual Renewal (Nehemiah 8–10)</w:t>
      </w:r>
    </w:p>
    <w:p>
      <w:pPr>
        <w:pStyle w:val="Heading2"/>
      </w:pPr>
      <w:r>
        <w:t>Key Verse:</w:t>
      </w:r>
    </w:p>
    <w:p>
      <w:r>
        <w:t>Nehemiah 8:10</w:t>
      </w:r>
    </w:p>
    <w:p>
      <w:pPr>
        <w:pStyle w:val="Heading2"/>
      </w:pPr>
      <w:r>
        <w:t>Reflection Questions:</w:t>
      </w:r>
    </w:p>
    <w:p>
      <w:r>
        <w:t>- How do Scripture and worship shape your spiritual walk?</w:t>
      </w:r>
    </w:p>
    <w:p>
      <w:r>
        <w:t>- What steps can you take to renew your commitment to God?</w:t>
      </w:r>
    </w:p>
    <w:p>
      <w:r>
        <w:t>- Why is confession an important part of spiritual health?</w:t>
      </w:r>
    </w:p>
    <w:p>
      <w:pPr>
        <w:pStyle w:val="Heading2"/>
      </w:pPr>
      <w:r>
        <w:t>Application:</w:t>
      </w:r>
    </w:p>
    <w:p>
      <w:r>
        <w:t>Pursue personal and communal renewal by returning to God’s Word and recommitting to obedience.</w:t>
      </w:r>
    </w:p>
    <w:p>
      <w:pPr>
        <w:pStyle w:val="Heading2"/>
      </w:pPr>
      <w:r>
        <w:t>Cross-References:</w:t>
      </w:r>
    </w:p>
    <w:p>
      <w:r>
        <w:t>- Psalm 119:105</w:t>
      </w:r>
    </w:p>
    <w:p>
      <w:r>
        <w:t>- 1 John 1:9</w:t>
      </w:r>
    </w:p>
    <w:p>
      <w:r>
        <w:t>- Romans 12:1-2</w:t>
      </w:r>
    </w:p>
    <w:p>
      <w:r>
        <w:t>- Deuteronomy 30:19-20</w:t>
      </w:r>
    </w:p>
    <w:p>
      <w:pPr>
        <w:pStyle w:val="Heading1"/>
      </w:pPr>
      <w:r>
        <w:t>Lesson 8: Dedication and Order (Nehemiah 11–12)</w:t>
      </w:r>
    </w:p>
    <w:p>
      <w:pPr>
        <w:pStyle w:val="Heading2"/>
      </w:pPr>
      <w:r>
        <w:t>Key Verse:</w:t>
      </w:r>
    </w:p>
    <w:p>
      <w:r>
        <w:t>Nehemiah 12:43</w:t>
      </w:r>
    </w:p>
    <w:p>
      <w:pPr>
        <w:pStyle w:val="Heading2"/>
      </w:pPr>
      <w:r>
        <w:t>Reflection Questions:</w:t>
      </w:r>
    </w:p>
    <w:p>
      <w:r>
        <w:t>- How do you celebrate God's faithfulness in your life?</w:t>
      </w:r>
    </w:p>
    <w:p>
      <w:r>
        <w:t>- What role does corporate worship play in your spiritual journey?</w:t>
      </w:r>
    </w:p>
    <w:p>
      <w:r>
        <w:t>- How do you express joy and gratitude for God’s work?</w:t>
      </w:r>
    </w:p>
    <w:p>
      <w:pPr>
        <w:pStyle w:val="Heading2"/>
      </w:pPr>
      <w:r>
        <w:t>Application:</w:t>
      </w:r>
    </w:p>
    <w:p>
      <w:r>
        <w:t>Celebrate God’s victories with heartfelt worship and thanksgiving.</w:t>
      </w:r>
    </w:p>
    <w:p>
      <w:pPr>
        <w:pStyle w:val="Heading2"/>
      </w:pPr>
      <w:r>
        <w:t>Cross-References:</w:t>
      </w:r>
    </w:p>
    <w:p>
      <w:r>
        <w:t>- Psalm 100</w:t>
      </w:r>
    </w:p>
    <w:p>
      <w:r>
        <w:t>- 1 Chronicles 15:16</w:t>
      </w:r>
    </w:p>
    <w:p>
      <w:r>
        <w:t>- Philippians 4:4</w:t>
      </w:r>
    </w:p>
    <w:p>
      <w:r>
        <w:t>- Colossians 3:16-17</w:t>
      </w:r>
    </w:p>
    <w:p>
      <w:pPr>
        <w:pStyle w:val="Heading1"/>
      </w:pPr>
      <w:r>
        <w:t>Lesson 9: Final Reforms and Lasting Legacy (Nehemiah 13)</w:t>
      </w:r>
    </w:p>
    <w:p>
      <w:pPr>
        <w:pStyle w:val="Heading2"/>
      </w:pPr>
      <w:r>
        <w:t>Key Verse:</w:t>
      </w:r>
    </w:p>
    <w:p>
      <w:r>
        <w:t>Nehemiah 13:14</w:t>
      </w:r>
    </w:p>
    <w:p>
      <w:pPr>
        <w:pStyle w:val="Heading2"/>
      </w:pPr>
      <w:r>
        <w:t>Reflection Questions:</w:t>
      </w:r>
    </w:p>
    <w:p>
      <w:r>
        <w:t>- What legacy are you building through your actions and faith?</w:t>
      </w:r>
    </w:p>
    <w:p>
      <w:r>
        <w:t>- What compromises might you need to confront in your life?</w:t>
      </w:r>
    </w:p>
    <w:p>
      <w:r>
        <w:t>- Why is ongoing reform necessary in our walk with God?</w:t>
      </w:r>
    </w:p>
    <w:p>
      <w:pPr>
        <w:pStyle w:val="Heading2"/>
      </w:pPr>
      <w:r>
        <w:t>Application:</w:t>
      </w:r>
    </w:p>
    <w:p>
      <w:r>
        <w:t>Remain vigilant in your commitment to holiness and honor God with your legacy.</w:t>
      </w:r>
    </w:p>
    <w:p>
      <w:pPr>
        <w:pStyle w:val="Heading2"/>
      </w:pPr>
      <w:r>
        <w:t>Cross-References:</w:t>
      </w:r>
    </w:p>
    <w:p>
      <w:r>
        <w:t>- Malachi 3:2-3</w:t>
      </w:r>
    </w:p>
    <w:p>
      <w:r>
        <w:t>- 2 Timothy 2:21</w:t>
      </w:r>
    </w:p>
    <w:p>
      <w:r>
        <w:t>- Revelation 3:1-3</w:t>
      </w:r>
    </w:p>
    <w:p>
      <w:r>
        <w:t>- Hebrews 12:11</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