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Nahum</w:t>
      </w:r>
    </w:p>
    <w:p>
      <w:pPr>
        <w:pStyle w:val="Heading1"/>
      </w:pPr>
      <w:r>
        <w:t>Lesson 1: Introduction to the Book of Nahum</w:t>
      </w:r>
    </w:p>
    <w:p>
      <w:r>
        <w:t>Nahum is one of the twelve Minor Prophets and delivers a sobering prophecy against the Assyrian capital of Nineveh. This message follows more than a century after the prophet Jonah had delivered a message of repentance to the same city. In Jonah’s time, the Ninevites repented, but they returned to their wickedness, and now Nahum declares their final judgment. The book emphasizes God’s justice, wrath, and power, as well as His care for those who trust in Him.</w:t>
      </w:r>
    </w:p>
    <w:p>
      <w:r>
        <w:t>Author: Nahum of Elkosh</w:t>
      </w:r>
    </w:p>
    <w:p>
      <w:r>
        <w:t>Date: Likely between 663–612 BC (before Nineveh’s fall)</w:t>
      </w:r>
    </w:p>
    <w:p>
      <w:r>
        <w:t>Historical Context: Assyria was a superpower known for its cruelty and oppression. Nahum’s prophecy came when Judah was under Assyrian threat, offering hope that God would destroy the oppressor.</w:t>
      </w:r>
    </w:p>
    <w:p>
      <w:r>
        <w:t>Themes:</w:t>
        <w:br/>
        <w:t>- God’s sovereign control over nations</w:t>
        <w:br/>
        <w:t>- The certainty of divine justice</w:t>
        <w:br/>
        <w:t>- Comfort for God’s people in the face of oppression</w:t>
        <w:br/>
        <w:t>- The finality of judgment against unrepentant wickedness</w:t>
      </w:r>
    </w:p>
    <w:p>
      <w:r>
        <w:t>Key Verse: Nahum 1:7 (ESV) – “The Lord is good, a stronghold in the day of trouble; he knows those who take refuge in him.”</w:t>
      </w:r>
    </w:p>
    <w:p>
      <w:r>
        <w:t>Reflection Questions:</w:t>
        <w:br/>
        <w:t>1. Why do you think God waited so long before bringing judgment on Nineveh?</w:t>
        <w:br/>
        <w:t>2. How does knowing God as a “stronghold” bring comfort in difficult times?</w:t>
        <w:br/>
        <w:t>3. What does this book reveal about God’s justice?</w:t>
      </w:r>
    </w:p>
    <w:p>
      <w:r>
        <w:t>Application: Reflect on your view of God’s justice. Do you trust in God’s timing to deal with evil in the world? Are you taking refuge in Him daily?</w:t>
      </w:r>
    </w:p>
    <w:p>
      <w:r>
        <w:t>Cross-References:</w:t>
        <w:br/>
        <w:t>- Jonah 3:10</w:t>
        <w:br/>
        <w:t>- Psalm 46:1</w:t>
        <w:br/>
        <w:t>- Romans 12:19</w:t>
      </w:r>
    </w:p>
    <w:p>
      <w:pPr>
        <w:pStyle w:val="Heading1"/>
      </w:pPr>
      <w:r>
        <w:t>Lesson 2: Nahum Chapter 1 – God’s Wrath and Refuge</w:t>
      </w:r>
    </w:p>
    <w:p>
      <w:r>
        <w:t>Chapter 1 presents a powerful picture of God’s character: He is jealous, avenging, and wrathful, yet good and a refuge for those who trust in Him. This duality shows the justice and mercy of God. The Lord will not leave the guilty unpunished, especially those who oppress His people.</w:t>
      </w:r>
    </w:p>
    <w:p>
      <w:r>
        <w:t>Key Verse: Nahum 1:3 (ESV) – “The Lord is slow to anger and great in power, and the Lord will by no means clear the guilty.”</w:t>
      </w:r>
    </w:p>
    <w:p>
      <w:r>
        <w:t>Reflection Questions:</w:t>
        <w:br/>
        <w:t>1. How does this chapter balance God's wrath with His goodness?</w:t>
        <w:br/>
        <w:t>2. Why is it important that God does not leave the guilty unpunished?</w:t>
        <w:br/>
        <w:t>3. What does it mean to take refuge in the Lord?</w:t>
      </w:r>
    </w:p>
    <w:p>
      <w:r>
        <w:t>Application: Examine whether you are placing your trust in God’s justice or seeking to take matters into your own hands. Rest in His goodness and power.</w:t>
      </w:r>
    </w:p>
    <w:p>
      <w:r>
        <w:t>Cross-References:</w:t>
        <w:br/>
        <w:t>- Exodus 34:6–7</w:t>
        <w:br/>
        <w:t>- Isaiah 30:18</w:t>
        <w:br/>
        <w:t>- Romans 2:4–6</w:t>
      </w:r>
    </w:p>
    <w:p>
      <w:pPr>
        <w:pStyle w:val="Heading1"/>
      </w:pPr>
      <w:r>
        <w:t>Lesson 3: Nahum Chapter 2 – The Fall of Nineveh Foretold</w:t>
      </w:r>
    </w:p>
    <w:p>
      <w:r>
        <w:t>This chapter is a vivid, poetic description of Nineveh’s destruction. God is portrayed as a divine warrior who comes to repay Nineveh for its violence. Despite the city's military strength and defenses, its fall is inevitable. God will restore the majesty of Jacob (Judah), which the Assyrians had devastated.</w:t>
      </w:r>
    </w:p>
    <w:p>
      <w:r>
        <w:t>Key Verse: Nahum 2:13 (ESV) – “Behold, I am against you, declares the Lord of hosts, and I will burn your chariots in smoke…”</w:t>
      </w:r>
    </w:p>
    <w:p>
      <w:r>
        <w:t>Reflection Questions:</w:t>
        <w:br/>
        <w:t>1. What does it mean for God to be “against” a nation or people?</w:t>
        <w:br/>
        <w:t>2. How does this prophecy provide hope for the oppressed?</w:t>
        <w:br/>
        <w:t>3. What lessons can be learned about pride and false security?</w:t>
      </w:r>
    </w:p>
    <w:p>
      <w:r>
        <w:t>Application: Consider areas of life where you may be trusting in your own strength rather than God’s. Repent of pride and turn fully to the Lord for security and deliverance.</w:t>
      </w:r>
    </w:p>
    <w:p>
      <w:r>
        <w:t>Cross-References:</w:t>
        <w:br/>
        <w:t>- Isaiah 10:12</w:t>
        <w:br/>
        <w:t>- Proverbs 16:18</w:t>
        <w:br/>
        <w:t>- Revelation 18</w:t>
      </w:r>
    </w:p>
    <w:p>
      <w:pPr>
        <w:pStyle w:val="Heading1"/>
      </w:pPr>
      <w:r>
        <w:t>Lesson 4: Nahum Chapter 3 – The Shame of Nineveh’s Sins</w:t>
      </w:r>
    </w:p>
    <w:p>
      <w:r>
        <w:t>Chapter 3 lists Nineveh’s sins—violence, lies, and idolatry—and declares that shame and desolation will follow. No one will mourn its fall. The city that once brought terror to others will become a byword of disgrace. God exposes wickedness and ensures justice is served.</w:t>
      </w:r>
    </w:p>
    <w:p>
      <w:r>
        <w:t>Key Verse: Nahum 3:5 (ESV) – “Behold, I am against you, declares the Lord of hosts, and will lift up your skirts over your face…”</w:t>
      </w:r>
    </w:p>
    <w:p>
      <w:r>
        <w:t>Reflection Questions:</w:t>
        <w:br/>
        <w:t>1. Why does God emphasize exposing sin publicly?</w:t>
        <w:br/>
        <w:t>2. What are the consequences of persistent rebellion?</w:t>
        <w:br/>
        <w:t>3. How does this chapter encourage the righteous?</w:t>
      </w:r>
    </w:p>
    <w:p>
      <w:r>
        <w:t>Application: Reflect on the seriousness of sin and God’s call to repentance. Pray for a heart that responds to correction rather than hardens in rebellion.</w:t>
      </w:r>
    </w:p>
    <w:p>
      <w:r>
        <w:t>Cross-References:</w:t>
        <w:br/>
        <w:t>- Hosea 7:1–2</w:t>
        <w:br/>
        <w:t>- Galatians 6:7–8</w:t>
        <w:br/>
        <w:t>- Psalm 9:15–16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