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Lesson 1: Introduction to Micah</w:t>
      </w:r>
    </w:p>
    <w:p>
      <w:r>
        <w:t>Teaching:</w:t>
      </w:r>
    </w:p>
    <w:p>
      <w:r>
        <w:t>Micah prophesied during the reigns of Jotham, Ahaz, and Hezekiah in Judah (approx. 740–700 BC), a period of social injustice, religious corruption, and looming judgment from Assyria. Micah, a contemporary of Isaiah, ministered to both Israel (the northern kingdom) and Judah (the southern kingdom). The book alternates between oracles of judgment and promises of restoration, focusing on God’s justice, mercy, and covenant faithfulness.</w:t>
      </w:r>
    </w:p>
    <w:p>
      <w:r>
        <w:t>Key Verse:</w:t>
      </w:r>
    </w:p>
    <w:p>
      <w:r>
        <w:t>Micah 6:8 (ESV) – “He has told you, O man, what is good; and what does the Lord require of you but to do justice, and to love kindness, and to walk humbly with your God?”</w:t>
      </w:r>
    </w:p>
    <w:p>
      <w:r>
        <w:t>Reflection Questions:</w:t>
      </w:r>
    </w:p>
    <w:p>
      <w:pPr>
        <w:pStyle w:val="ListBullet"/>
      </w:pPr>
      <w:r>
        <w:t>- What was the historical setting of Micah’s ministry?</w:t>
      </w:r>
    </w:p>
    <w:p>
      <w:pPr>
        <w:pStyle w:val="ListBullet"/>
      </w:pPr>
      <w:r>
        <w:t>- How does Micah’s message reflect both God’s justice and mercy?</w:t>
      </w:r>
    </w:p>
    <w:p>
      <w:pPr>
        <w:pStyle w:val="ListBullet"/>
      </w:pPr>
      <w:r>
        <w:t>- Why is it important to understand the background before studying the book?</w:t>
      </w:r>
    </w:p>
    <w:p>
      <w:r>
        <w:t>Application:</w:t>
      </w:r>
    </w:p>
    <w:p>
      <w:r>
        <w:t>As you begin this study, consider your view of God’s justice. Are there areas of life where you struggle to balance truth and grace?</w:t>
      </w:r>
    </w:p>
    <w:p>
      <w:r>
        <w:t>Cross-References:</w:t>
      </w:r>
    </w:p>
    <w:p>
      <w:pPr>
        <w:pStyle w:val="ListBullet"/>
      </w:pPr>
      <w:r>
        <w:t>- Isaiah 1:1-4</w:t>
      </w:r>
    </w:p>
    <w:p>
      <w:pPr>
        <w:pStyle w:val="ListBullet"/>
      </w:pPr>
      <w:r>
        <w:t>- Hosea 4:1-2</w:t>
      </w:r>
    </w:p>
    <w:p>
      <w:pPr>
        <w:pStyle w:val="ListBullet"/>
      </w:pPr>
      <w:r>
        <w:t>- Deuteronomy 10:12-13</w:t>
      </w:r>
    </w:p>
    <w:p>
      <w:pPr>
        <w:pStyle w:val="Heading1"/>
      </w:pPr>
      <w:r>
        <w:t>Lesson 2: Judgment Against Israel and Judah (Micah 1:1–2:13)</w:t>
      </w:r>
    </w:p>
    <w:p>
      <w:r>
        <w:t>Teaching:</w:t>
      </w:r>
    </w:p>
    <w:p>
      <w:r>
        <w:t>Micah begins with a vivid description of the Lord coming in judgment against Samaria and Jerusalem for idolatry and injustice. Chapter 2 continues with a rebuke of those who oppress the poor and covet land. Still, Micah ends the section with a promise of restoration for a faithful remnant.</w:t>
      </w:r>
    </w:p>
    <w:p>
      <w:r>
        <w:t>Key Verse:</w:t>
      </w:r>
    </w:p>
    <w:p>
      <w:r>
        <w:t>Micah 2:12 (ESV) – “I will surely assemble all of you, O Jacob; I will gather the remnant of Israel; I will set them together like sheep in a fold, like a flock in its pasture, a noisy multitude of men.”</w:t>
      </w:r>
    </w:p>
    <w:p>
      <w:r>
        <w:t>Reflection Questions:</w:t>
      </w:r>
    </w:p>
    <w:p>
      <w:pPr>
        <w:pStyle w:val="ListBullet"/>
      </w:pPr>
      <w:r>
        <w:t>- What sins are described in these chapters?</w:t>
      </w:r>
    </w:p>
    <w:p>
      <w:pPr>
        <w:pStyle w:val="ListBullet"/>
      </w:pPr>
      <w:r>
        <w:t>- How does God respond to injustice?</w:t>
      </w:r>
    </w:p>
    <w:p>
      <w:pPr>
        <w:pStyle w:val="ListBullet"/>
      </w:pPr>
      <w:r>
        <w:t>- What hope is offered to the remnant?</w:t>
      </w:r>
    </w:p>
    <w:p>
      <w:r>
        <w:t>Application:</w:t>
      </w:r>
    </w:p>
    <w:p>
      <w:r>
        <w:t>Examine your life for areas of subtle injustice or selfishness. How can you reflect God’s heart for mercy and righteousness?</w:t>
      </w:r>
    </w:p>
    <w:p>
      <w:r>
        <w:t>Cross-References:</w:t>
      </w:r>
    </w:p>
    <w:p>
      <w:pPr>
        <w:pStyle w:val="ListBullet"/>
      </w:pPr>
      <w:r>
        <w:t>- Amos 3:1-2</w:t>
      </w:r>
    </w:p>
    <w:p>
      <w:pPr>
        <w:pStyle w:val="ListBullet"/>
      </w:pPr>
      <w:r>
        <w:t>- Isaiah 10:20-21</w:t>
      </w:r>
    </w:p>
    <w:p>
      <w:pPr>
        <w:pStyle w:val="ListBullet"/>
      </w:pPr>
      <w:r>
        <w:t>- James 5:1-6</w:t>
      </w:r>
    </w:p>
    <w:p>
      <w:pPr>
        <w:pStyle w:val="Heading1"/>
      </w:pPr>
      <w:r>
        <w:t>Lesson 3: The Corruption of Leaders (Micah 3:1–12)</w:t>
      </w:r>
    </w:p>
    <w:p>
      <w:r>
        <w:t>Teaching:</w:t>
      </w:r>
    </w:p>
    <w:p>
      <w:r>
        <w:t>Micah rebukes leaders, prophets, and priests who use their positions for personal gain, ignoring justice and righteousness. Their actions bring about destruction, even of Zion itself.</w:t>
      </w:r>
    </w:p>
    <w:p>
      <w:r>
        <w:t>Key Verse:</w:t>
      </w:r>
    </w:p>
    <w:p>
      <w:r>
        <w:t>Micah 3:11 (ESV) – “Its heads give judgment for a bribe; its priests teach for a price; its prophets practice divination for money; yet they lean on the Lord and say, ‘Is not the Lord in the midst of us? No disaster shall come upon us.’”</w:t>
      </w:r>
    </w:p>
    <w:p>
      <w:r>
        <w:t>Reflection Questions:</w:t>
      </w:r>
    </w:p>
    <w:p>
      <w:pPr>
        <w:pStyle w:val="ListBullet"/>
      </w:pPr>
      <w:r>
        <w:t>- What corruption does Micah expose?</w:t>
      </w:r>
    </w:p>
    <w:p>
      <w:pPr>
        <w:pStyle w:val="ListBullet"/>
      </w:pPr>
      <w:r>
        <w:t>- How do religious leaders misuse their authority?</w:t>
      </w:r>
    </w:p>
    <w:p>
      <w:pPr>
        <w:pStyle w:val="ListBullet"/>
      </w:pPr>
      <w:r>
        <w:t>- Why is this warning important today?</w:t>
      </w:r>
    </w:p>
    <w:p>
      <w:r>
        <w:t>Application:</w:t>
      </w:r>
    </w:p>
    <w:p>
      <w:r>
        <w:t>Pray for discernment and integrity in your leaders—and yourself. Are there places where you are tempted to compromise?</w:t>
      </w:r>
    </w:p>
    <w:p>
      <w:r>
        <w:t>Cross-References:</w:t>
      </w:r>
    </w:p>
    <w:p>
      <w:pPr>
        <w:pStyle w:val="ListBullet"/>
      </w:pPr>
      <w:r>
        <w:t>- Jeremiah 5:30-31</w:t>
      </w:r>
    </w:p>
    <w:p>
      <w:pPr>
        <w:pStyle w:val="ListBullet"/>
      </w:pPr>
      <w:r>
        <w:t>- Ezekiel 34:2-10</w:t>
      </w:r>
    </w:p>
    <w:p>
      <w:pPr>
        <w:pStyle w:val="ListBullet"/>
      </w:pPr>
      <w:r>
        <w:t>- Matthew 23:1-12</w:t>
      </w:r>
    </w:p>
    <w:p>
      <w:pPr>
        <w:pStyle w:val="Heading1"/>
      </w:pPr>
      <w:r>
        <w:t>Lesson 4: The Coming Kingdom of Peace (Micah 4:1–5:15)</w:t>
      </w:r>
    </w:p>
    <w:p>
      <w:r>
        <w:t>Teaching:</w:t>
      </w:r>
    </w:p>
    <w:p>
      <w:r>
        <w:t>Micah shifts to a vision of future glory where nations stream to the mountain of the Lord. God will establish His kingdom, bringing peace and justice. Chapter 5 promises a ruler from Bethlehem—Messiah—who will shepherd His people.</w:t>
      </w:r>
    </w:p>
    <w:p>
      <w:r>
        <w:t>Key Verse:</w:t>
      </w:r>
    </w:p>
    <w:p>
      <w:r>
        <w:t>Micah 5:2 (ESV) – “But you, O Bethlehem Ephrathah, who are too little to be among the clans of Judah, from you shall come forth for me one who is to be ruler in Israel, whose coming forth is from of old, from ancient days.”</w:t>
      </w:r>
    </w:p>
    <w:p>
      <w:r>
        <w:t>Reflection Questions:</w:t>
      </w:r>
    </w:p>
    <w:p>
      <w:pPr>
        <w:pStyle w:val="ListBullet"/>
      </w:pPr>
      <w:r>
        <w:t>- What characteristics describe God’s future kingdom?</w:t>
      </w:r>
    </w:p>
    <w:p>
      <w:pPr>
        <w:pStyle w:val="ListBullet"/>
      </w:pPr>
      <w:r>
        <w:t>- Why is Bethlehem significant?</w:t>
      </w:r>
    </w:p>
    <w:p>
      <w:pPr>
        <w:pStyle w:val="ListBullet"/>
      </w:pPr>
      <w:r>
        <w:t>- How does this prophecy connect to Jesus?</w:t>
      </w:r>
    </w:p>
    <w:p>
      <w:r>
        <w:t>Application:</w:t>
      </w:r>
    </w:p>
    <w:p>
      <w:r>
        <w:t>Let your heart rest in God’s promise of a righteous King. Are you living as a citizen of His kingdom now?</w:t>
      </w:r>
    </w:p>
    <w:p>
      <w:r>
        <w:t>Cross-References:</w:t>
      </w:r>
    </w:p>
    <w:p>
      <w:pPr>
        <w:pStyle w:val="ListBullet"/>
      </w:pPr>
      <w:r>
        <w:t>- Isaiah 2:2-4</w:t>
      </w:r>
    </w:p>
    <w:p>
      <w:pPr>
        <w:pStyle w:val="ListBullet"/>
      </w:pPr>
      <w:r>
        <w:t>- Matthew 2:1-6</w:t>
      </w:r>
    </w:p>
    <w:p>
      <w:pPr>
        <w:pStyle w:val="ListBullet"/>
      </w:pPr>
      <w:r>
        <w:t>- Luke 1:32-33</w:t>
      </w:r>
    </w:p>
    <w:p>
      <w:pPr>
        <w:pStyle w:val="Heading1"/>
      </w:pPr>
      <w:r>
        <w:t>Lesson 5: God’s Legal Case and Requirement (Micah 6:1–16)</w:t>
      </w:r>
    </w:p>
    <w:p>
      <w:r>
        <w:t>Teaching:</w:t>
      </w:r>
    </w:p>
    <w:p>
      <w:r>
        <w:t>God brings a legal case against His people, recounting His faithfulness and asking what He requires: justice, kindness, and humility. He condemns dishonesty and violence.</w:t>
      </w:r>
    </w:p>
    <w:p>
      <w:r>
        <w:t>Key Verse:</w:t>
      </w:r>
    </w:p>
    <w:p>
      <w:r>
        <w:t>Micah 6:8 (ESV) – “He has told you, O man, what is good; and what does the Lord require of you but to do justice, and to love kindness, and to walk humbly with your God?”</w:t>
      </w:r>
    </w:p>
    <w:p>
      <w:r>
        <w:t>Reflection Questions:</w:t>
      </w:r>
    </w:p>
    <w:p>
      <w:pPr>
        <w:pStyle w:val="ListBullet"/>
      </w:pPr>
      <w:r>
        <w:t>- What is the basis of God's complaint?</w:t>
      </w:r>
    </w:p>
    <w:p>
      <w:pPr>
        <w:pStyle w:val="ListBullet"/>
      </w:pPr>
      <w:r>
        <w:t>- How does God contrast ritual with righteousness?</w:t>
      </w:r>
    </w:p>
    <w:p>
      <w:pPr>
        <w:pStyle w:val="ListBullet"/>
      </w:pPr>
      <w:r>
        <w:t>- Why is Micah 6:8 central to biblical ethics?</w:t>
      </w:r>
    </w:p>
    <w:p>
      <w:r>
        <w:t>Application:</w:t>
      </w:r>
    </w:p>
    <w:p>
      <w:r>
        <w:t>Write out Micah 6:8 and reflect on how each part applies to your life. Are you walking humbly with God?</w:t>
      </w:r>
    </w:p>
    <w:p>
      <w:r>
        <w:t>Cross-References:</w:t>
      </w:r>
    </w:p>
    <w:p>
      <w:pPr>
        <w:pStyle w:val="ListBullet"/>
      </w:pPr>
      <w:r>
        <w:t>- Psalm 50:7-15</w:t>
      </w:r>
    </w:p>
    <w:p>
      <w:pPr>
        <w:pStyle w:val="ListBullet"/>
      </w:pPr>
      <w:r>
        <w:t>- Isaiah 1:16-17</w:t>
      </w:r>
    </w:p>
    <w:p>
      <w:pPr>
        <w:pStyle w:val="ListBullet"/>
      </w:pPr>
      <w:r>
        <w:t>- James 1:27</w:t>
      </w:r>
    </w:p>
    <w:p>
      <w:pPr>
        <w:pStyle w:val="Heading1"/>
      </w:pPr>
      <w:r>
        <w:t>Lesson 6: Sin, Confession, and Hope (Micah 7:1–20)</w:t>
      </w:r>
    </w:p>
    <w:p>
      <w:r>
        <w:t>Teaching:</w:t>
      </w:r>
    </w:p>
    <w:p>
      <w:r>
        <w:t>Micah laments widespread sin and corruption, but he declares hope in God. He confesses sin and trusts in God’s forgiveness and restoration. The book closes with a powerful declaration of God’s mercy and steadfast love.</w:t>
      </w:r>
    </w:p>
    <w:p>
      <w:r>
        <w:t>Key Verse:</w:t>
      </w:r>
    </w:p>
    <w:p>
      <w:r>
        <w:t>Micah 7:18 (ESV) – “Who is a God like you, pardoning iniquity and passing over transgression for the remnant of his inheritance? He does not retain his anger forever, because he delights in steadfast love.”</w:t>
      </w:r>
    </w:p>
    <w:p>
      <w:r>
        <w:t>Reflection Questions:</w:t>
      </w:r>
    </w:p>
    <w:p>
      <w:pPr>
        <w:pStyle w:val="ListBullet"/>
      </w:pPr>
      <w:r>
        <w:t>- How does Micah demonstrate trust amid despair?</w:t>
      </w:r>
    </w:p>
    <w:p>
      <w:pPr>
        <w:pStyle w:val="ListBullet"/>
      </w:pPr>
      <w:r>
        <w:t>- What does this chapter teach about God’s character?</w:t>
      </w:r>
    </w:p>
    <w:p>
      <w:pPr>
        <w:pStyle w:val="ListBullet"/>
      </w:pPr>
      <w:r>
        <w:t>- How does it encourage confession and hope?</w:t>
      </w:r>
    </w:p>
    <w:p>
      <w:r>
        <w:t>Application:</w:t>
      </w:r>
    </w:p>
    <w:p>
      <w:r>
        <w:t>Confess any sin to God and embrace His mercy. Let your confidence rest in who He is, not in your performance.</w:t>
      </w:r>
    </w:p>
    <w:p>
      <w:r>
        <w:t>Cross-References:</w:t>
      </w:r>
    </w:p>
    <w:p>
      <w:pPr>
        <w:pStyle w:val="ListBullet"/>
      </w:pPr>
      <w:r>
        <w:t>- Lamentations 3:21-23</w:t>
      </w:r>
    </w:p>
    <w:p>
      <w:pPr>
        <w:pStyle w:val="ListBullet"/>
      </w:pPr>
      <w:r>
        <w:t>- 1 John 1:9</w:t>
      </w:r>
    </w:p>
    <w:p>
      <w:pPr>
        <w:pStyle w:val="ListBullet"/>
      </w:pPr>
      <w:r>
        <w:t>- Psalm 103:8-14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