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Bible Study on the Book of Leviticus</w:t>
      </w:r>
    </w:p>
    <w:p>
      <w:pPr>
        <w:pStyle w:val="Heading2"/>
      </w:pPr>
      <w:r>
        <w:t>Lesson 1: Introduction to Leviticus – God’s Call to Holiness</w:t>
      </w:r>
    </w:p>
    <w:p>
      <w:pPr>
        <w:pStyle w:val="Heading3"/>
      </w:pPr>
      <w:r>
        <w:t>Teaching:</w:t>
      </w:r>
    </w:p>
    <w:p>
      <w:r>
        <w:t>The book of Leviticus is the third book of the Pentateuch, written by Moses. It focuses on how Israel, as God's covenant people, is to live in holiness. After the construction of the tabernacle in Exodus, Leviticus gives laws and instructions for worship, sacrifice, ceremonial cleanness, and moral living. Its central theme is that God is holy, and His people must be holy to dwell with Him.</w:t>
      </w:r>
    </w:p>
    <w:p>
      <w:pPr>
        <w:pStyle w:val="Heading3"/>
      </w:pPr>
      <w:r>
        <w:t>Key Verse:</w:t>
      </w:r>
    </w:p>
    <w:p>
      <w:r>
        <w:t>Leviticus 19:2 – “Speak to all the congregation of the people of Israel and say to them, You shall be holy, for I the Lord your God am holy.”</w:t>
      </w:r>
    </w:p>
    <w:p>
      <w:pPr>
        <w:pStyle w:val="Heading3"/>
      </w:pPr>
      <w:r>
        <w:t>Reflection Questions:</w:t>
      </w:r>
    </w:p>
    <w:p>
      <w:pPr>
        <w:pStyle w:val="ListBullet"/>
      </w:pPr>
      <w:r>
        <w:t>- Why is it important for God’s people to understand His holiness?</w:t>
      </w:r>
    </w:p>
    <w:p>
      <w:pPr>
        <w:pStyle w:val="ListBullet"/>
      </w:pPr>
      <w:r>
        <w:t>- How do the laws in Leviticus reflect God's character?</w:t>
      </w:r>
    </w:p>
    <w:p>
      <w:pPr>
        <w:pStyle w:val="ListBullet"/>
      </w:pPr>
      <w:r>
        <w:t>- What does holiness mean in your daily life?</w:t>
      </w:r>
    </w:p>
    <w:p>
      <w:pPr>
        <w:pStyle w:val="Heading3"/>
      </w:pPr>
      <w:r>
        <w:t>Application:</w:t>
      </w:r>
    </w:p>
    <w:p>
      <w:r>
        <w:t>Recognize God’s holiness and commit to growing in personal holiness. Reflect on areas of your life that may need to align more with God's standards.</w:t>
      </w:r>
    </w:p>
    <w:p>
      <w:pPr>
        <w:pStyle w:val="Heading3"/>
      </w:pPr>
      <w:r>
        <w:t>Cross-References:</w:t>
      </w:r>
    </w:p>
    <w:p>
      <w:pPr>
        <w:pStyle w:val="ListBullet"/>
      </w:pPr>
      <w:r>
        <w:t>- 1 Peter 1:15-16</w:t>
      </w:r>
    </w:p>
    <w:p>
      <w:pPr>
        <w:pStyle w:val="ListBullet"/>
      </w:pPr>
      <w:r>
        <w:t>- Hebrews 12:14</w:t>
      </w:r>
    </w:p>
    <w:p>
      <w:pPr>
        <w:pStyle w:val="ListBullet"/>
      </w:pPr>
      <w:r>
        <w:t>- Exodus 19:5-6</w:t>
      </w:r>
    </w:p>
    <w:p>
      <w:pPr>
        <w:pStyle w:val="ListBullet"/>
      </w:pPr>
      <w:r>
        <w:t>- Isaiah 6:3</w:t>
      </w:r>
    </w:p>
    <w:p>
      <w:pPr>
        <w:pStyle w:val="ListBullet"/>
      </w:pPr>
      <w:r>
        <w:t>- Revelation 4:8</w:t>
      </w:r>
    </w:p>
    <w:p>
      <w:pPr>
        <w:pStyle w:val="Heading2"/>
      </w:pPr>
      <w:r>
        <w:t>Lesson 2: The Burnt, Grain, and Peace Offerings (Leviticus 1–3)</w:t>
      </w:r>
    </w:p>
    <w:p>
      <w:pPr>
        <w:pStyle w:val="Heading3"/>
      </w:pPr>
      <w:r>
        <w:t>Teaching:</w:t>
      </w:r>
    </w:p>
    <w:p>
      <w:r>
        <w:t>God prescribed specific offerings to restore and maintain fellowship with Him. The burnt offering symbolized complete dedication; the grain offering expressed thanksgiving; and the peace offering celebrated communion with God.</w:t>
      </w:r>
    </w:p>
    <w:p>
      <w:pPr>
        <w:pStyle w:val="Heading3"/>
      </w:pPr>
      <w:r>
        <w:t>Key Verse:</w:t>
      </w:r>
    </w:p>
    <w:p>
      <w:r>
        <w:t>Leviticus 1:9 – “...And the priest shall burn all of it on the altar, as a burnt offering, a food offering with a pleasing aroma to the Lord.”</w:t>
      </w:r>
    </w:p>
    <w:p>
      <w:pPr>
        <w:pStyle w:val="Heading3"/>
      </w:pPr>
      <w:r>
        <w:t>Reflection Questions:</w:t>
      </w:r>
    </w:p>
    <w:p>
      <w:pPr>
        <w:pStyle w:val="ListBullet"/>
      </w:pPr>
      <w:r>
        <w:t>- What do these offerings reveal about our relationship with God?</w:t>
      </w:r>
    </w:p>
    <w:p>
      <w:pPr>
        <w:pStyle w:val="ListBullet"/>
      </w:pPr>
      <w:r>
        <w:t>- How do they foreshadow Christ's sacrifice?</w:t>
      </w:r>
    </w:p>
    <w:p>
      <w:pPr>
        <w:pStyle w:val="ListBullet"/>
      </w:pPr>
      <w:r>
        <w:t>- In what ways can you show dedication and gratitude to God today?</w:t>
      </w:r>
    </w:p>
    <w:p>
      <w:pPr>
        <w:pStyle w:val="Heading3"/>
      </w:pPr>
      <w:r>
        <w:t>Application:</w:t>
      </w:r>
    </w:p>
    <w:p>
      <w:r>
        <w:t>Offer your life as a living sacrifice (Romans 12:1), completely devoted to God, and express gratitude through obedience and service.</w:t>
      </w:r>
    </w:p>
    <w:p>
      <w:pPr>
        <w:pStyle w:val="Heading3"/>
      </w:pPr>
      <w:r>
        <w:t>Cross-References:</w:t>
      </w:r>
    </w:p>
    <w:p>
      <w:pPr>
        <w:pStyle w:val="ListBullet"/>
      </w:pPr>
      <w:r>
        <w:t>- Romans 12:1</w:t>
      </w:r>
    </w:p>
    <w:p>
      <w:pPr>
        <w:pStyle w:val="ListBullet"/>
      </w:pPr>
      <w:r>
        <w:t>- Hebrews 10:1-10</w:t>
      </w:r>
    </w:p>
    <w:p>
      <w:pPr>
        <w:pStyle w:val="ListBullet"/>
      </w:pPr>
      <w:r>
        <w:t>- Philippians 4:18</w:t>
      </w:r>
    </w:p>
    <w:p>
      <w:pPr>
        <w:pStyle w:val="ListBullet"/>
      </w:pPr>
      <w:r>
        <w:t>- Psalm 51:16-17</w:t>
      </w:r>
    </w:p>
    <w:p>
      <w:pPr>
        <w:pStyle w:val="Heading2"/>
      </w:pPr>
      <w:r>
        <w:t>Lesson 3: The Sin and Guilt Offerings (Leviticus 4–6)</w:t>
      </w:r>
    </w:p>
    <w:p>
      <w:pPr>
        <w:pStyle w:val="Heading3"/>
      </w:pPr>
      <w:r>
        <w:t>Teaching:</w:t>
      </w:r>
    </w:p>
    <w:p>
      <w:r>
        <w:t>The sin and guilt offerings dealt with unintentional sin and specific offenses. These sacrifices emphasized the seriousness of sin and God's provision for forgiveness.</w:t>
      </w:r>
    </w:p>
    <w:p>
      <w:pPr>
        <w:pStyle w:val="Heading3"/>
      </w:pPr>
      <w:r>
        <w:t>Key Verse:</w:t>
      </w:r>
    </w:p>
    <w:p>
      <w:r>
        <w:t>Leviticus 5:5 – “When anyone becomes aware that they are guilty... they must confess in what way they have sinned.”</w:t>
      </w:r>
    </w:p>
    <w:p>
      <w:pPr>
        <w:pStyle w:val="Heading3"/>
      </w:pPr>
      <w:r>
        <w:t>Reflection Questions:</w:t>
      </w:r>
    </w:p>
    <w:p>
      <w:pPr>
        <w:pStyle w:val="ListBullet"/>
      </w:pPr>
      <w:r>
        <w:t>- Why is confession important in restoring fellowship with God?</w:t>
      </w:r>
    </w:p>
    <w:p>
      <w:pPr>
        <w:pStyle w:val="ListBullet"/>
      </w:pPr>
      <w:r>
        <w:t>- How do these offerings show the cost of sin?</w:t>
      </w:r>
    </w:p>
    <w:p>
      <w:pPr>
        <w:pStyle w:val="ListBullet"/>
      </w:pPr>
      <w:r>
        <w:t>- What does this reveal about God's justice and mercy?</w:t>
      </w:r>
    </w:p>
    <w:p>
      <w:pPr>
        <w:pStyle w:val="Heading3"/>
      </w:pPr>
      <w:r>
        <w:t>Application:</w:t>
      </w:r>
    </w:p>
    <w:p>
      <w:r>
        <w:t>Make confession a regular part of your walk with God. Embrace Christ’s atonement as your once-for-all offering.</w:t>
      </w:r>
    </w:p>
    <w:p>
      <w:pPr>
        <w:pStyle w:val="Heading3"/>
      </w:pPr>
      <w:r>
        <w:t>Cross-References:</w:t>
      </w:r>
    </w:p>
    <w:p>
      <w:pPr>
        <w:pStyle w:val="ListBullet"/>
      </w:pPr>
      <w:r>
        <w:t>- 1 John 1:9</w:t>
      </w:r>
    </w:p>
    <w:p>
      <w:pPr>
        <w:pStyle w:val="ListBullet"/>
      </w:pPr>
      <w:r>
        <w:t>- Hebrews 9:22</w:t>
      </w:r>
    </w:p>
    <w:p>
      <w:pPr>
        <w:pStyle w:val="ListBullet"/>
      </w:pPr>
      <w:r>
        <w:t>- Psalm 32:5</w:t>
      </w:r>
    </w:p>
    <w:p>
      <w:pPr>
        <w:pStyle w:val="ListBullet"/>
      </w:pPr>
      <w:r>
        <w:t>- Isaiah 53:10</w:t>
      </w:r>
    </w:p>
    <w:p>
      <w:pPr>
        <w:pStyle w:val="Heading2"/>
      </w:pPr>
      <w:r>
        <w:t>Lesson 4: The Role of the Priests (Leviticus 6–10)</w:t>
      </w:r>
    </w:p>
    <w:p>
      <w:pPr>
        <w:pStyle w:val="Heading3"/>
      </w:pPr>
      <w:r>
        <w:t>Teaching:</w:t>
      </w:r>
    </w:p>
    <w:p>
      <w:r>
        <w:t>God established the priesthood to intercede and offer sacrifices. The consecration of Aaron and his sons highlighted the necessity of holiness in those who minister before God.</w:t>
      </w:r>
    </w:p>
    <w:p>
      <w:pPr>
        <w:pStyle w:val="Heading3"/>
      </w:pPr>
      <w:r>
        <w:t>Key Verse:</w:t>
      </w:r>
    </w:p>
    <w:p>
      <w:r>
        <w:t>Leviticus 10:3 – “Among those who are near me I will be sanctified, and before all the people I will be glorified.”</w:t>
      </w:r>
    </w:p>
    <w:p>
      <w:pPr>
        <w:pStyle w:val="Heading3"/>
      </w:pPr>
      <w:r>
        <w:t>Reflection Questions:</w:t>
      </w:r>
    </w:p>
    <w:p>
      <w:pPr>
        <w:pStyle w:val="ListBullet"/>
      </w:pPr>
      <w:r>
        <w:t>- What does this teach about reverence in worship?</w:t>
      </w:r>
    </w:p>
    <w:p>
      <w:pPr>
        <w:pStyle w:val="ListBullet"/>
      </w:pPr>
      <w:r>
        <w:t>- Why must those who lead be held to a higher standard?</w:t>
      </w:r>
    </w:p>
    <w:p>
      <w:pPr>
        <w:pStyle w:val="ListBullet"/>
      </w:pPr>
      <w:r>
        <w:t>- How does Jesus fulfill the priestly role?</w:t>
      </w:r>
    </w:p>
    <w:p>
      <w:pPr>
        <w:pStyle w:val="Heading3"/>
      </w:pPr>
      <w:r>
        <w:t>Application:</w:t>
      </w:r>
    </w:p>
    <w:p>
      <w:r>
        <w:t>Approach God with reverence, and pray for spiritual leaders to live holy lives. As believers, live out your priestly calling (1 Peter 2:9).</w:t>
      </w:r>
    </w:p>
    <w:p>
      <w:pPr>
        <w:pStyle w:val="Heading3"/>
      </w:pPr>
      <w:r>
        <w:t>Cross-References:</w:t>
      </w:r>
    </w:p>
    <w:p>
      <w:pPr>
        <w:pStyle w:val="ListBullet"/>
      </w:pPr>
      <w:r>
        <w:t>- Hebrews 4:14-16</w:t>
      </w:r>
    </w:p>
    <w:p>
      <w:pPr>
        <w:pStyle w:val="ListBullet"/>
      </w:pPr>
      <w:r>
        <w:t>- 1 Peter 2:9</w:t>
      </w:r>
    </w:p>
    <w:p>
      <w:pPr>
        <w:pStyle w:val="ListBullet"/>
      </w:pPr>
      <w:r>
        <w:t>- Romans 15:16</w:t>
      </w:r>
    </w:p>
    <w:p>
      <w:pPr>
        <w:pStyle w:val="ListBullet"/>
      </w:pPr>
      <w:r>
        <w:t>- Numbers 18:1-7</w:t>
      </w:r>
    </w:p>
    <w:p>
      <w:pPr>
        <w:pStyle w:val="Heading2"/>
      </w:pPr>
      <w:r>
        <w:t>Lesson 5: Clean and Unclean Laws (Leviticus 11–15)</w:t>
      </w:r>
    </w:p>
    <w:p>
      <w:pPr>
        <w:pStyle w:val="Heading3"/>
      </w:pPr>
      <w:r>
        <w:t>Teaching:</w:t>
      </w:r>
    </w:p>
    <w:p>
      <w:r>
        <w:t>God gave laws about clean and unclean animals, skin diseases, and bodily discharges to teach Israel about purity and distinguish them from other nations.</w:t>
      </w:r>
    </w:p>
    <w:p>
      <w:pPr>
        <w:pStyle w:val="Heading3"/>
      </w:pPr>
      <w:r>
        <w:t>Key Verse:</w:t>
      </w:r>
    </w:p>
    <w:p>
      <w:r>
        <w:t>Leviticus 11:45 – “For I am the Lord who brought you up out of the land of Egypt to be your God. You shall therefore be holy, for I am holy.”</w:t>
      </w:r>
    </w:p>
    <w:p>
      <w:pPr>
        <w:pStyle w:val="Heading3"/>
      </w:pPr>
      <w:r>
        <w:t>Reflection Questions:</w:t>
      </w:r>
    </w:p>
    <w:p>
      <w:pPr>
        <w:pStyle w:val="ListBullet"/>
      </w:pPr>
      <w:r>
        <w:t>- What spiritual truths are behind these purity laws?</w:t>
      </w:r>
    </w:p>
    <w:p>
      <w:pPr>
        <w:pStyle w:val="ListBullet"/>
      </w:pPr>
      <w:r>
        <w:t>- How do these chapters show God’s care for both body and soul?</w:t>
      </w:r>
    </w:p>
    <w:p>
      <w:pPr>
        <w:pStyle w:val="ListBullet"/>
      </w:pPr>
      <w:r>
        <w:t>- In what ways are believers called to be spiritually clean?</w:t>
      </w:r>
    </w:p>
    <w:p>
      <w:pPr>
        <w:pStyle w:val="Heading3"/>
      </w:pPr>
      <w:r>
        <w:t>Application:</w:t>
      </w:r>
    </w:p>
    <w:p>
      <w:r>
        <w:t>Pursue moral and spiritual purity. Understand that external acts reflect internal holiness.</w:t>
      </w:r>
    </w:p>
    <w:p>
      <w:pPr>
        <w:pStyle w:val="Heading3"/>
      </w:pPr>
      <w:r>
        <w:t>Cross-References:</w:t>
      </w:r>
    </w:p>
    <w:p>
      <w:pPr>
        <w:pStyle w:val="ListBullet"/>
      </w:pPr>
      <w:r>
        <w:t>- 2 Corinthians 6:17-18</w:t>
      </w:r>
    </w:p>
    <w:p>
      <w:pPr>
        <w:pStyle w:val="ListBullet"/>
      </w:pPr>
      <w:r>
        <w:t>- 1 Thessalonians 4:7</w:t>
      </w:r>
    </w:p>
    <w:p>
      <w:pPr>
        <w:pStyle w:val="ListBullet"/>
      </w:pPr>
      <w:r>
        <w:t>- Mark 7:18-23</w:t>
      </w:r>
    </w:p>
    <w:p>
      <w:pPr>
        <w:pStyle w:val="ListBullet"/>
      </w:pPr>
      <w:r>
        <w:t>- Hebrews 10:22</w:t>
      </w:r>
    </w:p>
    <w:p>
      <w:pPr>
        <w:pStyle w:val="Heading2"/>
      </w:pPr>
      <w:r>
        <w:t>Lesson 6: The Day of Atonement (Leviticus 16)</w:t>
      </w:r>
    </w:p>
    <w:p>
      <w:pPr>
        <w:pStyle w:val="Heading3"/>
      </w:pPr>
      <w:r>
        <w:t>Teaching:</w:t>
      </w:r>
    </w:p>
    <w:p>
      <w:r>
        <w:t>Yom Kippur was the most solemn day of the year when the high priest entered the Most Holy Place to make atonement for the nation’s sins.</w:t>
      </w:r>
    </w:p>
    <w:p>
      <w:pPr>
        <w:pStyle w:val="Heading3"/>
      </w:pPr>
      <w:r>
        <w:t>Key Verse:</w:t>
      </w:r>
    </w:p>
    <w:p>
      <w:r>
        <w:t>Leviticus 16:30 – “For on this day shall atonement be made for you to cleanse you. You shall be clean before the Lord from all your sins.”</w:t>
      </w:r>
    </w:p>
    <w:p>
      <w:pPr>
        <w:pStyle w:val="Heading3"/>
      </w:pPr>
      <w:r>
        <w:t>Reflection Questions:</w:t>
      </w:r>
    </w:p>
    <w:p>
      <w:pPr>
        <w:pStyle w:val="ListBullet"/>
      </w:pPr>
      <w:r>
        <w:t>- How does this day point to Jesus’ once-for-all sacrifice?</w:t>
      </w:r>
    </w:p>
    <w:p>
      <w:pPr>
        <w:pStyle w:val="ListBullet"/>
      </w:pPr>
      <w:r>
        <w:t>- What does this teach about God's provision for sin?</w:t>
      </w:r>
    </w:p>
    <w:p>
      <w:pPr>
        <w:pStyle w:val="ListBullet"/>
      </w:pPr>
      <w:r>
        <w:t>- How do we live in light of full atonement?</w:t>
      </w:r>
    </w:p>
    <w:p>
      <w:pPr>
        <w:pStyle w:val="Heading3"/>
      </w:pPr>
      <w:r>
        <w:t>Application:</w:t>
      </w:r>
    </w:p>
    <w:p>
      <w:r>
        <w:t>Rest in the complete atonement found in Christ. Reflect on His sacrifice with awe and gratitude.</w:t>
      </w:r>
    </w:p>
    <w:p>
      <w:pPr>
        <w:pStyle w:val="Heading3"/>
      </w:pPr>
      <w:r>
        <w:t>Cross-References:</w:t>
      </w:r>
    </w:p>
    <w:p>
      <w:pPr>
        <w:pStyle w:val="ListBullet"/>
      </w:pPr>
      <w:r>
        <w:t>- Hebrews 9:7-14</w:t>
      </w:r>
    </w:p>
    <w:p>
      <w:pPr>
        <w:pStyle w:val="ListBullet"/>
      </w:pPr>
      <w:r>
        <w:t>- Hebrews 10:11-18</w:t>
      </w:r>
    </w:p>
    <w:p>
      <w:pPr>
        <w:pStyle w:val="ListBullet"/>
      </w:pPr>
      <w:r>
        <w:t>- 1 John 2:2</w:t>
      </w:r>
    </w:p>
    <w:p>
      <w:pPr>
        <w:pStyle w:val="ListBullet"/>
      </w:pPr>
      <w:r>
        <w:t>- Isaiah 53:6</w:t>
      </w:r>
    </w:p>
    <w:p>
      <w:pPr>
        <w:pStyle w:val="Heading2"/>
      </w:pPr>
      <w:r>
        <w:t>Lesson 7: Moral and Ethical Laws (Leviticus 17–20)</w:t>
      </w:r>
    </w:p>
    <w:p>
      <w:pPr>
        <w:pStyle w:val="Heading3"/>
      </w:pPr>
      <w:r>
        <w:t>Teaching:</w:t>
      </w:r>
    </w:p>
    <w:p>
      <w:r>
        <w:t>These chapters give laws on personal conduct, sexual morality, and social justice. God calls His people to distinct living that reflects His character.</w:t>
      </w:r>
    </w:p>
    <w:p>
      <w:pPr>
        <w:pStyle w:val="Heading3"/>
      </w:pPr>
      <w:r>
        <w:t>Key Verse:</w:t>
      </w:r>
    </w:p>
    <w:p>
      <w:r>
        <w:t>Leviticus 19:18 – “...You shall love your neighbor as yourself: I am the Lord.”</w:t>
      </w:r>
    </w:p>
    <w:p>
      <w:pPr>
        <w:pStyle w:val="Heading3"/>
      </w:pPr>
      <w:r>
        <w:t>Reflection Questions:</w:t>
      </w:r>
    </w:p>
    <w:p>
      <w:pPr>
        <w:pStyle w:val="ListBullet"/>
      </w:pPr>
      <w:r>
        <w:t>- How are these laws a reflection of God's righteousness?</w:t>
      </w:r>
    </w:p>
    <w:p>
      <w:pPr>
        <w:pStyle w:val="ListBullet"/>
      </w:pPr>
      <w:r>
        <w:t>- How does Jesus reaffirm these commandments?</w:t>
      </w:r>
    </w:p>
    <w:p>
      <w:pPr>
        <w:pStyle w:val="ListBullet"/>
      </w:pPr>
      <w:r>
        <w:t>- How do you live out love and holiness in today’s culture?</w:t>
      </w:r>
    </w:p>
    <w:p>
      <w:pPr>
        <w:pStyle w:val="Heading3"/>
      </w:pPr>
      <w:r>
        <w:t>Application:</w:t>
      </w:r>
    </w:p>
    <w:p>
      <w:r>
        <w:t>Obey God’s moral standards and reflect His justice and compassion in all relationships.</w:t>
      </w:r>
    </w:p>
    <w:p>
      <w:pPr>
        <w:pStyle w:val="Heading3"/>
      </w:pPr>
      <w:r>
        <w:t>Cross-References:</w:t>
      </w:r>
    </w:p>
    <w:p>
      <w:pPr>
        <w:pStyle w:val="ListBullet"/>
      </w:pPr>
      <w:r>
        <w:t>- Matthew 22:37-40</w:t>
      </w:r>
    </w:p>
    <w:p>
      <w:pPr>
        <w:pStyle w:val="ListBullet"/>
      </w:pPr>
      <w:r>
        <w:t>- Romans 13:8-10</w:t>
      </w:r>
    </w:p>
    <w:p>
      <w:pPr>
        <w:pStyle w:val="ListBullet"/>
      </w:pPr>
      <w:r>
        <w:t>- Micah 6:8</w:t>
      </w:r>
    </w:p>
    <w:p>
      <w:pPr>
        <w:pStyle w:val="ListBullet"/>
      </w:pPr>
      <w:r>
        <w:t>- Galatians 5:14</w:t>
      </w:r>
    </w:p>
    <w:p>
      <w:pPr>
        <w:pStyle w:val="Heading2"/>
      </w:pPr>
      <w:r>
        <w:t>Lesson 8: Holiness in Worship and Daily Life (Leviticus 21–22)</w:t>
      </w:r>
    </w:p>
    <w:p>
      <w:pPr>
        <w:pStyle w:val="Heading3"/>
      </w:pPr>
      <w:r>
        <w:t>Teaching:</w:t>
      </w:r>
    </w:p>
    <w:p>
      <w:r>
        <w:t>God commanded the priests and the people to maintain holiness in worship and offerings. Their behavior before God mattered deeply.</w:t>
      </w:r>
    </w:p>
    <w:p>
      <w:pPr>
        <w:pStyle w:val="Heading3"/>
      </w:pPr>
      <w:r>
        <w:t>Key Verse:</w:t>
      </w:r>
    </w:p>
    <w:p>
      <w:r>
        <w:t>Leviticus 22:31 – “So you shall keep my commandments and do them: I am the Lord.”</w:t>
      </w:r>
    </w:p>
    <w:p>
      <w:pPr>
        <w:pStyle w:val="Heading3"/>
      </w:pPr>
      <w:r>
        <w:t>Reflection Questions:</w:t>
      </w:r>
    </w:p>
    <w:p>
      <w:pPr>
        <w:pStyle w:val="ListBullet"/>
      </w:pPr>
      <w:r>
        <w:t>- How does your life reflect God’s holiness?</w:t>
      </w:r>
    </w:p>
    <w:p>
      <w:pPr>
        <w:pStyle w:val="ListBullet"/>
      </w:pPr>
      <w:r>
        <w:t>- Why does it matter how we worship?</w:t>
      </w:r>
    </w:p>
    <w:p>
      <w:pPr>
        <w:pStyle w:val="ListBullet"/>
      </w:pPr>
      <w:r>
        <w:t>- What does it mean to offer your best to God?</w:t>
      </w:r>
    </w:p>
    <w:p>
      <w:pPr>
        <w:pStyle w:val="Heading3"/>
      </w:pPr>
      <w:r>
        <w:t>Application:</w:t>
      </w:r>
    </w:p>
    <w:p>
      <w:r>
        <w:t>Live every day with integrity and offer your best to God in work, worship, and relationships.</w:t>
      </w:r>
    </w:p>
    <w:p>
      <w:pPr>
        <w:pStyle w:val="Heading3"/>
      </w:pPr>
      <w:r>
        <w:t>Cross-References:</w:t>
      </w:r>
    </w:p>
    <w:p>
      <w:pPr>
        <w:pStyle w:val="ListBullet"/>
      </w:pPr>
      <w:r>
        <w:t>- Colossians 3:17</w:t>
      </w:r>
    </w:p>
    <w:p>
      <w:pPr>
        <w:pStyle w:val="ListBullet"/>
      </w:pPr>
      <w:r>
        <w:t>- Romans 12:1-2</w:t>
      </w:r>
    </w:p>
    <w:p>
      <w:pPr>
        <w:pStyle w:val="ListBullet"/>
      </w:pPr>
      <w:r>
        <w:t>- Hebrews 13:15-16</w:t>
      </w:r>
    </w:p>
    <w:p>
      <w:pPr>
        <w:pStyle w:val="Heading2"/>
      </w:pPr>
      <w:r>
        <w:t>Lesson 9: Feasts, Sabbath, and the Jubilee (Leviticus 23–25)</w:t>
      </w:r>
    </w:p>
    <w:p>
      <w:pPr>
        <w:pStyle w:val="Heading3"/>
      </w:pPr>
      <w:r>
        <w:t>Teaching:</w:t>
      </w:r>
    </w:p>
    <w:p>
      <w:r>
        <w:t>God established regular feasts and sabbaths to remind His people of His provision and redemption. The Year of Jubilee emphasized rest, freedom, and restoration.</w:t>
      </w:r>
    </w:p>
    <w:p>
      <w:pPr>
        <w:pStyle w:val="Heading3"/>
      </w:pPr>
      <w:r>
        <w:t>Key Verse:</w:t>
      </w:r>
    </w:p>
    <w:p>
      <w:r>
        <w:t>Leviticus 25:10 – “...Proclaim liberty throughout the land to all its inhabitants. It shall be a jubilee for you...”</w:t>
      </w:r>
    </w:p>
    <w:p>
      <w:pPr>
        <w:pStyle w:val="Heading3"/>
      </w:pPr>
      <w:r>
        <w:t>Reflection Questions:</w:t>
      </w:r>
    </w:p>
    <w:p>
      <w:pPr>
        <w:pStyle w:val="ListBullet"/>
      </w:pPr>
      <w:r>
        <w:t>- What is the purpose of spiritual rest?</w:t>
      </w:r>
    </w:p>
    <w:p>
      <w:pPr>
        <w:pStyle w:val="ListBullet"/>
      </w:pPr>
      <w:r>
        <w:t>- How do these festivals point to Christ and the Gospel?</w:t>
      </w:r>
    </w:p>
    <w:p>
      <w:pPr>
        <w:pStyle w:val="ListBullet"/>
      </w:pPr>
      <w:r>
        <w:t>- In what ways do you practice rest and celebration?</w:t>
      </w:r>
    </w:p>
    <w:p>
      <w:pPr>
        <w:pStyle w:val="Heading3"/>
      </w:pPr>
      <w:r>
        <w:t>Application:</w:t>
      </w:r>
    </w:p>
    <w:p>
      <w:r>
        <w:t>Regularly pause to worship, remember God’s work, and celebrate His grace.</w:t>
      </w:r>
    </w:p>
    <w:p>
      <w:pPr>
        <w:pStyle w:val="Heading3"/>
      </w:pPr>
      <w:r>
        <w:t>Cross-References:</w:t>
      </w:r>
    </w:p>
    <w:p>
      <w:pPr>
        <w:pStyle w:val="ListBullet"/>
      </w:pPr>
      <w:r>
        <w:t>- Hebrews 4:9-11</w:t>
      </w:r>
    </w:p>
    <w:p>
      <w:pPr>
        <w:pStyle w:val="ListBullet"/>
      </w:pPr>
      <w:r>
        <w:t>- Luke 4:18-19</w:t>
      </w:r>
    </w:p>
    <w:p>
      <w:pPr>
        <w:pStyle w:val="ListBullet"/>
      </w:pPr>
      <w:r>
        <w:t>- Colossians 2:16-17</w:t>
      </w:r>
    </w:p>
    <w:p>
      <w:pPr>
        <w:pStyle w:val="Heading2"/>
      </w:pPr>
      <w:r>
        <w:t>Lesson 10: Blessings, Curses, and Vows (Leviticus 26–27)</w:t>
      </w:r>
    </w:p>
    <w:p>
      <w:pPr>
        <w:pStyle w:val="Heading3"/>
      </w:pPr>
      <w:r>
        <w:t>Teaching:</w:t>
      </w:r>
    </w:p>
    <w:p>
      <w:r>
        <w:t>Leviticus ends with promises of blessing for obedience and curses for rebellion. Chapter 27 deals with vows and dedication to the Lord.</w:t>
      </w:r>
    </w:p>
    <w:p>
      <w:pPr>
        <w:pStyle w:val="Heading3"/>
      </w:pPr>
      <w:r>
        <w:t>Key Verse:</w:t>
      </w:r>
    </w:p>
    <w:p>
      <w:r>
        <w:t>Leviticus 26:12 – “And I will walk among you and will be your God, and you shall be my people.”</w:t>
      </w:r>
    </w:p>
    <w:p>
      <w:pPr>
        <w:pStyle w:val="Heading3"/>
      </w:pPr>
      <w:r>
        <w:t>Reflection Questions:</w:t>
      </w:r>
    </w:p>
    <w:p>
      <w:pPr>
        <w:pStyle w:val="ListBullet"/>
      </w:pPr>
      <w:r>
        <w:t>- Why does obedience matter to God?</w:t>
      </w:r>
    </w:p>
    <w:p>
      <w:pPr>
        <w:pStyle w:val="ListBullet"/>
      </w:pPr>
      <w:r>
        <w:t>- How do these promises reveal God’s faithfulness?</w:t>
      </w:r>
    </w:p>
    <w:p>
      <w:pPr>
        <w:pStyle w:val="ListBullet"/>
      </w:pPr>
      <w:r>
        <w:t>- Are there areas in your life where God is calling you back to Him?</w:t>
      </w:r>
    </w:p>
    <w:p>
      <w:pPr>
        <w:pStyle w:val="Heading3"/>
      </w:pPr>
      <w:r>
        <w:t>Application:</w:t>
      </w:r>
    </w:p>
    <w:p>
      <w:r>
        <w:t>Live in covenant faithfulness to God, trusting His promises and obeying His Word.</w:t>
      </w:r>
    </w:p>
    <w:p>
      <w:pPr>
        <w:pStyle w:val="Heading3"/>
      </w:pPr>
      <w:r>
        <w:t>Cross-References:</w:t>
      </w:r>
    </w:p>
    <w:p>
      <w:pPr>
        <w:pStyle w:val="ListBullet"/>
      </w:pPr>
      <w:r>
        <w:t>- Deuteronomy 28</w:t>
      </w:r>
    </w:p>
    <w:p>
      <w:pPr>
        <w:pStyle w:val="ListBullet"/>
      </w:pPr>
      <w:r>
        <w:t>- 2 Chronicles 7:14</w:t>
      </w:r>
    </w:p>
    <w:p>
      <w:pPr>
        <w:pStyle w:val="ListBullet"/>
      </w:pPr>
      <w:r>
        <w:t>- John 14:23</w:t>
      </w:r>
    </w:p>
    <w:p>
      <w:pPr>
        <w:pStyle w:val="ListBullet"/>
      </w:pPr>
      <w:r>
        <w:t>- Galatians 6:7-9</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