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Knowing Jesus Christ – A Bible Study</w:t>
      </w:r>
    </w:p>
    <w:p>
      <w:pPr>
        <w:pStyle w:val="Heading2"/>
      </w:pPr>
      <w:r>
        <w:t>Lesson 1: Jesus, the Son of God</w:t>
      </w:r>
    </w:p>
    <w:p>
      <w:r>
        <w:t>Key Verse or Passage:</w:t>
      </w:r>
    </w:p>
    <w:p>
      <w:r>
        <w:t>John 1:1</w:t>
        <w:br/>
        <w:t>“In the beginning was the Word, and the Word was with God, and the Word was God.”</w:t>
      </w:r>
    </w:p>
    <w:p>
      <w:r>
        <w:t>Teaching:</w:t>
      </w:r>
    </w:p>
    <w:p>
      <w:r>
        <w:t>Jesus is not just a prophet, teacher, or moral leader—He is the eternal Son of God. From the beginning, Jesus existed with the Father and the Spirit. He is fully God, sharing in all divine attributes. Understanding Jesus’ divine nature is foundational to the Christian faith.</w:t>
      </w:r>
    </w:p>
    <w:p>
      <w:r>
        <w:t>Reflection Questions:</w:t>
      </w:r>
    </w:p>
    <w:p>
      <w:pPr>
        <w:pStyle w:val="ListBullet"/>
      </w:pPr>
      <w:r>
        <w:t>- What does it mean that Jesus is the Word?</w:t>
      </w:r>
    </w:p>
    <w:p>
      <w:pPr>
        <w:pStyle w:val="ListBullet"/>
      </w:pPr>
      <w:r>
        <w:t>- How does this verse shape your view of Jesus’ identity?</w:t>
      </w:r>
    </w:p>
    <w:p>
      <w:pPr>
        <w:pStyle w:val="ListBullet"/>
      </w:pPr>
      <w:r>
        <w:t>- Why is it important to believe that Jesus is God?</w:t>
      </w:r>
    </w:p>
    <w:p>
      <w:r>
        <w:t>Application:</w:t>
      </w:r>
    </w:p>
    <w:p>
      <w:r>
        <w:t>Spend time in prayer acknowledging Jesus as God. Reflect on how His divinity impacts your trust in Him during trials.</w:t>
      </w:r>
    </w:p>
    <w:p>
      <w:r>
        <w:t>Cross-References:</w:t>
      </w:r>
    </w:p>
    <w:p>
      <w:pPr>
        <w:pStyle w:val="ListBullet"/>
      </w:pPr>
      <w:r>
        <w:t>- John 1:14</w:t>
      </w:r>
    </w:p>
    <w:p>
      <w:pPr>
        <w:pStyle w:val="ListBullet"/>
      </w:pPr>
      <w:r>
        <w:t>- Colossians 1:15-17</w:t>
      </w:r>
    </w:p>
    <w:p>
      <w:pPr>
        <w:pStyle w:val="ListBullet"/>
      </w:pPr>
      <w:r>
        <w:t>- Hebrews 1:1-3</w:t>
      </w:r>
    </w:p>
    <w:p>
      <w:pPr>
        <w:pStyle w:val="ListBullet"/>
      </w:pPr>
      <w:r>
        <w:t>- Revelation 1:8</w:t>
      </w:r>
    </w:p>
    <w:p>
      <w:pPr>
        <w:pStyle w:val="Heading2"/>
      </w:pPr>
      <w:r>
        <w:t>Lesson 2: Jesus, the Son of Man</w:t>
      </w:r>
    </w:p>
    <w:p>
      <w:r>
        <w:t>Key Verse or Passage:</w:t>
      </w:r>
    </w:p>
    <w:p>
      <w:r>
        <w:t>Philippians 2:7-8</w:t>
        <w:br/>
        <w:t>“But made himself of no reputation, and took upon him the form of a servant, and was made in the likeness of men: and being found in fashion as a man, he humbled himself, and became obedient unto death, even the death of the cross.”</w:t>
      </w:r>
    </w:p>
    <w:p>
      <w:r>
        <w:t>Teaching:</w:t>
      </w:r>
    </w:p>
    <w:p>
      <w:r>
        <w:t>Though fully God, Jesus became fully man. He entered human history, experienced temptation, suffering, and death—yet without sin. His humanity allows Him to sympathize with our weaknesses and stand as our perfect representative before God.</w:t>
      </w:r>
    </w:p>
    <w:p>
      <w:r>
        <w:t>Reflection Questions:</w:t>
      </w:r>
    </w:p>
    <w:p>
      <w:pPr>
        <w:pStyle w:val="ListBullet"/>
      </w:pPr>
      <w:r>
        <w:t>- What do these verses tell us about Jesus’ humility?</w:t>
      </w:r>
    </w:p>
    <w:p>
      <w:pPr>
        <w:pStyle w:val="ListBullet"/>
      </w:pPr>
      <w:r>
        <w:t>- How does Jesus’ humanity encourage you in your daily struggles?</w:t>
      </w:r>
    </w:p>
    <w:p>
      <w:pPr>
        <w:pStyle w:val="ListBullet"/>
      </w:pPr>
      <w:r>
        <w:t>- In what ways can you imitate His humility?</w:t>
      </w:r>
    </w:p>
    <w:p>
      <w:r>
        <w:t>Application:</w:t>
      </w:r>
    </w:p>
    <w:p>
      <w:r>
        <w:t>Look for specific opportunities to serve others sacrificially this week, modeling Christ’s humility.</w:t>
      </w:r>
    </w:p>
    <w:p>
      <w:r>
        <w:t>Cross-References:</w:t>
      </w:r>
    </w:p>
    <w:p>
      <w:pPr>
        <w:pStyle w:val="ListBullet"/>
      </w:pPr>
      <w:r>
        <w:t>- Hebrews 4:15</w:t>
      </w:r>
    </w:p>
    <w:p>
      <w:pPr>
        <w:pStyle w:val="ListBullet"/>
      </w:pPr>
      <w:r>
        <w:t>- Luke 19:10</w:t>
      </w:r>
    </w:p>
    <w:p>
      <w:pPr>
        <w:pStyle w:val="ListBullet"/>
      </w:pPr>
      <w:r>
        <w:t>- Matthew 26:38-39</w:t>
      </w:r>
    </w:p>
    <w:p>
      <w:pPr>
        <w:pStyle w:val="ListBullet"/>
      </w:pPr>
      <w:r>
        <w:t>- 1 Timothy 2:5</w:t>
      </w:r>
    </w:p>
    <w:p>
      <w:pPr>
        <w:pStyle w:val="Heading2"/>
      </w:pPr>
      <w:r>
        <w:t>Lesson 3: Jesus, the Savior of the World</w:t>
      </w:r>
    </w:p>
    <w:p>
      <w:r>
        <w:t>Key Verse or Passage:</w:t>
      </w:r>
    </w:p>
    <w:p>
      <w:r>
        <w:t>John 3:17</w:t>
        <w:br/>
        <w:t>“For God sent not his Son into the world to condemn the world; but that the world through him might be saved.”</w:t>
      </w:r>
    </w:p>
    <w:p>
      <w:r>
        <w:t>Teaching:</w:t>
      </w:r>
    </w:p>
    <w:p>
      <w:r>
        <w:t>Jesus came to seek and save the lost. Through His sacrificial death on the cross, He took the punishment for our sins. His resurrection confirms the acceptance of His sacrifice by the Father and the victory over sin and death.</w:t>
      </w:r>
    </w:p>
    <w:p>
      <w:r>
        <w:t>Reflection Questions:</w:t>
      </w:r>
    </w:p>
    <w:p>
      <w:pPr>
        <w:pStyle w:val="ListBullet"/>
      </w:pPr>
      <w:r>
        <w:t>- Why did Jesus come into the world?</w:t>
      </w:r>
    </w:p>
    <w:p>
      <w:pPr>
        <w:pStyle w:val="ListBullet"/>
      </w:pPr>
      <w:r>
        <w:t>- How does this verse contrast condemnation and salvation?</w:t>
      </w:r>
    </w:p>
    <w:p>
      <w:pPr>
        <w:pStyle w:val="ListBullet"/>
      </w:pPr>
      <w:r>
        <w:t>- What does being saved by Jesus mean to you personally?</w:t>
      </w:r>
    </w:p>
    <w:p>
      <w:r>
        <w:t>Application:</w:t>
      </w:r>
    </w:p>
    <w:p>
      <w:r>
        <w:t>Share the message of salvation with someone this week. Consider writing out your testimony of how Jesus saved you.</w:t>
      </w:r>
    </w:p>
    <w:p>
      <w:r>
        <w:t>Cross-References:</w:t>
      </w:r>
    </w:p>
    <w:p>
      <w:pPr>
        <w:pStyle w:val="ListBullet"/>
      </w:pPr>
      <w:r>
        <w:t>- Romans 5:8</w:t>
      </w:r>
    </w:p>
    <w:p>
      <w:pPr>
        <w:pStyle w:val="ListBullet"/>
      </w:pPr>
      <w:r>
        <w:t>- 1 Peter 2:24</w:t>
      </w:r>
    </w:p>
    <w:p>
      <w:pPr>
        <w:pStyle w:val="ListBullet"/>
      </w:pPr>
      <w:r>
        <w:t>- Isaiah 53:4-6</w:t>
      </w:r>
    </w:p>
    <w:p>
      <w:pPr>
        <w:pStyle w:val="ListBullet"/>
      </w:pPr>
      <w:r>
        <w:t>- 1 Corinthians 15:3-4</w:t>
      </w:r>
    </w:p>
    <w:p>
      <w:pPr>
        <w:pStyle w:val="Heading2"/>
      </w:pPr>
      <w:r>
        <w:t>Lesson 4: Jesus, the Risen Lord</w:t>
      </w:r>
    </w:p>
    <w:p>
      <w:r>
        <w:t>Key Verse or Passage:</w:t>
      </w:r>
    </w:p>
    <w:p>
      <w:r>
        <w:t>Luke 24:6</w:t>
        <w:br/>
        <w:t>“He is not here, but is risen: remember how he spake unto you when he was yet in Galilee.”</w:t>
      </w:r>
    </w:p>
    <w:p>
      <w:r>
        <w:t>Teaching:</w:t>
      </w:r>
    </w:p>
    <w:p>
      <w:r>
        <w:t>The resurrection of Jesus is the cornerstone of the Christian faith. It proves He is who He claimed to be and guarantees the future resurrection of all who believe in Him. He conquered death and reigns as Lord over all.</w:t>
      </w:r>
    </w:p>
    <w:p>
      <w:r>
        <w:t>Reflection Questions:</w:t>
      </w:r>
    </w:p>
    <w:p>
      <w:pPr>
        <w:pStyle w:val="ListBullet"/>
      </w:pPr>
      <w:r>
        <w:t>- Why is the resurrection essential to our faith?</w:t>
      </w:r>
    </w:p>
    <w:p>
      <w:pPr>
        <w:pStyle w:val="ListBullet"/>
      </w:pPr>
      <w:r>
        <w:t>- How does Jesus’ resurrection give you hope?</w:t>
      </w:r>
    </w:p>
    <w:p>
      <w:pPr>
        <w:pStyle w:val="ListBullet"/>
      </w:pPr>
      <w:r>
        <w:t>- What areas of your life need to be surrendered to the risen Lord?</w:t>
      </w:r>
    </w:p>
    <w:p>
      <w:r>
        <w:t>Application:</w:t>
      </w:r>
    </w:p>
    <w:p>
      <w:r>
        <w:t>Celebrate the resurrection daily by living in the joy and hope it brings. Speak of His victory in your conversations.</w:t>
      </w:r>
    </w:p>
    <w:p>
      <w:r>
        <w:t>Cross-References:</w:t>
      </w:r>
    </w:p>
    <w:p>
      <w:pPr>
        <w:pStyle w:val="ListBullet"/>
      </w:pPr>
      <w:r>
        <w:t>- 1 Corinthians 15:20-22</w:t>
      </w:r>
    </w:p>
    <w:p>
      <w:pPr>
        <w:pStyle w:val="ListBullet"/>
      </w:pPr>
      <w:r>
        <w:t>- Romans 6:4-5</w:t>
      </w:r>
    </w:p>
    <w:p>
      <w:pPr>
        <w:pStyle w:val="ListBullet"/>
      </w:pPr>
      <w:r>
        <w:t>- Acts 2:32-36</w:t>
      </w:r>
    </w:p>
    <w:p>
      <w:pPr>
        <w:pStyle w:val="ListBullet"/>
      </w:pPr>
      <w:r>
        <w:t>- Revelation 1:17-18</w:t>
      </w:r>
    </w:p>
    <w:p>
      <w:pPr>
        <w:pStyle w:val="Heading2"/>
      </w:pPr>
      <w:r>
        <w:t>Lesson 5: Jesus, the Coming King</w:t>
      </w:r>
    </w:p>
    <w:p>
      <w:r>
        <w:t>Key Verse or Passage:</w:t>
      </w:r>
    </w:p>
    <w:p>
      <w:r>
        <w:t>Key Passage: Revelation 19:11-16 (Too long to display)</w:t>
      </w:r>
    </w:p>
    <w:p>
      <w:r>
        <w:t>Teaching:</w:t>
      </w:r>
    </w:p>
    <w:p>
      <w:r>
        <w:t>Jesus is coming again—not as a suffering servant, but as a conquering King. His return will be visible, powerful, and final. He will judge the world in righteousness and establish His eternal kingdom. Believers are called to live in readiness and holiness.</w:t>
      </w:r>
    </w:p>
    <w:p>
      <w:r>
        <w:t>Reflection Questions:</w:t>
      </w:r>
    </w:p>
    <w:p>
      <w:pPr>
        <w:pStyle w:val="ListBullet"/>
      </w:pPr>
      <w:r>
        <w:t>- How does the promise of Jesus’ return affect how you live?</w:t>
      </w:r>
    </w:p>
    <w:p>
      <w:pPr>
        <w:pStyle w:val="ListBullet"/>
      </w:pPr>
      <w:r>
        <w:t>- What does it mean to long for His appearing?</w:t>
      </w:r>
    </w:p>
    <w:p>
      <w:pPr>
        <w:pStyle w:val="ListBullet"/>
      </w:pPr>
      <w:r>
        <w:t>- Are there areas in your life you would be ashamed of if Jesus returned today?</w:t>
      </w:r>
    </w:p>
    <w:p>
      <w:r>
        <w:t>Application:</w:t>
      </w:r>
    </w:p>
    <w:p>
      <w:r>
        <w:t>Evaluate how you’re living in light of eternity. Adjust your priorities to reflect readiness for Christ’s return.</w:t>
      </w:r>
    </w:p>
    <w:p>
      <w:r>
        <w:t>Cross-References:</w:t>
      </w:r>
    </w:p>
    <w:p>
      <w:pPr>
        <w:pStyle w:val="ListBullet"/>
      </w:pPr>
      <w:r>
        <w:t>- Acts 1:11</w:t>
      </w:r>
    </w:p>
    <w:p>
      <w:pPr>
        <w:pStyle w:val="ListBullet"/>
      </w:pPr>
      <w:r>
        <w:t>- Matthew 24:30-31</w:t>
      </w:r>
    </w:p>
    <w:p>
      <w:pPr>
        <w:pStyle w:val="ListBullet"/>
      </w:pPr>
      <w:r>
        <w:t>- 1 Thessalonians 4:16-17</w:t>
      </w:r>
    </w:p>
    <w:p>
      <w:pPr>
        <w:pStyle w:val="ListBullet"/>
      </w:pPr>
      <w:r>
        <w:t>- 2 Peter 3:10-14</w:t>
      </w:r>
    </w:p>
    <w:p>
      <w:pPr>
        <w:pStyle w:val="Heading2"/>
      </w:pPr>
      <w:r>
        <w:t>Lesson 6: Jesus, the Good Shepherd</w:t>
      </w:r>
    </w:p>
    <w:p>
      <w:r>
        <w:t>Key Verse or Passage:</w:t>
      </w:r>
    </w:p>
    <w:p>
      <w:r>
        <w:t>John 10:11</w:t>
        <w:br/>
        <w:t>“I am the good shepherd: the good shepherd giveth his life for the sheep.”</w:t>
      </w:r>
    </w:p>
    <w:p>
      <w:r>
        <w:t>Teaching:</w:t>
      </w:r>
    </w:p>
    <w:p>
      <w:r>
        <w:t>Jesus is not a distant Savior but a caring, personal Shepherd. He knows His sheep intimately and leads them with compassion and protection. He laid down His life for us and continues to guide, provide for, and defend His people.</w:t>
      </w:r>
    </w:p>
    <w:p>
      <w:r>
        <w:t>Reflection Questions:</w:t>
      </w:r>
    </w:p>
    <w:p>
      <w:pPr>
        <w:pStyle w:val="ListBullet"/>
      </w:pPr>
      <w:r>
        <w:t>- What does it mean to you that Jesus calls Himself your Shepherd?</w:t>
      </w:r>
    </w:p>
    <w:p>
      <w:pPr>
        <w:pStyle w:val="ListBullet"/>
      </w:pPr>
      <w:r>
        <w:t>- How have you experienced His care and leadership?</w:t>
      </w:r>
    </w:p>
    <w:p>
      <w:pPr>
        <w:pStyle w:val="ListBullet"/>
      </w:pPr>
      <w:r>
        <w:t>- In what areas of life are you struggling to follow His voice?</w:t>
      </w:r>
    </w:p>
    <w:p>
      <w:r>
        <w:t>Application:</w:t>
      </w:r>
    </w:p>
    <w:p>
      <w:r>
        <w:t>Spend time in prayer asking Jesus to lead you as your Shepherd. Identify a specific area where you need to follow His guidance more faithfully.</w:t>
      </w:r>
    </w:p>
    <w:p>
      <w:r>
        <w:t>Cross-References:</w:t>
      </w:r>
    </w:p>
    <w:p>
      <w:pPr>
        <w:pStyle w:val="ListBullet"/>
      </w:pPr>
      <w:r>
        <w:t>- Psalm 23:1-4</w:t>
      </w:r>
    </w:p>
    <w:p>
      <w:pPr>
        <w:pStyle w:val="ListBullet"/>
      </w:pPr>
      <w:r>
        <w:t>- Ezekiel 34:11-16</w:t>
      </w:r>
    </w:p>
    <w:p>
      <w:pPr>
        <w:pStyle w:val="ListBullet"/>
      </w:pPr>
      <w:r>
        <w:t>- Hebrews 13:20-21</w:t>
      </w:r>
    </w:p>
    <w:p>
      <w:pPr>
        <w:pStyle w:val="ListBullet"/>
      </w:pPr>
      <w:r>
        <w:t>- 1 Peter 5:4</w:t>
      </w:r>
    </w:p>
    <w:p>
      <w:pPr>
        <w:pStyle w:val="Heading2"/>
      </w:pPr>
      <w:r>
        <w:t>Lesson 7: Jesus, the Way, the Truth, and the Life</w:t>
      </w:r>
    </w:p>
    <w:p>
      <w:r>
        <w:t>Key Verse or Passage:</w:t>
      </w:r>
    </w:p>
    <w:p>
      <w:r>
        <w:t>John 14:6</w:t>
        <w:br/>
        <w:t>“Jesus saith unto him, I am the way, the truth, and the life: no man cometh unto the Father, but by me.”</w:t>
      </w:r>
    </w:p>
    <w:p>
      <w:r>
        <w:t>Teaching:</w:t>
      </w:r>
    </w:p>
    <w:p>
      <w:r>
        <w:t>Jesus is not merely a path to God; He is the only way. He embodies truth and gives life—both now and eternally. All who come to the Father must come through Him. Knowing Jesus is the key to knowing God and experiencing the fullness of life.</w:t>
      </w:r>
    </w:p>
    <w:p>
      <w:r>
        <w:t>Reflection Questions:</w:t>
      </w:r>
    </w:p>
    <w:p>
      <w:pPr>
        <w:pStyle w:val="ListBullet"/>
      </w:pPr>
      <w:r>
        <w:t>- What does this verse teach about salvation?</w:t>
      </w:r>
    </w:p>
    <w:p>
      <w:pPr>
        <w:pStyle w:val="ListBullet"/>
      </w:pPr>
      <w:r>
        <w:t>- How does Jesus being “the truth” challenge worldly views?</w:t>
      </w:r>
    </w:p>
    <w:p>
      <w:pPr>
        <w:pStyle w:val="ListBullet"/>
      </w:pPr>
      <w:r>
        <w:t>- Are you trusting Jesus as your only way to God in every area of life?</w:t>
      </w:r>
    </w:p>
    <w:p>
      <w:r>
        <w:t>Application:</w:t>
      </w:r>
    </w:p>
    <w:p>
      <w:r>
        <w:t>Reaffirm your trust in Jesus alone for salvation and guidance. Consider sharing this verse with someone who has questions about faith or truth.</w:t>
      </w:r>
    </w:p>
    <w:p>
      <w:r>
        <w:t>Cross-References:</w:t>
      </w:r>
    </w:p>
    <w:p>
      <w:pPr>
        <w:pStyle w:val="ListBullet"/>
      </w:pPr>
      <w:r>
        <w:t>- Acts 4:12</w:t>
      </w:r>
    </w:p>
    <w:p>
      <w:pPr>
        <w:pStyle w:val="ListBullet"/>
      </w:pPr>
      <w:r>
        <w:t>- 1 John 5:11-12</w:t>
      </w:r>
    </w:p>
    <w:p>
      <w:pPr>
        <w:pStyle w:val="ListBullet"/>
      </w:pPr>
      <w:r>
        <w:t>- Colossians 2:9-10</w:t>
      </w:r>
    </w:p>
    <w:p>
      <w:pPr>
        <w:pStyle w:val="ListBullet"/>
      </w:pPr>
      <w:r>
        <w:t>- Isaiah 55:6-7</w:t>
      </w:r>
    </w:p>
    <w:p>
      <w:pPr>
        <w:pStyle w:val="Heading2"/>
      </w:pPr>
      <w:r>
        <w:t>Lesson 8: Jesus, the Head of the Church</w:t>
      </w:r>
    </w:p>
    <w:p>
      <w:r>
        <w:t>Key Verse or Passage:</w:t>
      </w:r>
    </w:p>
    <w:p>
      <w:r>
        <w:t>Colossians 1:18</w:t>
        <w:br/>
        <w:t>“And he is the head of the body, the church: who is the beginning, the firstborn from the dead; that in all things he might have the preeminence.”</w:t>
      </w:r>
    </w:p>
    <w:p>
      <w:r>
        <w:t>Teaching:</w:t>
      </w:r>
    </w:p>
    <w:p>
      <w:r>
        <w:t>Jesus is not only Savior but also the Head of the Church—His body. He builds, leads, and purifies the Church. Believers are called to live in unity and submission to His authority, using their gifts to serve one another and reflect His love.</w:t>
      </w:r>
    </w:p>
    <w:p>
      <w:r>
        <w:t>Reflection Questions:</w:t>
      </w:r>
    </w:p>
    <w:p>
      <w:pPr>
        <w:pStyle w:val="ListBullet"/>
      </w:pPr>
      <w:r>
        <w:t>- How does Jesus’ role as Head of the Church shape your view of the Church?</w:t>
      </w:r>
    </w:p>
    <w:p>
      <w:pPr>
        <w:pStyle w:val="ListBullet"/>
      </w:pPr>
      <w:r>
        <w:t>- Are you actively serving and participating in the body of Christ?</w:t>
      </w:r>
    </w:p>
    <w:p>
      <w:pPr>
        <w:pStyle w:val="ListBullet"/>
      </w:pPr>
      <w:r>
        <w:t>- What does it mean for Jesus to have “preeminence” in your life?</w:t>
      </w:r>
    </w:p>
    <w:p>
      <w:r>
        <w:t>Application:</w:t>
      </w:r>
    </w:p>
    <w:p>
      <w:r>
        <w:t>Evaluate your involvement in your local church. Ask how you can serve in a way that honors Christ’s leadership and builds up others.</w:t>
      </w:r>
    </w:p>
    <w:p>
      <w:r>
        <w:t>Cross-References:</w:t>
      </w:r>
    </w:p>
    <w:p>
      <w:pPr>
        <w:pStyle w:val="ListBullet"/>
      </w:pPr>
      <w:r>
        <w:t>- Ephesians 1:22-23</w:t>
      </w:r>
    </w:p>
    <w:p>
      <w:pPr>
        <w:pStyle w:val="ListBullet"/>
      </w:pPr>
      <w:r>
        <w:t>- Matthew 16:18</w:t>
      </w:r>
    </w:p>
    <w:p>
      <w:pPr>
        <w:pStyle w:val="ListBullet"/>
      </w:pPr>
      <w:r>
        <w:t>- Romans 12:4-5</w:t>
      </w:r>
    </w:p>
    <w:p>
      <w:pPr>
        <w:pStyle w:val="ListBullet"/>
      </w:pPr>
      <w:r>
        <w:t>- 1 Corinthians 12:27</w:t>
      </w:r>
    </w:p>
    <w:p>
      <w:pPr>
        <w:pStyle w:val="Heading2"/>
      </w:pPr>
      <w:r>
        <w:t>Lesson 9: Jesus, Our Counselor</w:t>
      </w:r>
    </w:p>
    <w:p>
      <w:r>
        <w:t>Key Verse or Passage:</w:t>
      </w:r>
    </w:p>
    <w:p>
      <w:r>
        <w:t>Isaiah 9:6</w:t>
        <w:br/>
        <w:t>“For unto us a child is born, unto us a son is given: and the government shall be upon his shoulder: and his name shall be called Wonderful, Counsellor, The mighty God, The everlasting Father, The Prince of Peace.”</w:t>
      </w:r>
    </w:p>
    <w:p>
      <w:r>
        <w:t>Teaching:</w:t>
      </w:r>
    </w:p>
    <w:p>
      <w:r>
        <w:t>Jesus is our Counselor, full of wisdom and understanding. He guides us through His Word and the Holy Spirit, offering divine insight and peace. In every situation, we can trust His counsel to lead us on the right path.</w:t>
      </w:r>
    </w:p>
    <w:p>
      <w:r>
        <w:t>Reflection Questions:</w:t>
      </w:r>
    </w:p>
    <w:p>
      <w:pPr>
        <w:pStyle w:val="ListBullet"/>
      </w:pPr>
      <w:r>
        <w:t>- What does it mean to you that Jesus is your Counselor?</w:t>
      </w:r>
    </w:p>
    <w:p>
      <w:pPr>
        <w:pStyle w:val="ListBullet"/>
      </w:pPr>
      <w:r>
        <w:t>- How do you seek His counsel in your daily life?</w:t>
      </w:r>
    </w:p>
    <w:p>
      <w:pPr>
        <w:pStyle w:val="ListBullet"/>
      </w:pPr>
      <w:r>
        <w:t>- What is one area where you need His wisdom right now?</w:t>
      </w:r>
    </w:p>
    <w:p>
      <w:r>
        <w:t>Application:</w:t>
      </w:r>
    </w:p>
    <w:p>
      <w:r>
        <w:t>Spend time in prayer asking Jesus for wisdom in a specific decision or challenge. Read a passage of Scripture and ask the Holy Spirit to help you apply it.</w:t>
      </w:r>
    </w:p>
    <w:p>
      <w:r>
        <w:t>Cross-References:</w:t>
      </w:r>
    </w:p>
    <w:p>
      <w:pPr>
        <w:pStyle w:val="ListBullet"/>
      </w:pPr>
      <w:r>
        <w:t>- John 14:26</w:t>
      </w:r>
    </w:p>
    <w:p>
      <w:pPr>
        <w:pStyle w:val="ListBullet"/>
      </w:pPr>
      <w:r>
        <w:t>- James 1:5</w:t>
      </w:r>
    </w:p>
    <w:p>
      <w:pPr>
        <w:pStyle w:val="ListBullet"/>
      </w:pPr>
      <w:r>
        <w:t>- Psalm 32:8</w:t>
      </w:r>
    </w:p>
    <w:p>
      <w:pPr>
        <w:pStyle w:val="ListBullet"/>
      </w:pPr>
      <w:r>
        <w:t>- Proverbs 3:5-6</w:t>
      </w:r>
    </w:p>
    <w:p>
      <w:pPr>
        <w:pStyle w:val="Heading2"/>
      </w:pPr>
      <w:r>
        <w:t>Lesson 10: Jesus, the Prophet</w:t>
      </w:r>
    </w:p>
    <w:p>
      <w:r>
        <w:t>Key Verse or Passage:</w:t>
      </w:r>
    </w:p>
    <w:p>
      <w:r>
        <w:t>Deuteronomy 18:18</w:t>
        <w:br/>
        <w:t>“I will raise them up a Prophet from among their brethren, like unto thee, and will put my words in his mouth; and he shall speak unto them all that I shall command him.”</w:t>
      </w:r>
    </w:p>
    <w:p>
      <w:r>
        <w:t>Teaching:</w:t>
      </w:r>
    </w:p>
    <w:p>
      <w:r>
        <w:t>Jesus is the ultimate Prophet promised by God—one who speaks God’s words with perfect truth and authority. His teachings reveal God’s will, expose sin, and call us to repentance and faith. Unlike other prophets, Jesus is the Word made flesh.</w:t>
      </w:r>
    </w:p>
    <w:p>
      <w:r>
        <w:t>Reflection Questions:</w:t>
      </w:r>
    </w:p>
    <w:p>
      <w:pPr>
        <w:pStyle w:val="ListBullet"/>
      </w:pPr>
      <w:r>
        <w:t>- Why is Jesus called the Prophet?</w:t>
      </w:r>
    </w:p>
    <w:p>
      <w:pPr>
        <w:pStyle w:val="ListBullet"/>
      </w:pPr>
      <w:r>
        <w:t>- How do His words affect your understanding of God’s will?</w:t>
      </w:r>
    </w:p>
    <w:p>
      <w:pPr>
        <w:pStyle w:val="ListBullet"/>
      </w:pPr>
      <w:r>
        <w:t>- What message from Jesus do you need to obey today?</w:t>
      </w:r>
    </w:p>
    <w:p>
      <w:r>
        <w:t>Application:</w:t>
      </w:r>
    </w:p>
    <w:p>
      <w:r>
        <w:t>Reflect on the teachings of Jesus in the Gospels. Choose one command to focus on obeying this week.</w:t>
      </w:r>
    </w:p>
    <w:p>
      <w:r>
        <w:t>Cross-References:</w:t>
      </w:r>
    </w:p>
    <w:p>
      <w:pPr>
        <w:pStyle w:val="ListBullet"/>
      </w:pPr>
      <w:r>
        <w:t>- Hebrews 1:1-2</w:t>
      </w:r>
    </w:p>
    <w:p>
      <w:pPr>
        <w:pStyle w:val="ListBullet"/>
      </w:pPr>
      <w:r>
        <w:t>- John 7:16</w:t>
      </w:r>
    </w:p>
    <w:p>
      <w:pPr>
        <w:pStyle w:val="ListBullet"/>
      </w:pPr>
      <w:r>
        <w:t>- Matthew 21:11</w:t>
      </w:r>
    </w:p>
    <w:p>
      <w:pPr>
        <w:pStyle w:val="ListBullet"/>
      </w:pPr>
      <w:r>
        <w:t>- Luke 24:19</w:t>
      </w:r>
    </w:p>
    <w:p>
      <w:pPr>
        <w:pStyle w:val="Heading2"/>
      </w:pPr>
      <w:r>
        <w:t>Lesson 11: Jesus, Our Mediator</w:t>
      </w:r>
    </w:p>
    <w:p>
      <w:r>
        <w:t>Key Verse or Passage:</w:t>
      </w:r>
    </w:p>
    <w:p>
      <w:r>
        <w:t>1 Timothy 2:5</w:t>
        <w:br/>
        <w:t>“For there is one God, and one mediator between God and men, the man Christ Jesus;”</w:t>
      </w:r>
    </w:p>
    <w:p>
      <w:r>
        <w:t>Teaching:</w:t>
      </w:r>
    </w:p>
    <w:p>
      <w:r>
        <w:t>Jesus bridges the gap between sinful humanity and a holy God. As both God and man, He is uniquely qualified to represent us before the Father. His mediation means we have direct access to God through Him, without fear or condemnation.</w:t>
      </w:r>
    </w:p>
    <w:p>
      <w:r>
        <w:t>Reflection Questions:</w:t>
      </w:r>
    </w:p>
    <w:p>
      <w:pPr>
        <w:pStyle w:val="ListBullet"/>
      </w:pPr>
      <w:r>
        <w:t>- What does it mean that Jesus is our Mediator?</w:t>
      </w:r>
    </w:p>
    <w:p>
      <w:pPr>
        <w:pStyle w:val="ListBullet"/>
      </w:pPr>
      <w:r>
        <w:t>- How does His mediation change the way you relate to God?</w:t>
      </w:r>
    </w:p>
    <w:p>
      <w:pPr>
        <w:pStyle w:val="ListBullet"/>
      </w:pPr>
      <w:r>
        <w:t>- Are you relying on Jesus alone to bring you near to the Father?</w:t>
      </w:r>
    </w:p>
    <w:p>
      <w:r>
        <w:t>Application:</w:t>
      </w:r>
    </w:p>
    <w:p>
      <w:r>
        <w:t>Approach God in prayer with confidence, knowing that Jesus is interceding for you. Thank Him for making peace between you and God.</w:t>
      </w:r>
    </w:p>
    <w:p>
      <w:r>
        <w:t>Cross-References:</w:t>
      </w:r>
    </w:p>
    <w:p>
      <w:pPr>
        <w:pStyle w:val="ListBullet"/>
      </w:pPr>
      <w:r>
        <w:t>- Hebrews 8:6</w:t>
      </w:r>
    </w:p>
    <w:p>
      <w:pPr>
        <w:pStyle w:val="ListBullet"/>
      </w:pPr>
      <w:r>
        <w:t>- Hebrews 9:15</w:t>
      </w:r>
    </w:p>
    <w:p>
      <w:pPr>
        <w:pStyle w:val="ListBullet"/>
      </w:pPr>
      <w:r>
        <w:t>- Romans 8:34</w:t>
      </w:r>
    </w:p>
    <w:p>
      <w:pPr>
        <w:pStyle w:val="ListBullet"/>
      </w:pPr>
      <w:r>
        <w:t>- John 14:6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