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p>
    <w:p>
      <w:pPr>
        <w:pStyle w:val="Heading1"/>
        <w:jc w:val="center"/>
      </w:pPr>
      <w:r>
        <w:t>Knowing God's Will and Making God-Honoring Decisions</w:t>
      </w:r>
    </w:p>
    <w:p>
      <w:pPr>
        <w:jc w:val="center"/>
      </w:pPr>
      <w:r>
        <w:t>A Six-Lesson Bible Study</w:t>
      </w:r>
    </w:p>
    <w:p>
      <w:r>
        <w:br w:type="page"/>
      </w:r>
    </w:p>
    <w:p>
      <w:pPr>
        <w:pStyle w:val="Heading2"/>
      </w:pPr>
      <w:r>
        <w:t>Lesson 1: The Ultimate Purpose—Glorifying God</w:t>
      </w:r>
    </w:p>
    <w:p>
      <w:r>
        <w:t>Key Verse: 1 Corinthians 10:31 – “So whether you eat or drink or whatever you do, do it all for the glory of God.”</w:t>
      </w:r>
    </w:p>
    <w:p>
      <w:pPr>
        <w:pStyle w:val="Heading3"/>
      </w:pPr>
      <w:r>
        <w:t>Teaching</w:t>
      </w:r>
    </w:p>
    <w:p>
      <w:r>
        <w:t>All of life exists to glorify God. That includes our decisions. When we live with this priority, decisions are no longer primarily about what benefits us but about what brings honor to Him. Glorifying God is not limited to church activity—it includes how we work, speak, rest, love, and choose.</w:t>
      </w:r>
    </w:p>
    <w:p>
      <w:pPr>
        <w:pStyle w:val="Heading3"/>
      </w:pPr>
      <w:r>
        <w:t>Reflection Questions</w:t>
      </w:r>
    </w:p>
    <w:p>
      <w:r>
        <w:t>- What does glorifying God look like in your current season of life?</w:t>
      </w:r>
    </w:p>
    <w:p>
      <w:r>
        <w:t>- Have you made decisions without considering God’s glory? What were the results?</w:t>
      </w:r>
    </w:p>
    <w:p>
      <w:r>
        <w:t>- How might a “God’s glory first” mindset shape your future plans?</w:t>
      </w:r>
    </w:p>
    <w:p>
      <w:pPr>
        <w:pStyle w:val="Heading3"/>
      </w:pPr>
      <w:r>
        <w:t>Application</w:t>
      </w:r>
    </w:p>
    <w:p>
      <w:r>
        <w:t>List upcoming decisions and ask: “Which option best glorifies God?” Pray over each one and surrender your desires to Him.</w:t>
      </w:r>
    </w:p>
    <w:p>
      <w:pPr>
        <w:pStyle w:val="Heading3"/>
      </w:pPr>
      <w:r>
        <w:t>Cross References</w:t>
      </w:r>
    </w:p>
    <w:p>
      <w:r>
        <w:t>- Romans 11:36</w:t>
      </w:r>
    </w:p>
    <w:p>
      <w:r>
        <w:t>- Colossians 3:17</w:t>
      </w:r>
    </w:p>
    <w:p>
      <w:r>
        <w:t>- Isaiah 43:7</w:t>
      </w:r>
    </w:p>
    <w:p>
      <w:r>
        <w:t>- 1 Peter 4:11</w:t>
      </w:r>
    </w:p>
    <w:p>
      <w:r>
        <w:br w:type="page"/>
      </w:r>
    </w:p>
    <w:p>
      <w:pPr>
        <w:pStyle w:val="Heading2"/>
      </w:pPr>
      <w:r>
        <w:t>Lesson 2: Emotionally Based Decisions vs. Scripture-Guided Decisions</w:t>
      </w:r>
    </w:p>
    <w:p>
      <w:r>
        <w:t>Key Verse: Proverbs 28:26 – “Those who trust in themselves are fools, but those who walk in wisdom are kept safe.”</w:t>
      </w:r>
    </w:p>
    <w:p>
      <w:pPr>
        <w:pStyle w:val="Heading3"/>
      </w:pPr>
      <w:r>
        <w:t>Teaching</w:t>
      </w:r>
    </w:p>
    <w:p>
      <w:r>
        <w:t>Emotions are powerful but not always trustworthy. Many decisions that feel right in the moment lead to regret. God's Word provides wisdom that surpasses emotion. We must be cautious not to equate “feeling peace” with receiving divine confirmation—true peace comes from obedience to God’s truth, not emotion alone.</w:t>
      </w:r>
    </w:p>
    <w:p>
      <w:pPr>
        <w:pStyle w:val="Heading3"/>
      </w:pPr>
      <w:r>
        <w:t>Reflection Questions</w:t>
      </w:r>
    </w:p>
    <w:p>
      <w:r>
        <w:t>- When have emotions influenced a decision more than God’s Word?</w:t>
      </w:r>
    </w:p>
    <w:p>
      <w:r>
        <w:t>- How can you pause to assess your feelings before acting on them?</w:t>
      </w:r>
    </w:p>
    <w:p>
      <w:r>
        <w:t>- What role should prayer and Scripture play when you feel strongly about something?</w:t>
      </w:r>
    </w:p>
    <w:p>
      <w:pPr>
        <w:pStyle w:val="Heading3"/>
      </w:pPr>
      <w:r>
        <w:t>Application</w:t>
      </w:r>
    </w:p>
    <w:p>
      <w:r>
        <w:t>When facing emotional pressure, pause to pray, read Scripture, and seek counsel. Record the difference between how you feel and what God’s Word says.</w:t>
      </w:r>
    </w:p>
    <w:p>
      <w:pPr>
        <w:pStyle w:val="Heading3"/>
      </w:pPr>
      <w:r>
        <w:t>Cross References</w:t>
      </w:r>
    </w:p>
    <w:p>
      <w:r>
        <w:t>- Jeremiah 17:9</w:t>
      </w:r>
    </w:p>
    <w:p>
      <w:r>
        <w:t>- Proverbs 3:5-6</w:t>
      </w:r>
    </w:p>
    <w:p>
      <w:r>
        <w:t>- Galatians 5:16-17</w:t>
      </w:r>
    </w:p>
    <w:p>
      <w:r>
        <w:t>- James 1:5</w:t>
      </w:r>
    </w:p>
    <w:p>
      <w:r>
        <w:br w:type="page"/>
      </w:r>
    </w:p>
    <w:p>
      <w:pPr>
        <w:pStyle w:val="Heading2"/>
      </w:pPr>
      <w:r>
        <w:t>Lesson 3: God’s Will Revealed in His Word</w:t>
      </w:r>
    </w:p>
    <w:p>
      <w:r>
        <w:t>Key Verse: Psalm 119:105 – “Your word is a lamp for my feet, a light on my path.”</w:t>
      </w:r>
    </w:p>
    <w:p>
      <w:pPr>
        <w:pStyle w:val="Heading3"/>
      </w:pPr>
      <w:r>
        <w:t>Teaching</w:t>
      </w:r>
    </w:p>
    <w:p>
      <w:r>
        <w:t>God has already revealed much of His will in Scripture. He tells us how to live, what to value, and how to treat others. Decisions that go against clear biblical teaching are never His will. When we immerse ourselves in His Word, we are shaped to think His thoughts and discern His ways.</w:t>
      </w:r>
    </w:p>
    <w:p>
      <w:pPr>
        <w:pStyle w:val="Heading3"/>
      </w:pPr>
      <w:r>
        <w:t>Reflection Questions</w:t>
      </w:r>
    </w:p>
    <w:p>
      <w:r>
        <w:t>- Do you look to the Bible for direction before making big decisions?</w:t>
      </w:r>
    </w:p>
    <w:p>
      <w:r>
        <w:t>- Are there any areas where you’re ignoring Scripture’s guidance?</w:t>
      </w:r>
    </w:p>
    <w:p>
      <w:r>
        <w:t>- How can you deepen your understanding of God’s commands?</w:t>
      </w:r>
    </w:p>
    <w:p>
      <w:pPr>
        <w:pStyle w:val="Heading3"/>
      </w:pPr>
      <w:r>
        <w:t>Application</w:t>
      </w:r>
    </w:p>
    <w:p>
      <w:r>
        <w:t>Pick one area where you’re seeking direction. Find and meditate on at least three passages that speak to it. Let God’s Word shape your conclusion.</w:t>
      </w:r>
    </w:p>
    <w:p>
      <w:pPr>
        <w:pStyle w:val="Heading3"/>
      </w:pPr>
      <w:r>
        <w:t>Cross References</w:t>
      </w:r>
    </w:p>
    <w:p>
      <w:r>
        <w:t>- 2 Timothy 3:16-17</w:t>
      </w:r>
    </w:p>
    <w:p>
      <w:r>
        <w:t>- Romans 12:1-2</w:t>
      </w:r>
    </w:p>
    <w:p>
      <w:r>
        <w:t>- Psalm 1:1-3</w:t>
      </w:r>
    </w:p>
    <w:p>
      <w:r>
        <w:t>- Hebrews 4:12</w:t>
      </w:r>
    </w:p>
    <w:p>
      <w:r>
        <w:br w:type="page"/>
      </w:r>
    </w:p>
    <w:p>
      <w:pPr>
        <w:pStyle w:val="Heading2"/>
      </w:pPr>
      <w:r>
        <w:t>Lesson 4: When God’s Will Is Not Explicit—Walking in Wisdom and Liberty</w:t>
      </w:r>
    </w:p>
    <w:p>
      <w:r>
        <w:t>Key Verse: James 1:5 – “If any of you lacks wisdom, you should ask God, who gives generously to all without finding fault, and it will be given to you.”</w:t>
      </w:r>
    </w:p>
    <w:p>
      <w:pPr>
        <w:pStyle w:val="Heading3"/>
      </w:pPr>
      <w:r>
        <w:t>Teaching</w:t>
      </w:r>
    </w:p>
    <w:p>
      <w:r>
        <w:t>Not every decision is spelled out in the Bible. What job to take, where to live, or who to marry (if both are in Christ)—these often fall under “wisdom decisions.” In these cases, if a choice doesn’t violate Scripture and can be done to God’s glory, we have freedom. God is not playing hide-and-seek with His will. Instead of waiting for signs, we can make thoughtful, prayerful, wise decisions with confidence.</w:t>
      </w:r>
    </w:p>
    <w:p>
      <w:pPr>
        <w:pStyle w:val="Heading3"/>
      </w:pPr>
      <w:r>
        <w:t>Reflection Questions</w:t>
      </w:r>
    </w:p>
    <w:p>
      <w:r>
        <w:t>- Are you waiting for a specific sign from God when Scripture gives you freedom?</w:t>
      </w:r>
    </w:p>
    <w:p>
      <w:r>
        <w:t>- How do you balance trusting God’s guidance and taking personal responsibility?</w:t>
      </w:r>
    </w:p>
    <w:p>
      <w:r>
        <w:t>- What fears hold you back from making decisions even when liberty exists?</w:t>
      </w:r>
    </w:p>
    <w:p>
      <w:pPr>
        <w:pStyle w:val="Heading3"/>
      </w:pPr>
      <w:r>
        <w:t>Application</w:t>
      </w:r>
    </w:p>
    <w:p>
      <w:r>
        <w:t>If you're facing a gray-area decision, list the pros and cons, evaluate them through Scripture, and then choose confidently in faith. Avoid overthinking when God's Word has already granted liberty.</w:t>
      </w:r>
    </w:p>
    <w:p>
      <w:pPr>
        <w:pStyle w:val="Heading3"/>
      </w:pPr>
      <w:r>
        <w:t>Cross References</w:t>
      </w:r>
    </w:p>
    <w:p>
      <w:r>
        <w:t>- 1 Corinthians 10:23</w:t>
      </w:r>
    </w:p>
    <w:p>
      <w:r>
        <w:t>- Romans 14:5-12</w:t>
      </w:r>
    </w:p>
    <w:p>
      <w:r>
        <w:t>- Proverbs 16:3</w:t>
      </w:r>
    </w:p>
    <w:p>
      <w:r>
        <w:t>- Colossians 3:23</w:t>
      </w:r>
    </w:p>
    <w:p>
      <w:r>
        <w:br w:type="page"/>
      </w:r>
    </w:p>
    <w:p>
      <w:pPr>
        <w:pStyle w:val="Heading2"/>
      </w:pPr>
      <w:r>
        <w:t>Lesson 5: Seeking Godly Wisdom and Counsel</w:t>
      </w:r>
    </w:p>
    <w:p>
      <w:r>
        <w:t>Key Verse: Proverbs 15:22 – “Plans fail for lack of counsel, but with many advisers they succeed.”</w:t>
      </w:r>
    </w:p>
    <w:p>
      <w:pPr>
        <w:pStyle w:val="Heading3"/>
      </w:pPr>
      <w:r>
        <w:t>Teaching</w:t>
      </w:r>
    </w:p>
    <w:p>
      <w:r>
        <w:t>Even when we have liberty, wisdom tells us to seek godly advice. Sometimes others can spot what we miss—blind spots, poor motivations, or risk. Surrounding yourself with mature, Scripture-saturated people helps you avoid impulsive or unwise moves. Be open to feedback, even when it challenges your assumptions.</w:t>
      </w:r>
    </w:p>
    <w:p>
      <w:pPr>
        <w:pStyle w:val="Heading3"/>
      </w:pPr>
      <w:r>
        <w:t>Reflection Questions</w:t>
      </w:r>
    </w:p>
    <w:p>
      <w:r>
        <w:t>- Who are your current sources of spiritual counsel?</w:t>
      </w:r>
    </w:p>
    <w:p>
      <w:r>
        <w:t>- Do you have a teachable spirit when someone disagrees with your plan?</w:t>
      </w:r>
    </w:p>
    <w:p>
      <w:r>
        <w:t>- How can you build relationships with trusted spiritual advisors?</w:t>
      </w:r>
    </w:p>
    <w:p>
      <w:pPr>
        <w:pStyle w:val="Heading3"/>
      </w:pPr>
      <w:r>
        <w:t>Application</w:t>
      </w:r>
    </w:p>
    <w:p>
      <w:r>
        <w:t>Set up a meeting with a mature Christian to talk about an important decision. Invite their perspective and prayer, and weigh their words carefully.</w:t>
      </w:r>
    </w:p>
    <w:p>
      <w:pPr>
        <w:pStyle w:val="Heading3"/>
      </w:pPr>
      <w:r>
        <w:t>Cross References</w:t>
      </w:r>
    </w:p>
    <w:p>
      <w:r>
        <w:t>- Proverbs 11:14</w:t>
      </w:r>
    </w:p>
    <w:p>
      <w:r>
        <w:t>- Ecclesiastes 4:9-10</w:t>
      </w:r>
    </w:p>
    <w:p>
      <w:r>
        <w:t>- 1 Thessalonians 5:11</w:t>
      </w:r>
    </w:p>
    <w:p>
      <w:r>
        <w:t>- Titus 2:1-8</w:t>
      </w:r>
    </w:p>
    <w:p>
      <w:r>
        <w:br w:type="page"/>
      </w:r>
    </w:p>
    <w:p>
      <w:pPr>
        <w:pStyle w:val="Heading2"/>
      </w:pPr>
      <w:r>
        <w:t>Lesson 6: Trusting God with the Outcome</w:t>
      </w:r>
    </w:p>
    <w:p>
      <w:r>
        <w:t>Key Verse: Proverbs 16:9 – “In their hearts humans plan their course, but the Lord establishes their steps.”</w:t>
      </w:r>
    </w:p>
    <w:p>
      <w:pPr>
        <w:pStyle w:val="Heading3"/>
      </w:pPr>
      <w:r>
        <w:t>Teaching</w:t>
      </w:r>
    </w:p>
    <w:p>
      <w:r>
        <w:t>We can prepare, pray, and plan—but the results belong to God. Trusting God means we release control and accept the outcomes, even when they’re different than we hoped. We must remember that God’s will includes His timing and sovereignty. This mindset brings peace, reduces anxiety, and helps us persevere.</w:t>
      </w:r>
    </w:p>
    <w:p>
      <w:pPr>
        <w:pStyle w:val="Heading3"/>
      </w:pPr>
      <w:r>
        <w:t>Reflection Questions</w:t>
      </w:r>
    </w:p>
    <w:p>
      <w:r>
        <w:t>- Do you struggle with wanting to control outcomes?</w:t>
      </w:r>
    </w:p>
    <w:p>
      <w:r>
        <w:t>- How do you respond when things turn out differently than you planned?</w:t>
      </w:r>
    </w:p>
    <w:p>
      <w:r>
        <w:t>- How does believing in God’s sovereignty affect your peace in decision-making?</w:t>
      </w:r>
    </w:p>
    <w:p>
      <w:pPr>
        <w:pStyle w:val="Heading3"/>
      </w:pPr>
      <w:r>
        <w:t>Application</w:t>
      </w:r>
    </w:p>
    <w:p>
      <w:r>
        <w:t>Write down the decision you're making, what you're afraid of, and how you’ll trust God with the results. Then pray and release it to Him.</w:t>
      </w:r>
    </w:p>
    <w:p>
      <w:pPr>
        <w:pStyle w:val="Heading3"/>
      </w:pPr>
      <w:r>
        <w:t>Cross References</w:t>
      </w:r>
    </w:p>
    <w:p>
      <w:r>
        <w:t>- Romans 8:28</w:t>
      </w:r>
    </w:p>
    <w:p>
      <w:r>
        <w:t>- Philippians 4:6-7</w:t>
      </w:r>
    </w:p>
    <w:p>
      <w:r>
        <w:t>- Psalm 37:5</w:t>
      </w:r>
    </w:p>
    <w:p>
      <w:r>
        <w:t>- Isaiah 55:8-9</w:t>
      </w:r>
    </w:p>
    <w:p>
      <w:r>
        <w:br w:type="page"/>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