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pPr>
      <w:r>
        <w:t>Idolatry: The Heart’s Rival to God</w:t>
      </w:r>
    </w:p>
    <w:p>
      <w:r>
        <w:t>A 5-Lesson Bible Study</w:t>
        <w:br/>
      </w:r>
    </w:p>
    <w:p>
      <w:pPr>
        <w:pStyle w:val="Heading1"/>
      </w:pPr>
      <w:r>
        <w:t>Lesson 1: What Is Idolatry?</w:t>
      </w:r>
    </w:p>
    <w:p>
      <w:pPr>
        <w:pStyle w:val="Heading2"/>
      </w:pPr>
      <w:r>
        <w:t>Teaching:</w:t>
      </w:r>
    </w:p>
    <w:p>
      <w:r>
        <w:t>Idolatry is not limited to the worship of statues or false gods—it is the act of placing anything above God in our hearts, priorities, or trust. This includes relationships, success, money, comfort, or even self. It is giving the devotion, love, and allegiance that belongs to God to something or someone else. The Bible repeatedly emphasizes that idolatry is spiritual adultery—a betrayal of our covenant with God.</w:t>
      </w:r>
    </w:p>
    <w:p>
      <w:pPr>
        <w:pStyle w:val="Heading2"/>
      </w:pPr>
      <w:r>
        <w:t>Key Passage:</w:t>
      </w:r>
    </w:p>
    <w:p>
      <w:r>
        <w:t>Exodus 20:3-4</w:t>
        <w:br/>
        <w:t>"You shall have no other gods before me. You shall not make for yourself a carved image... You shall not bow down to them or serve them."</w:t>
      </w:r>
    </w:p>
    <w:p>
      <w:pPr>
        <w:pStyle w:val="Heading2"/>
      </w:pPr>
      <w:r>
        <w:t>Reflection Questions:</w:t>
      </w:r>
    </w:p>
    <w:p>
      <w:pPr>
        <w:pStyle w:val="ListBullet"/>
      </w:pPr>
      <w:r>
        <w:t>- How would you define idolatry in your own words?</w:t>
      </w:r>
    </w:p>
    <w:p>
      <w:pPr>
        <w:pStyle w:val="ListBullet"/>
      </w:pPr>
      <w:r>
        <w:t>- Why do you think the first commandment addresses idolatry?</w:t>
      </w:r>
    </w:p>
    <w:p>
      <w:pPr>
        <w:pStyle w:val="ListBullet"/>
      </w:pPr>
      <w:r>
        <w:t>- Are there “good” things in your life that could become idols?</w:t>
      </w:r>
    </w:p>
    <w:p>
      <w:pPr>
        <w:pStyle w:val="Heading2"/>
      </w:pPr>
      <w:r>
        <w:t>Application:</w:t>
      </w:r>
    </w:p>
    <w:p>
      <w:r>
        <w:t>Take time this week to reflect on anything that consistently distracts your focus or devotion from God. Ask Him to reveal any false gods in your life, even subtle ones, and surrender them to Him.</w:t>
      </w:r>
    </w:p>
    <w:p>
      <w:pPr>
        <w:pStyle w:val="Heading2"/>
      </w:pPr>
      <w:r>
        <w:t>Cross References:</w:t>
      </w:r>
    </w:p>
    <w:p>
      <w:pPr>
        <w:pStyle w:val="ListBullet"/>
      </w:pPr>
      <w:r>
        <w:t>- Deuteronomy 5:7-9</w:t>
      </w:r>
    </w:p>
    <w:p>
      <w:pPr>
        <w:pStyle w:val="ListBullet"/>
      </w:pPr>
      <w:r>
        <w:t>- Romans 1:21-25</w:t>
      </w:r>
    </w:p>
    <w:p>
      <w:pPr>
        <w:pStyle w:val="ListBullet"/>
      </w:pPr>
      <w:r>
        <w:t>- 1 John 5:21</w:t>
      </w:r>
    </w:p>
    <w:p>
      <w:pPr>
        <w:pStyle w:val="ListBullet"/>
      </w:pPr>
      <w:r>
        <w:t>- Isaiah 44:9-20</w:t>
      </w:r>
    </w:p>
    <w:p>
      <w:r>
        <w:br w:type="page"/>
      </w:r>
    </w:p>
    <w:p>
      <w:pPr>
        <w:pStyle w:val="Heading1"/>
      </w:pPr>
      <w:r>
        <w:t>Lesson 2: The Many Faces of Idolatry</w:t>
      </w:r>
    </w:p>
    <w:p>
      <w:pPr>
        <w:pStyle w:val="Heading2"/>
      </w:pPr>
      <w:r>
        <w:t>Teaching:</w:t>
      </w:r>
    </w:p>
    <w:p>
      <w:r>
        <w:t>Idolatry often comes disguised. It may not look like a golden calf but instead appears as greed, people-pleasing, workaholism, image obsession, or even family devotion taken to unhealthy extremes. Anything we elevate to the level of ultimate importance—something we feel we “must have” to be satisfied—can become an idol.</w:t>
        <w:br/>
        <w:br/>
        <w:t>Even good things can become idols when we love or trust them more than we love and trust God. Marriage, children, ministry, careers, and success are all gifts from God—but when they become the source of our identity, value, or purpose, we begin to worship the gift instead of the Giver. The danger is not in the object itself, but in how our hearts relate to it.</w:t>
      </w:r>
    </w:p>
    <w:p>
      <w:pPr>
        <w:pStyle w:val="Heading2"/>
      </w:pPr>
      <w:r>
        <w:t>Key Passage:</w:t>
      </w:r>
    </w:p>
    <w:p>
      <w:r>
        <w:t>Colossians 3:5</w:t>
        <w:br/>
        <w:t>"Put to death therefore what is earthly in you... covetousness, which is idolatry."</w:t>
      </w:r>
    </w:p>
    <w:p>
      <w:pPr>
        <w:pStyle w:val="Heading2"/>
      </w:pPr>
      <w:r>
        <w:t>Reflection Questions:</w:t>
      </w:r>
    </w:p>
    <w:p>
      <w:pPr>
        <w:pStyle w:val="ListBullet"/>
      </w:pPr>
      <w:r>
        <w:t>- What are some common modern idols in society?</w:t>
      </w:r>
    </w:p>
    <w:p>
      <w:pPr>
        <w:pStyle w:val="ListBullet"/>
      </w:pPr>
      <w:r>
        <w:t>- Can even spiritual or relational blessings become idols? How?</w:t>
      </w:r>
    </w:p>
    <w:p>
      <w:pPr>
        <w:pStyle w:val="ListBullet"/>
      </w:pPr>
      <w:r>
        <w:t>- How can we enjoy good things without making them ultimate?</w:t>
      </w:r>
    </w:p>
    <w:p>
      <w:pPr>
        <w:pStyle w:val="Heading2"/>
      </w:pPr>
      <w:r>
        <w:t>Application:</w:t>
      </w:r>
    </w:p>
    <w:p>
      <w:r>
        <w:t>Make a list of your top five priorities or desires. Pray over each one and ask God to help you enjoy them in a way that honors Him without placing them above Him.</w:t>
      </w:r>
    </w:p>
    <w:p>
      <w:pPr>
        <w:pStyle w:val="Heading2"/>
      </w:pPr>
      <w:r>
        <w:t>Cross References:</w:t>
      </w:r>
    </w:p>
    <w:p>
      <w:pPr>
        <w:pStyle w:val="ListBullet"/>
      </w:pPr>
      <w:r>
        <w:t>- Ezekiel 14:3-5</w:t>
      </w:r>
    </w:p>
    <w:p>
      <w:pPr>
        <w:pStyle w:val="ListBullet"/>
      </w:pPr>
      <w:r>
        <w:t>- Matthew 6:24</w:t>
      </w:r>
    </w:p>
    <w:p>
      <w:pPr>
        <w:pStyle w:val="ListBullet"/>
      </w:pPr>
      <w:r>
        <w:t>- Philippians 3:19</w:t>
      </w:r>
    </w:p>
    <w:p>
      <w:pPr>
        <w:pStyle w:val="ListBullet"/>
      </w:pPr>
      <w:r>
        <w:t>- 1 Timothy 6:17</w:t>
      </w:r>
    </w:p>
    <w:p>
      <w:r>
        <w:br w:type="page"/>
      </w:r>
    </w:p>
    <w:p>
      <w:pPr>
        <w:pStyle w:val="Heading1"/>
      </w:pPr>
      <w:r>
        <w:t>Lesson 3: The Root of Idolatry – A Heart Problem</w:t>
      </w:r>
    </w:p>
    <w:p>
      <w:pPr>
        <w:pStyle w:val="Heading2"/>
      </w:pPr>
      <w:r>
        <w:t>Teaching:</w:t>
      </w:r>
    </w:p>
    <w:p>
      <w:r>
        <w:t>Idolatry doesn’t start with the object—it starts in the heart. The root of idolatry is the soul seeking satisfaction, identity, or security apart from God. It is trying to fill spiritual thirst with something that cannot satisfy. Scripture reveals that this heart problem flows from deep inner distortions such as fear, pride, insecurity, and unchecked desires.</w:t>
        <w:br/>
        <w:br/>
        <w:t>1 John 2:16 gives insight into this inner struggle:</w:t>
        <w:br/>
        <w:t>"For all that is in the world—the desires of the flesh and the desires of the eyes and pride in possessions—is not from the Father but is from the world."</w:t>
        <w:br/>
        <w:br/>
        <w:t>These three categories reveal the core drivers of idolatry:</w:t>
        <w:br/>
        <w:t>- Lust of the Flesh – Pursuit of physical pleasure and comfort (food, sex, entertainment).</w:t>
        <w:br/>
        <w:t>- Lust of the Eyes – Covetousness and materialism; always wanting more or what others have.</w:t>
        <w:br/>
        <w:t>- Pride of Life – Desire for recognition, power, and self-importance.</w:t>
        <w:br/>
        <w:br/>
        <w:t>Even blessings from God can feed these root sins if we are not vigilant. A good job can fuel pride, a romantic relationship can feed lust, and beautiful possessions can inflame covetousness. Therefore, our hearts must remain anchored in God to avoid subtly drifting into idolatry.</w:t>
      </w:r>
    </w:p>
    <w:p>
      <w:pPr>
        <w:pStyle w:val="Heading2"/>
      </w:pPr>
      <w:r>
        <w:t>Key Passage:</w:t>
      </w:r>
    </w:p>
    <w:p>
      <w:r>
        <w:t>Jeremiah 2:13</w:t>
        <w:br/>
        <w:t>"For my people have committed two evils: they have forsaken me, the fountain of living waters, and hewed out cisterns... that can hold no water."</w:t>
      </w:r>
    </w:p>
    <w:p>
      <w:pPr>
        <w:pStyle w:val="Heading2"/>
      </w:pPr>
      <w:r>
        <w:t>Reflection Questions:</w:t>
      </w:r>
    </w:p>
    <w:p>
      <w:pPr>
        <w:pStyle w:val="ListBullet"/>
      </w:pPr>
      <w:r>
        <w:t>- Which root sin (flesh, eyes, pride) are you most prone to?</w:t>
      </w:r>
    </w:p>
    <w:p>
      <w:pPr>
        <w:pStyle w:val="ListBullet"/>
      </w:pPr>
      <w:r>
        <w:t>- How do even God-given blessings become idols?</w:t>
      </w:r>
    </w:p>
    <w:p>
      <w:pPr>
        <w:pStyle w:val="ListBullet"/>
      </w:pPr>
      <w:r>
        <w:t>- What practices help keep your heart anchored in God?</w:t>
      </w:r>
    </w:p>
    <w:p>
      <w:pPr>
        <w:pStyle w:val="Heading2"/>
      </w:pPr>
      <w:r>
        <w:t>Application:</w:t>
      </w:r>
    </w:p>
    <w:p>
      <w:r>
        <w:t>Examine your inner life this week. Are you craving something that God has not given or promised? Are you leaning on a good thing as if it were your savior? Write a personal prayer confessing and surrendering these desires to God.</w:t>
      </w:r>
    </w:p>
    <w:p>
      <w:pPr>
        <w:pStyle w:val="Heading2"/>
      </w:pPr>
      <w:r>
        <w:t>Cross References:</w:t>
      </w:r>
    </w:p>
    <w:p>
      <w:pPr>
        <w:pStyle w:val="ListBullet"/>
      </w:pPr>
      <w:r>
        <w:t>- Genesis 3:6</w:t>
      </w:r>
    </w:p>
    <w:p>
      <w:pPr>
        <w:pStyle w:val="ListBullet"/>
      </w:pPr>
      <w:r>
        <w:t>- Matthew 4:1-11</w:t>
      </w:r>
    </w:p>
    <w:p>
      <w:pPr>
        <w:pStyle w:val="ListBullet"/>
      </w:pPr>
      <w:r>
        <w:t>- James 1:13-15</w:t>
      </w:r>
    </w:p>
    <w:p>
      <w:pPr>
        <w:pStyle w:val="ListBullet"/>
      </w:pPr>
      <w:r>
        <w:t>- Psalm 51:10</w:t>
      </w:r>
    </w:p>
    <w:p>
      <w:pPr>
        <w:pStyle w:val="ListBullet"/>
      </w:pPr>
      <w:r>
        <w:t>- Proverbs 4:23</w:t>
      </w:r>
    </w:p>
    <w:p>
      <w:r>
        <w:br w:type="page"/>
      </w:r>
    </w:p>
    <w:p>
      <w:pPr>
        <w:pStyle w:val="Heading1"/>
      </w:pPr>
      <w:r>
        <w:t>Lesson 4: Why God Hates Idolatry</w:t>
      </w:r>
    </w:p>
    <w:p>
      <w:pPr>
        <w:pStyle w:val="Heading2"/>
      </w:pPr>
      <w:r>
        <w:t>Teaching:</w:t>
      </w:r>
    </w:p>
    <w:p>
      <w:r>
        <w:t>God’s hatred of idolatry stems from His holiness, His love, and His covenant with His people. Idolatry is a breach of trust—a spiritual betrayal. It misrepresents God, degrades us, and opens the door to spiritual deception. Scripture describes God as “jealous”—not in a petty sense, but with the pure passion of a loving Creator who desires what is best for us and who alone deserves worship.</w:t>
      </w:r>
    </w:p>
    <w:p>
      <w:pPr>
        <w:pStyle w:val="Heading2"/>
      </w:pPr>
      <w:r>
        <w:t>Key Passage:</w:t>
      </w:r>
    </w:p>
    <w:p>
      <w:r>
        <w:t>Deuteronomy 6:14-15</w:t>
        <w:br/>
        <w:t>"You shall not go after other gods... for the Lord your God in your midst is a jealous God."</w:t>
      </w:r>
    </w:p>
    <w:p>
      <w:pPr>
        <w:pStyle w:val="Heading2"/>
      </w:pPr>
      <w:r>
        <w:t>Reflection Questions:</w:t>
      </w:r>
    </w:p>
    <w:p>
      <w:pPr>
        <w:pStyle w:val="ListBullet"/>
      </w:pPr>
      <w:r>
        <w:t>- What does God's jealousy reveal about His nature?</w:t>
      </w:r>
    </w:p>
    <w:p>
      <w:pPr>
        <w:pStyle w:val="ListBullet"/>
      </w:pPr>
      <w:r>
        <w:t>- How does idolatry impact our relationship with God?</w:t>
      </w:r>
    </w:p>
    <w:p>
      <w:pPr>
        <w:pStyle w:val="ListBullet"/>
      </w:pPr>
      <w:r>
        <w:t>- Why does idolatry often lead to other sins?</w:t>
      </w:r>
    </w:p>
    <w:p>
      <w:pPr>
        <w:pStyle w:val="Heading2"/>
      </w:pPr>
      <w:r>
        <w:t>Application:</w:t>
      </w:r>
    </w:p>
    <w:p>
      <w:r>
        <w:t>Reflect on how idolatry has shaped your thoughts, behavior, or spiritual habits. Repent of any known idols, and renew your devotion to the One true God.</w:t>
      </w:r>
    </w:p>
    <w:p>
      <w:pPr>
        <w:pStyle w:val="Heading2"/>
      </w:pPr>
      <w:r>
        <w:t>Cross References:</w:t>
      </w:r>
    </w:p>
    <w:p>
      <w:pPr>
        <w:pStyle w:val="ListBullet"/>
      </w:pPr>
      <w:r>
        <w:t>- Exodus 34:14</w:t>
      </w:r>
    </w:p>
    <w:p>
      <w:pPr>
        <w:pStyle w:val="ListBullet"/>
      </w:pPr>
      <w:r>
        <w:t>- Hosea 2:13-20</w:t>
      </w:r>
    </w:p>
    <w:p>
      <w:pPr>
        <w:pStyle w:val="ListBullet"/>
      </w:pPr>
      <w:r>
        <w:t>- Romans 1:23-25</w:t>
      </w:r>
    </w:p>
    <w:p>
      <w:pPr>
        <w:pStyle w:val="ListBullet"/>
      </w:pPr>
      <w:r>
        <w:t>- Matthew 22:37-38</w:t>
      </w:r>
    </w:p>
    <w:p>
      <w:r>
        <w:br w:type="page"/>
      </w:r>
    </w:p>
    <w:p>
      <w:pPr>
        <w:pStyle w:val="Heading1"/>
      </w:pPr>
      <w:r>
        <w:t>Lesson 5: Tearing Down Idols and Returning to God</w:t>
      </w:r>
    </w:p>
    <w:p>
      <w:pPr>
        <w:pStyle w:val="Heading2"/>
      </w:pPr>
      <w:r>
        <w:t>Teaching:</w:t>
      </w:r>
    </w:p>
    <w:p>
      <w:r>
        <w:t>Freedom from idolatry comes through the gospel. Jesus not only saves us from sin but also reorients our hearts to love and worship God rightly. Turning from idols requires repentance, accountability, and consistent renewal through God's Word and Spirit. The early church radically destroyed their idols (Acts 19), and we are called to do the same—not physically, but spiritually and emotionally.</w:t>
      </w:r>
    </w:p>
    <w:p>
      <w:pPr>
        <w:pStyle w:val="Heading2"/>
      </w:pPr>
      <w:r>
        <w:t>Key Passage:</w:t>
      </w:r>
    </w:p>
    <w:p>
      <w:r>
        <w:t>1 Thessalonians 1:9</w:t>
        <w:br/>
        <w:t>"...you turned to God from idols to serve the living and true God."</w:t>
      </w:r>
    </w:p>
    <w:p>
      <w:pPr>
        <w:pStyle w:val="Heading2"/>
      </w:pPr>
      <w:r>
        <w:t>Reflection Questions:</w:t>
      </w:r>
    </w:p>
    <w:p>
      <w:pPr>
        <w:pStyle w:val="ListBullet"/>
      </w:pPr>
      <w:r>
        <w:t>- What steps are required to truly turn from an idol?</w:t>
      </w:r>
    </w:p>
    <w:p>
      <w:pPr>
        <w:pStyle w:val="ListBullet"/>
      </w:pPr>
      <w:r>
        <w:t>- How does worship help replace false gods with the true God?</w:t>
      </w:r>
    </w:p>
    <w:p>
      <w:pPr>
        <w:pStyle w:val="ListBullet"/>
      </w:pPr>
      <w:r>
        <w:t>- What spiritual disciplines help keep your heart fixed on God?</w:t>
      </w:r>
    </w:p>
    <w:p>
      <w:pPr>
        <w:pStyle w:val="Heading2"/>
      </w:pPr>
      <w:r>
        <w:t>Application:</w:t>
      </w:r>
    </w:p>
    <w:p>
      <w:r>
        <w:t>Choose one specific idol to confront. Replace it with intentional time in prayer, the Word, or worship this week. Share your commitment with a trusted friend or mentor who can encourage you.</w:t>
      </w:r>
    </w:p>
    <w:p>
      <w:pPr>
        <w:pStyle w:val="Heading2"/>
      </w:pPr>
      <w:r>
        <w:t>Cross References:</w:t>
      </w:r>
    </w:p>
    <w:p>
      <w:pPr>
        <w:pStyle w:val="ListBullet"/>
      </w:pPr>
      <w:r>
        <w:t>- Acts 19:18-20</w:t>
      </w:r>
    </w:p>
    <w:p>
      <w:pPr>
        <w:pStyle w:val="ListBullet"/>
      </w:pPr>
      <w:r>
        <w:t>- 2 Corinthians 10:4-5</w:t>
      </w:r>
    </w:p>
    <w:p>
      <w:pPr>
        <w:pStyle w:val="ListBullet"/>
      </w:pPr>
      <w:r>
        <w:t>- Galatians 5:16-24</w:t>
      </w:r>
    </w:p>
    <w:p>
      <w:pPr>
        <w:pStyle w:val="ListBullet"/>
      </w:pPr>
      <w:r>
        <w:t>- John 4:23-24</w:t>
      </w:r>
    </w:p>
    <w:p>
      <w:pPr>
        <w:pStyle w:val="ListBullet"/>
      </w:pPr>
      <w:r>
        <w:t>- Hebrews 12:1-2</w:t>
      </w:r>
    </w:p>
    <w:p>
      <w:r>
        <w:br w:type="page"/>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