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Bible Study on the Book of Hosea</w:t>
      </w:r>
    </w:p>
    <w:p>
      <w:pPr>
        <w:pStyle w:val="Heading1"/>
      </w:pPr>
      <w:r>
        <w:t>Lesson 1: Introduction to Hosea</w:t>
      </w:r>
    </w:p>
    <w:p>
      <w:pPr>
        <w:pStyle w:val="Heading2"/>
      </w:pPr>
      <w:r>
        <w:t>Key Verse</w:t>
      </w:r>
    </w:p>
    <w:p>
      <w:r>
        <w:t>Hosea 4:1 (ESV): "Hear the word of the Lord, O children of Israel, for the Lord has a controversy with the inhabitants of the land. There is no faithfulness or steadfast love, and no knowledge of God in the land."</w:t>
      </w:r>
    </w:p>
    <w:p>
      <w:pPr>
        <w:pStyle w:val="Heading2"/>
      </w:pPr>
      <w:r>
        <w:t>Teaching</w:t>
      </w:r>
    </w:p>
    <w:p>
      <w:r>
        <w:t>Hosea prophesied during a time of great political upheaval and spiritual unfaithfulness in Israel...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What do we learn about God's character through Hosea’s calling and marriage?</w:t>
      </w:r>
    </w:p>
    <w:p>
      <w:pPr>
        <w:pStyle w:val="ListBullet"/>
      </w:pPr>
      <w:r>
        <w:t>- How does the context of Hosea’s time help us interpret his message?</w:t>
      </w:r>
    </w:p>
    <w:p>
      <w:pPr>
        <w:pStyle w:val="ListBullet"/>
      </w:pPr>
      <w:r>
        <w:t>- Why is spiritual adultery such a powerful metaphor?</w:t>
      </w:r>
    </w:p>
    <w:p>
      <w:pPr>
        <w:pStyle w:val="Heading2"/>
      </w:pPr>
      <w:r>
        <w:t>Application</w:t>
      </w:r>
    </w:p>
    <w:p>
      <w:r>
        <w:t>Examine your heart: are there ways you have been spiritually unfaithful to God? How can you return to Him with a sincere heart?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Exodus 34:14</w:t>
      </w:r>
    </w:p>
    <w:p>
      <w:pPr>
        <w:pStyle w:val="ListBullet"/>
      </w:pPr>
      <w:r>
        <w:t>- Deuteronomy 7:6-9</w:t>
      </w:r>
    </w:p>
    <w:p>
      <w:pPr>
        <w:pStyle w:val="ListBullet"/>
      </w:pPr>
      <w:r>
        <w:t>- Jeremiah 3:6-14</w:t>
      </w:r>
    </w:p>
    <w:p>
      <w:pPr>
        <w:pStyle w:val="ListBullet"/>
      </w:pPr>
      <w:r>
        <w:t>- Ezekiel 16</w:t>
      </w:r>
    </w:p>
    <w:p>
      <w:pPr>
        <w:pStyle w:val="ListBullet"/>
      </w:pPr>
      <w:r>
        <w:t>- Matthew 9:13</w:t>
      </w:r>
    </w:p>
    <w:p>
      <w:pPr>
        <w:pStyle w:val="Heading1"/>
      </w:pPr>
      <w:r>
        <w:t>Lesson 2: Hosea 1–2 — The Unfaithful Wife and Faithful Husband</w:t>
      </w:r>
    </w:p>
    <w:p>
      <w:pPr>
        <w:pStyle w:val="Heading2"/>
      </w:pPr>
      <w:r>
        <w:t>Key Verse</w:t>
      </w:r>
    </w:p>
    <w:p>
      <w:r>
        <w:t>Hosea 2:19 (ESV): "And I will betroth you to me forever. I will betroth you to me in righteousness and in justice, in steadfast love and in mercy."</w:t>
      </w:r>
    </w:p>
    <w:p>
      <w:pPr>
        <w:pStyle w:val="Heading2"/>
      </w:pPr>
      <w:r>
        <w:t>Teaching</w:t>
      </w:r>
    </w:p>
    <w:p>
      <w:r>
        <w:t>God commands Hosea to marry Gomer as a sign of Israel's unfaithfulness...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How do the names of Hosea’s children reflect God’s judgment?</w:t>
      </w:r>
    </w:p>
    <w:p>
      <w:pPr>
        <w:pStyle w:val="ListBullet"/>
      </w:pPr>
      <w:r>
        <w:t>- Why does God include a message of hope in the midst of judgment?</w:t>
      </w:r>
    </w:p>
    <w:p>
      <w:pPr>
        <w:pStyle w:val="ListBullet"/>
      </w:pPr>
      <w:r>
        <w:t>- How does God's covenantal love shine through?</w:t>
      </w:r>
    </w:p>
    <w:p>
      <w:pPr>
        <w:pStyle w:val="Heading2"/>
      </w:pPr>
      <w:r>
        <w:t>Application</w:t>
      </w:r>
    </w:p>
    <w:p>
      <w:r>
        <w:t>Reflect on how God has shown mercy to you despite your failings. Renew your commitment to Him.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Romans 9:25-26</w:t>
      </w:r>
    </w:p>
    <w:p>
      <w:pPr>
        <w:pStyle w:val="ListBullet"/>
      </w:pPr>
      <w:r>
        <w:t>- Isaiah 54:5-8</w:t>
      </w:r>
    </w:p>
    <w:p>
      <w:pPr>
        <w:pStyle w:val="ListBullet"/>
      </w:pPr>
      <w:r>
        <w:t>- Revelation 19:7-9</w:t>
      </w:r>
    </w:p>
    <w:p>
      <w:pPr>
        <w:pStyle w:val="Heading1"/>
      </w:pPr>
      <w:r>
        <w:t>Lesson 3: Hosea 3 — Redeeming Love</w:t>
      </w:r>
    </w:p>
    <w:p>
      <w:pPr>
        <w:pStyle w:val="Heading2"/>
      </w:pPr>
      <w:r>
        <w:t>Key Verse</w:t>
      </w:r>
    </w:p>
    <w:p>
      <w:r>
        <w:t>Hosea 3:1 (ESV): "And the Lord said to me, ‘Go again, love a woman who is loved by another man and is an adulteress, even as the Lord loves the children of Israel...'"</w:t>
      </w:r>
    </w:p>
    <w:p>
      <w:pPr>
        <w:pStyle w:val="Heading2"/>
      </w:pPr>
      <w:r>
        <w:t>Teaching</w:t>
      </w:r>
    </w:p>
    <w:p>
      <w:r>
        <w:t>Hosea redeems Gomer, a beautiful picture of God’s grace...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What does Hosea’s action teach us about God’s love?</w:t>
      </w:r>
    </w:p>
    <w:p>
      <w:pPr>
        <w:pStyle w:val="ListBullet"/>
      </w:pPr>
      <w:r>
        <w:t>- How do you respond to God's pursuit of you?</w:t>
      </w:r>
    </w:p>
    <w:p>
      <w:pPr>
        <w:pStyle w:val="ListBullet"/>
      </w:pPr>
      <w:r>
        <w:t>- What does redemption mean to you personally?</w:t>
      </w:r>
    </w:p>
    <w:p>
      <w:pPr>
        <w:pStyle w:val="Heading2"/>
      </w:pPr>
      <w:r>
        <w:t>Application</w:t>
      </w:r>
    </w:p>
    <w:p>
      <w:r>
        <w:t>Consider areas of your life where you need God’s redeeming love to restore what has been broken.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Luke 15:11–32</w:t>
      </w:r>
    </w:p>
    <w:p>
      <w:pPr>
        <w:pStyle w:val="ListBullet"/>
      </w:pPr>
      <w:r>
        <w:t>- John 3:16</w:t>
      </w:r>
    </w:p>
    <w:p>
      <w:pPr>
        <w:pStyle w:val="ListBullet"/>
      </w:pPr>
      <w:r>
        <w:t>- Romans 5:8</w:t>
      </w:r>
    </w:p>
    <w:p>
      <w:pPr>
        <w:pStyle w:val="Heading1"/>
      </w:pPr>
      <w:r>
        <w:t>Lesson 4: Hosea 4–6 — Israel’s Guilt and Superficial Repentance</w:t>
      </w:r>
    </w:p>
    <w:p>
      <w:pPr>
        <w:pStyle w:val="Heading2"/>
      </w:pPr>
      <w:r>
        <w:t>Key Verse</w:t>
      </w:r>
    </w:p>
    <w:p>
      <w:r>
        <w:t>Hosea 6:6 (ESV): "For I desire steadfast love and not sacrifice, the knowledge of God rather than burnt offerings."</w:t>
      </w:r>
    </w:p>
    <w:p>
      <w:pPr>
        <w:pStyle w:val="Heading2"/>
      </w:pPr>
      <w:r>
        <w:t>Teaching</w:t>
      </w:r>
    </w:p>
    <w:p>
      <w:r>
        <w:t>God indicts Israel’s priests, leaders, and people...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In what ways do people today offer superficial worship?</w:t>
      </w:r>
    </w:p>
    <w:p>
      <w:pPr>
        <w:pStyle w:val="ListBullet"/>
      </w:pPr>
      <w:r>
        <w:t>- Why is knowing God more important than rituals?</w:t>
      </w:r>
    </w:p>
    <w:p>
      <w:pPr>
        <w:pStyle w:val="ListBullet"/>
      </w:pPr>
      <w:r>
        <w:t>- How does God respond to false repentance?</w:t>
      </w:r>
    </w:p>
    <w:p>
      <w:pPr>
        <w:pStyle w:val="Heading2"/>
      </w:pPr>
      <w:r>
        <w:t>Application</w:t>
      </w:r>
    </w:p>
    <w:p>
      <w:r>
        <w:t>Cultivate a heart that desires to know God deeply, not just perform for Him externally.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Psalm 51:16–17</w:t>
      </w:r>
    </w:p>
    <w:p>
      <w:pPr>
        <w:pStyle w:val="ListBullet"/>
      </w:pPr>
      <w:r>
        <w:t>- Matthew 9:13</w:t>
      </w:r>
    </w:p>
    <w:p>
      <w:pPr>
        <w:pStyle w:val="ListBullet"/>
      </w:pPr>
      <w:r>
        <w:t>- Isaiah 1:11–18</w:t>
      </w:r>
    </w:p>
    <w:p>
      <w:pPr>
        <w:pStyle w:val="Heading1"/>
      </w:pPr>
      <w:r>
        <w:t>Lesson 5: Hosea 7–8 — Political Alliances and Idolatry</w:t>
      </w:r>
    </w:p>
    <w:p>
      <w:pPr>
        <w:pStyle w:val="Heading2"/>
      </w:pPr>
      <w:r>
        <w:t>Key Verse</w:t>
      </w:r>
    </w:p>
    <w:p>
      <w:r>
        <w:t>Hosea 8:7 (ESV): "For they sow the wind, and they shall reap the whirlwind."</w:t>
      </w:r>
    </w:p>
    <w:p>
      <w:pPr>
        <w:pStyle w:val="Heading2"/>
      </w:pPr>
      <w:r>
        <w:t>Teaching</w:t>
      </w:r>
    </w:p>
    <w:p>
      <w:r>
        <w:t>Israel's alliances with foreign nations and dependence on idols...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Where are you tempted to trust in “alliances” of the world?</w:t>
      </w:r>
    </w:p>
    <w:p>
      <w:pPr>
        <w:pStyle w:val="ListBullet"/>
      </w:pPr>
      <w:r>
        <w:t>- What does it mean to sow the wind?</w:t>
      </w:r>
    </w:p>
    <w:p>
      <w:pPr>
        <w:pStyle w:val="ListBullet"/>
      </w:pPr>
      <w:r>
        <w:t>- How do false hopes ultimately fail?</w:t>
      </w:r>
    </w:p>
    <w:p>
      <w:pPr>
        <w:pStyle w:val="Heading2"/>
      </w:pPr>
      <w:r>
        <w:t>Application</w:t>
      </w:r>
    </w:p>
    <w:p>
      <w:r>
        <w:t>Identify worldly solutions you rely on instead of God. Recommit to trusting God’s sufficiency.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Isaiah 30:1–5</w:t>
      </w:r>
    </w:p>
    <w:p>
      <w:pPr>
        <w:pStyle w:val="ListBullet"/>
      </w:pPr>
      <w:r>
        <w:t>- Psalm 20:7</w:t>
      </w:r>
    </w:p>
    <w:p>
      <w:pPr>
        <w:pStyle w:val="ListBullet"/>
      </w:pPr>
      <w:r>
        <w:t>- Proverbs 3:5–6</w:t>
      </w:r>
    </w:p>
    <w:p>
      <w:pPr>
        <w:pStyle w:val="Heading1"/>
      </w:pPr>
      <w:r>
        <w:t>Lesson 6: Hosea 9–10 — Punishment for Sin</w:t>
      </w:r>
    </w:p>
    <w:p>
      <w:pPr>
        <w:pStyle w:val="Heading2"/>
      </w:pPr>
      <w:r>
        <w:t>Key Verse</w:t>
      </w:r>
    </w:p>
    <w:p>
      <w:r>
        <w:t>Hosea 10:12 (ESV): "Sow for yourselves righteousness; reap steadfast love; break up your fallow ground, for it is the time to seek the Lord..."</w:t>
      </w:r>
    </w:p>
    <w:p>
      <w:pPr>
        <w:pStyle w:val="Heading2"/>
      </w:pPr>
      <w:r>
        <w:t>Teaching</w:t>
      </w:r>
    </w:p>
    <w:p>
      <w:r>
        <w:t>God reminds Israel that their punishment is just...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What does it mean to “break up your fallow ground”?</w:t>
      </w:r>
    </w:p>
    <w:p>
      <w:pPr>
        <w:pStyle w:val="ListBullet"/>
      </w:pPr>
      <w:r>
        <w:t>- How do blessings become a snare when we forget God?</w:t>
      </w:r>
    </w:p>
    <w:p>
      <w:pPr>
        <w:pStyle w:val="ListBullet"/>
      </w:pPr>
      <w:r>
        <w:t>- What does sowing righteousness look like?</w:t>
      </w:r>
    </w:p>
    <w:p>
      <w:pPr>
        <w:pStyle w:val="Heading2"/>
      </w:pPr>
      <w:r>
        <w:t>Application</w:t>
      </w:r>
    </w:p>
    <w:p>
      <w:r>
        <w:t>Ask God to reveal hard or barren places in your heart. Begin planting righteousness today.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Galatians 6:7–9</w:t>
      </w:r>
    </w:p>
    <w:p>
      <w:pPr>
        <w:pStyle w:val="ListBullet"/>
      </w:pPr>
      <w:r>
        <w:t>- 2 Chronicles 7:14</w:t>
      </w:r>
    </w:p>
    <w:p>
      <w:pPr>
        <w:pStyle w:val="ListBullet"/>
      </w:pPr>
      <w:r>
        <w:t>- Hebrews 12:11</w:t>
      </w:r>
    </w:p>
    <w:p>
      <w:pPr>
        <w:pStyle w:val="Heading1"/>
      </w:pPr>
      <w:r>
        <w:t>Lesson 7: Hosea 11–12 — God's Compassion and Israel’s Stubbornness</w:t>
      </w:r>
    </w:p>
    <w:p>
      <w:pPr>
        <w:pStyle w:val="Heading2"/>
      </w:pPr>
      <w:r>
        <w:t>Key Verse</w:t>
      </w:r>
    </w:p>
    <w:p>
      <w:r>
        <w:t>Hosea 11:8 (ESV): "How can I give you up, O Ephraim? How can I hand you over, O Israel?... My heart recoils within me; my compassion grows warm and tender."</w:t>
      </w:r>
    </w:p>
    <w:p>
      <w:pPr>
        <w:pStyle w:val="Heading2"/>
      </w:pPr>
      <w:r>
        <w:t>Teaching</w:t>
      </w:r>
    </w:p>
    <w:p>
      <w:r>
        <w:t>God’s fatherly love for Israel is moving...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How does God’s love in Hosea 11 contrast with Israel’s rebellion?</w:t>
      </w:r>
    </w:p>
    <w:p>
      <w:pPr>
        <w:pStyle w:val="ListBullet"/>
      </w:pPr>
      <w:r>
        <w:t>- Why does God remind Israel of Jacob’s story?</w:t>
      </w:r>
    </w:p>
    <w:p>
      <w:pPr>
        <w:pStyle w:val="ListBullet"/>
      </w:pPr>
      <w:r>
        <w:t>- What do these chapters teach you about God’s justice and mercy?</w:t>
      </w:r>
    </w:p>
    <w:p>
      <w:pPr>
        <w:pStyle w:val="Heading2"/>
      </w:pPr>
      <w:r>
        <w:t>Application</w:t>
      </w:r>
    </w:p>
    <w:p>
      <w:r>
        <w:t>Rest in the compassion of God. Let His mercy draw you to deeper repentance and obedience.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Lamentations 3:22–23</w:t>
      </w:r>
    </w:p>
    <w:p>
      <w:pPr>
        <w:pStyle w:val="ListBullet"/>
      </w:pPr>
      <w:r>
        <w:t>- Romans 11:22</w:t>
      </w:r>
    </w:p>
    <w:p>
      <w:pPr>
        <w:pStyle w:val="ListBullet"/>
      </w:pPr>
      <w:r>
        <w:t>- Micah 7:18–20</w:t>
      </w:r>
    </w:p>
    <w:p>
      <w:pPr>
        <w:pStyle w:val="Heading1"/>
      </w:pPr>
      <w:r>
        <w:t>Lesson 8: Hosea 13–14 — Judgment and Restoration</w:t>
      </w:r>
    </w:p>
    <w:p>
      <w:pPr>
        <w:pStyle w:val="Heading2"/>
      </w:pPr>
      <w:r>
        <w:t>Key Verse</w:t>
      </w:r>
    </w:p>
    <w:p>
      <w:r>
        <w:t>Hosea 14:1 (ESV): "Return, O Israel, to the Lord your God, for you have stumbled because of your iniquity."</w:t>
      </w:r>
    </w:p>
    <w:p>
      <w:pPr>
        <w:pStyle w:val="Heading2"/>
      </w:pPr>
      <w:r>
        <w:t>Teaching</w:t>
      </w:r>
    </w:p>
    <w:p>
      <w:r>
        <w:t>Though Israel is warned of destruction, God offers a beautiful call to repentance...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Why is God’s call to repentance so important at the end of Hosea?</w:t>
      </w:r>
    </w:p>
    <w:p>
      <w:pPr>
        <w:pStyle w:val="ListBullet"/>
      </w:pPr>
      <w:r>
        <w:t>- How does Hosea show both God’s justice and His mercy?</w:t>
      </w:r>
    </w:p>
    <w:p>
      <w:pPr>
        <w:pStyle w:val="ListBullet"/>
      </w:pPr>
      <w:r>
        <w:t>- What blessings come when we return to the Lord?</w:t>
      </w:r>
    </w:p>
    <w:p>
      <w:pPr>
        <w:pStyle w:val="Heading2"/>
      </w:pPr>
      <w:r>
        <w:t>Application</w:t>
      </w:r>
    </w:p>
    <w:p>
      <w:r>
        <w:t>If you’ve wandered, return to the Lord. He is gracious to forgive and restore what’s broken.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Joel 2:12–13</w:t>
      </w:r>
    </w:p>
    <w:p>
      <w:pPr>
        <w:pStyle w:val="ListBullet"/>
      </w:pPr>
      <w:r>
        <w:t>- James 4:8</w:t>
      </w:r>
    </w:p>
    <w:p>
      <w:pPr>
        <w:pStyle w:val="ListBullet"/>
      </w:pPr>
      <w:r>
        <w:t>- Isaiah 55:6–7</w:t>
      </w:r>
    </w:p>
    <w:p>
      <w:pPr>
        <w:pStyle w:val="ListBullet"/>
      </w:pPr>
      <w:r>
        <w:t>- 1 John 1:9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