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Understanding the Holy Trinity: A Biblical Study</w:t>
      </w:r>
    </w:p>
    <w:p>
      <w:pPr>
        <w:pStyle w:val="Heading2"/>
      </w:pPr>
      <w:r>
        <w:t>Lesson 1: The Nature of the Trinity – One God in Three Persons</w:t>
      </w:r>
    </w:p>
    <w:p>
      <w:pPr>
        <w:pStyle w:val="Heading3"/>
      </w:pPr>
      <w:r>
        <w:t>Teaching:</w:t>
      </w:r>
    </w:p>
    <w:p>
      <w:r>
        <w:t>The Bible reveals that there is only one true God (Deuteronomy 6:4), yet this one God exists eternally in three distinct persons: the Father, the Son, and the Holy Spirit. Each person of the Trinity is fully God, co-equal, co-eternal, and consubstantial. The term "Trinity" is not found in Scripture, but the concept is clearly supported throughout the Bible.</w:t>
      </w:r>
    </w:p>
    <w:p>
      <w:pPr>
        <w:pStyle w:val="Heading3"/>
      </w:pPr>
      <w:r>
        <w:t>Key Verse:</w:t>
      </w:r>
    </w:p>
    <w:p>
      <w:r>
        <w:t>Matthew 28:19 (ESV)</w:t>
        <w:br/>
        <w:t>"Go therefore and make disciples of all nations, baptizing them in the name of the Father and of the Son and of the Holy Spirit."</w:t>
      </w:r>
    </w:p>
    <w:p>
      <w:pPr>
        <w:pStyle w:val="Heading3"/>
      </w:pPr>
      <w:r>
        <w:t>Reflection Questions:</w:t>
      </w:r>
    </w:p>
    <w:p>
      <w:r>
        <w:t>- How does this verse affirm the unity and distinctiveness of the Trinity?</w:t>
      </w:r>
    </w:p>
    <w:p>
      <w:r>
        <w:t>- Why is it important to understand God as triune?</w:t>
      </w:r>
    </w:p>
    <w:p>
      <w:r>
        <w:t>- How does the concept of the Trinity affect your view of God?</w:t>
      </w:r>
    </w:p>
    <w:p>
      <w:pPr>
        <w:pStyle w:val="Heading3"/>
      </w:pPr>
      <w:r>
        <w:t>Application:</w:t>
      </w:r>
    </w:p>
    <w:p>
      <w:r>
        <w:t>Spend time this week praying to God the Father, Son, and Holy Spirit, recognizing their unity and distinct roles in your life. Consider how the Trinity shapes your worship and your relationship with God.</w:t>
      </w:r>
    </w:p>
    <w:p>
      <w:pPr>
        <w:pStyle w:val="Heading3"/>
      </w:pPr>
      <w:r>
        <w:t>Cross-References:</w:t>
      </w:r>
    </w:p>
    <w:p>
      <w:r>
        <w:t>Deuteronomy 6:4, 2 Corinthians 13:14, John 1:1-2, Genesis 1:26</w:t>
      </w:r>
    </w:p>
    <w:p>
      <w:pPr>
        <w:pStyle w:val="Heading2"/>
      </w:pPr>
      <w:r>
        <w:t>Lesson 2: God the Father – The Source and Sustainer</w:t>
      </w:r>
    </w:p>
    <w:p>
      <w:pPr>
        <w:pStyle w:val="Heading3"/>
      </w:pPr>
      <w:r>
        <w:t>Teaching:</w:t>
      </w:r>
    </w:p>
    <w:p>
      <w:r>
        <w:t>God the Father is the first person of the Trinity. He is the Creator of all things, the initiator of salvation, and the One who lovingly sent His Son into the world. The Father reveals His character through His Son and desires a personal relationship with His children.</w:t>
      </w:r>
    </w:p>
    <w:p>
      <w:pPr>
        <w:pStyle w:val="Heading3"/>
      </w:pPr>
      <w:r>
        <w:t>Key Verse:</w:t>
      </w:r>
    </w:p>
    <w:p>
      <w:r>
        <w:t>Ephesians 4:6 (ESV)</w:t>
        <w:br/>
        <w:t>"One God and Father of all, who is over all and through all and in all."</w:t>
      </w:r>
    </w:p>
    <w:p>
      <w:pPr>
        <w:pStyle w:val="Heading3"/>
      </w:pPr>
      <w:r>
        <w:t>Reflection Questions:</w:t>
      </w:r>
    </w:p>
    <w:p>
      <w:r>
        <w:t>- What does it mean that God is “Father of all”?</w:t>
      </w:r>
    </w:p>
    <w:p>
      <w:r>
        <w:t>- How does the Father reveal His love throughout Scripture?</w:t>
      </w:r>
    </w:p>
    <w:p>
      <w:r>
        <w:t>- In what ways do you experience God’s fatherhood?</w:t>
      </w:r>
    </w:p>
    <w:p>
      <w:pPr>
        <w:pStyle w:val="Heading3"/>
      </w:pPr>
      <w:r>
        <w:t>Application:</w:t>
      </w:r>
    </w:p>
    <w:p>
      <w:r>
        <w:t>Reflect on how you relate to God as Father. Spend time in prayer thanking Him for His provision, care, and authority over your life.</w:t>
      </w:r>
    </w:p>
    <w:p>
      <w:pPr>
        <w:pStyle w:val="Heading3"/>
      </w:pPr>
      <w:r>
        <w:t>Cross-References:</w:t>
      </w:r>
    </w:p>
    <w:p>
      <w:r>
        <w:t>Matthew 6:9, John 3:16, Isaiah 64:8, James 1:17</w:t>
      </w:r>
    </w:p>
    <w:p>
      <w:pPr>
        <w:pStyle w:val="Heading2"/>
      </w:pPr>
      <w:r>
        <w:t>Lesson 3: God the Son – Jesus Christ, the Savior</w:t>
      </w:r>
    </w:p>
    <w:p>
      <w:pPr>
        <w:pStyle w:val="Heading3"/>
      </w:pPr>
      <w:r>
        <w:t>Teaching:</w:t>
      </w:r>
    </w:p>
    <w:p>
      <w:r>
        <w:t>Jesus Christ, the second person of the Trinity, is fully God and fully man. He existed from the beginning with the Father, took on flesh to redeem humanity, and now reigns at the right hand of God. Jesus reveals the Father and accomplishes salvation through His death and resurrection.</w:t>
      </w:r>
    </w:p>
    <w:p>
      <w:pPr>
        <w:pStyle w:val="Heading3"/>
      </w:pPr>
      <w:r>
        <w:t>Key Verse:</w:t>
      </w:r>
    </w:p>
    <w:p>
      <w:r>
        <w:t>John 1:14 (ESV)</w:t>
        <w:br/>
        <w:t>"And the Word became flesh and dwelt among us, and we have seen his glory, glory as of the only Son from the Father, full of grace and truth."</w:t>
      </w:r>
    </w:p>
    <w:p>
      <w:pPr>
        <w:pStyle w:val="Heading3"/>
      </w:pPr>
      <w:r>
        <w:t>Reflection Questions:</w:t>
      </w:r>
    </w:p>
    <w:p>
      <w:r>
        <w:t>- Why is it essential that Jesus is both fully God and fully man?</w:t>
      </w:r>
    </w:p>
    <w:p>
      <w:r>
        <w:t>- How does Jesus show us what God is like?</w:t>
      </w:r>
    </w:p>
    <w:p>
      <w:r>
        <w:t>- What does His sacrifice mean for your daily life?</w:t>
      </w:r>
    </w:p>
    <w:p>
      <w:pPr>
        <w:pStyle w:val="Heading3"/>
      </w:pPr>
      <w:r>
        <w:t>Application:</w:t>
      </w:r>
    </w:p>
    <w:p>
      <w:r>
        <w:t>Reaffirm your faith in Jesus as both Savior and Lord. Spend time reading the Gospels to deepen your understanding of His life and mission.</w:t>
      </w:r>
    </w:p>
    <w:p>
      <w:pPr>
        <w:pStyle w:val="Heading3"/>
      </w:pPr>
      <w:r>
        <w:t>Cross-References:</w:t>
      </w:r>
    </w:p>
    <w:p>
      <w:r>
        <w:t>John 1:1-3, Colossians 1:15-20, Hebrews 1:1-3, Philippians 2:5-11</w:t>
      </w:r>
    </w:p>
    <w:p>
      <w:pPr>
        <w:pStyle w:val="Heading2"/>
      </w:pPr>
      <w:r>
        <w:t>Lesson 4: God the Holy Spirit – The Indwelling Helper</w:t>
      </w:r>
    </w:p>
    <w:p>
      <w:pPr>
        <w:pStyle w:val="Heading3"/>
      </w:pPr>
      <w:r>
        <w:t>Teaching:</w:t>
      </w:r>
    </w:p>
    <w:p>
      <w:r>
        <w:t>The Holy Spirit is the third person of the Trinity. He empowers believers, convicts of sin, guides in truth, and dwells within us. He is not merely a force or presence but a divine person who plays an active role in sanctification and spiritual growth.</w:t>
      </w:r>
    </w:p>
    <w:p>
      <w:pPr>
        <w:pStyle w:val="Heading3"/>
      </w:pPr>
      <w:r>
        <w:t>Key Verse:</w:t>
      </w:r>
    </w:p>
    <w:p>
      <w:r>
        <w:t>John 14:26 (ESV)</w:t>
        <w:br/>
        <w:t>"But the Helper, the Holy Spirit, whom the Father will send in my name, he will teach you all things and bring to your remembrance all that I have said to you."</w:t>
      </w:r>
    </w:p>
    <w:p>
      <w:pPr>
        <w:pStyle w:val="Heading3"/>
      </w:pPr>
      <w:r>
        <w:t>Reflection Questions:</w:t>
      </w:r>
    </w:p>
    <w:p>
      <w:r>
        <w:t>- How do you see the Holy Spirit working in your life?</w:t>
      </w:r>
    </w:p>
    <w:p>
      <w:r>
        <w:t>- What does it mean to be led by the Spirit?</w:t>
      </w:r>
    </w:p>
    <w:p>
      <w:r>
        <w:t>- Are there areas where you resist the Spirit’s guidance?</w:t>
      </w:r>
    </w:p>
    <w:p>
      <w:pPr>
        <w:pStyle w:val="Heading3"/>
      </w:pPr>
      <w:r>
        <w:t>Application:</w:t>
      </w:r>
    </w:p>
    <w:p>
      <w:r>
        <w:t>Ask the Holy Spirit to lead you each day. Be attentive to His conviction, guidance, and encouragement as you study the Word and make decisions.</w:t>
      </w:r>
    </w:p>
    <w:p>
      <w:pPr>
        <w:pStyle w:val="Heading3"/>
      </w:pPr>
      <w:r>
        <w:t>Cross-References:</w:t>
      </w:r>
    </w:p>
    <w:p>
      <w:r>
        <w:t>Acts 1:8, Romans 8:14-16, Galatians 5:22-25, 1 Corinthians 2:10-13</w:t>
      </w:r>
    </w:p>
    <w:p>
      <w:pPr>
        <w:pStyle w:val="Heading2"/>
      </w:pPr>
      <w:r>
        <w:t>Lesson 5: The Trinity in Unity – Working Together for Our Redemption</w:t>
      </w:r>
    </w:p>
    <w:p>
      <w:pPr>
        <w:pStyle w:val="Heading3"/>
      </w:pPr>
      <w:r>
        <w:t>Teaching:</w:t>
      </w:r>
    </w:p>
    <w:p>
      <w:r>
        <w:t>While each person of the Trinity has distinct roles, they work in perfect unity. The Father sends the Son, the Son accomplishes salvation, and the Spirit applies it to believers. Understanding this unity helps us grasp the depth of God’s love and the beauty of His plan.</w:t>
      </w:r>
    </w:p>
    <w:p>
      <w:pPr>
        <w:pStyle w:val="Heading3"/>
      </w:pPr>
      <w:r>
        <w:t>Key Verse:</w:t>
      </w:r>
    </w:p>
    <w:p>
      <w:r>
        <w:t>2 Corinthians 13:14 (ESV)</w:t>
        <w:br/>
        <w:t>"The grace of the Lord Jesus Christ and the love of God and the fellowship of the Holy Spirit be with you all."</w:t>
      </w:r>
    </w:p>
    <w:p>
      <w:pPr>
        <w:pStyle w:val="Heading3"/>
      </w:pPr>
      <w:r>
        <w:t>Reflection Questions:</w:t>
      </w:r>
    </w:p>
    <w:p>
      <w:r>
        <w:t>- How does this verse summarize the roles of each person of the Trinity?</w:t>
      </w:r>
    </w:p>
    <w:p>
      <w:r>
        <w:t>- In what ways have you experienced each aspect of the Trinity in your spiritual life?</w:t>
      </w:r>
    </w:p>
    <w:p>
      <w:r>
        <w:t>- How can understanding the Trinity deepen your worship?</w:t>
      </w:r>
    </w:p>
    <w:p>
      <w:pPr>
        <w:pStyle w:val="Heading3"/>
      </w:pPr>
      <w:r>
        <w:t>Application:</w:t>
      </w:r>
    </w:p>
    <w:p>
      <w:r>
        <w:t>Worship God this week with a renewed understanding of His triune nature. Journal about how the Father, Son, and Holy Spirit have each drawn you closer to God.</w:t>
      </w:r>
    </w:p>
    <w:p>
      <w:pPr>
        <w:pStyle w:val="Heading3"/>
      </w:pPr>
      <w:r>
        <w:t>Cross-References:</w:t>
      </w:r>
    </w:p>
    <w:p>
      <w:r>
        <w:t>Titus 3:4-6, Ephesians 1:3-14, Romans 8:9-11, John 17:21-23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