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CustomHeading"/>
      </w:pPr>
      <w:r>
        <w:t>Lesson 1: The Foundation – Loving as Christ Loved the Church</w:t>
      </w:r>
    </w:p>
    <w:p>
      <w:pPr/>
      <w:r>
        <w:t>Key Verse: Ephesians 5:25 – "Husbands, love your wives, just as Christ loved the church and gave himself up for her."</w:t>
      </w:r>
    </w:p>
    <w:p>
      <w:pPr>
        <w:pStyle w:val="CustomHeading"/>
      </w:pPr>
      <w:r>
        <w:t>Teaching:</w:t>
      </w:r>
    </w:p>
    <w:p>
      <w:pPr/>
      <w:r>
        <w:t>The role of a husband begins with sacrificial love. The standard is not culture or personal preference, but Christ’s love for His bride—the Church. This love is selfless, purposeful, and anchored in the will of God. A God-honoring husband places his wife’s spiritual, emotional, and physical well-being above his own desires.</w:t>
      </w:r>
    </w:p>
    <w:p>
      <w:pPr>
        <w:pStyle w:val="CustomHeading"/>
      </w:pPr>
      <w:r>
        <w:t>Reflection Questions:</w:t>
      </w:r>
    </w:p>
    <w:p>
      <w:pPr/>
      <w:r>
        <w:t>- How would you describe Christ’s love for the Church?</w:t>
      </w:r>
    </w:p>
    <w:p>
      <w:pPr/>
      <w:r>
        <w:t>- In what ways have you been loving your wife sacrificially?</w:t>
      </w:r>
    </w:p>
    <w:p>
      <w:pPr/>
      <w:r>
        <w:t>- What hinders you from loving your wife as Christ loves the Church?</w:t>
      </w:r>
    </w:p>
    <w:p>
      <w:pPr>
        <w:pStyle w:val="CustomHeading"/>
      </w:pPr>
      <w:r>
        <w:t>Application:</w:t>
      </w:r>
    </w:p>
    <w:p>
      <w:pPr/>
      <w:r>
        <w:t>Write down one tangible way you can show sacrificial love to your wife this week—something that requires effort and intention. Do it with a joyful heart, not expecting anything in return.</w:t>
      </w:r>
    </w:p>
    <w:p>
      <w:pPr>
        <w:pStyle w:val="CustomHeading"/>
      </w:pPr>
      <w:r>
        <w:t>Cross-References:</w:t>
      </w:r>
    </w:p>
    <w:p>
      <w:pPr/>
      <w:r>
        <w:t>- Colossians 3:19</w:t>
      </w:r>
    </w:p>
    <w:p>
      <w:pPr/>
      <w:r>
        <w:t>- 1 John 3:16</w:t>
      </w:r>
    </w:p>
    <w:p>
      <w:pPr/>
      <w:r>
        <w:t>- Romans 5:8</w:t>
      </w:r>
    </w:p>
    <w:p>
      <w:pPr/>
      <w:r>
        <w:t>- John 15:13</w:t>
      </w:r>
    </w:p>
    <w:p/>
    <w:p>
      <w:pPr>
        <w:pStyle w:val="CustomHeading"/>
      </w:pPr>
      <w:r>
        <w:t>Lesson 2: Leading with Humility and Responsibility</w:t>
      </w:r>
    </w:p>
    <w:p>
      <w:pPr/>
      <w:r>
        <w:t>Key Verse: 1 Corinthians 11:3 – "But I want you to realize that the head of every man is Christ, and the head of the woman is man, and the head of Christ is God."</w:t>
      </w:r>
    </w:p>
    <w:p>
      <w:pPr>
        <w:pStyle w:val="CustomHeading"/>
      </w:pPr>
      <w:r>
        <w:t>Teaching:</w:t>
      </w:r>
    </w:p>
    <w:p>
      <w:pPr/>
      <w:r>
        <w:t>Biblical leadership in marriage is not authoritarian. It reflects Christ's leadership—servant-hearted and purposeful. Being the head of the household means taking responsibility for the spiritual direction, unity, and well-being of the home, while maintaining humility and love.</w:t>
      </w:r>
    </w:p>
    <w:p>
      <w:pPr>
        <w:pStyle w:val="CustomHeading"/>
      </w:pPr>
      <w:r>
        <w:t>Reflection Questions:</w:t>
      </w:r>
    </w:p>
    <w:p>
      <w:pPr/>
      <w:r>
        <w:t>- What does servant leadership look like in a marriage?</w:t>
      </w:r>
    </w:p>
    <w:p>
      <w:pPr/>
      <w:r>
        <w:t>- How can you grow in leading your family with humility?</w:t>
      </w:r>
    </w:p>
    <w:p>
      <w:pPr/>
      <w:r>
        <w:t>- Are there areas where you’ve neglected your leadership role?</w:t>
      </w:r>
    </w:p>
    <w:p>
      <w:pPr>
        <w:pStyle w:val="CustomHeading"/>
      </w:pPr>
      <w:r>
        <w:t>Application:</w:t>
      </w:r>
    </w:p>
    <w:p>
      <w:pPr/>
      <w:r>
        <w:t>Ask your wife if there’s a specific way you can lead more effectively at home. Pray together for God’s wisdom and courage to lead well.</w:t>
      </w:r>
    </w:p>
    <w:p>
      <w:pPr>
        <w:pStyle w:val="CustomHeading"/>
      </w:pPr>
      <w:r>
        <w:t>Cross-References:</w:t>
      </w:r>
    </w:p>
    <w:p>
      <w:pPr/>
      <w:r>
        <w:t>- Ephesians 5:23</w:t>
      </w:r>
    </w:p>
    <w:p>
      <w:pPr/>
      <w:r>
        <w:t>- Mark 10:42-45</w:t>
      </w:r>
    </w:p>
    <w:p>
      <w:pPr/>
      <w:r>
        <w:t>- Philippians 2:3-5</w:t>
      </w:r>
    </w:p>
    <w:p>
      <w:pPr/>
      <w:r>
        <w:t>- Joshua 24:15</w:t>
      </w:r>
    </w:p>
    <w:p/>
    <w:p>
      <w:pPr>
        <w:pStyle w:val="CustomHeading"/>
      </w:pPr>
      <w:r>
        <w:t>Lesson 3: Honoring and Understanding Your Wife</w:t>
      </w:r>
    </w:p>
    <w:p>
      <w:pPr/>
      <w:r>
        <w:t>Key Verse: 1 Peter 3:7 – "Husbands, in the same way be considerate as you live with your wives, and treat them with respect as the weaker partner and as heirs with you of the gracious gift of life, so that nothing will hinder your prayers."</w:t>
      </w:r>
    </w:p>
    <w:p>
      <w:pPr>
        <w:pStyle w:val="CustomHeading"/>
      </w:pPr>
      <w:r>
        <w:t>Teaching:</w:t>
      </w:r>
    </w:p>
    <w:p>
      <w:pPr/>
      <w:r>
        <w:t>Understanding your wife means listening, empathizing, and learning how she thinks and feels. God calls husbands to honor their wives—not only outwardly, but with deep, Christ-like regard. Mistreating or neglecting this responsibility can hinder one’s spiritual life.</w:t>
      </w:r>
    </w:p>
    <w:p>
      <w:pPr>
        <w:pStyle w:val="CustomHeading"/>
      </w:pPr>
      <w:r>
        <w:t>Reflection Questions:</w:t>
      </w:r>
    </w:p>
    <w:p>
      <w:pPr/>
      <w:r>
        <w:t>- How do you currently show respect and consideration to your wife?</w:t>
      </w:r>
    </w:p>
    <w:p>
      <w:pPr/>
      <w:r>
        <w:t>- In what ways could you grow in understanding her better?</w:t>
      </w:r>
    </w:p>
    <w:p>
      <w:pPr/>
      <w:r>
        <w:t>- What steps can you take to become a more attentive husband?</w:t>
      </w:r>
    </w:p>
    <w:p>
      <w:pPr>
        <w:pStyle w:val="CustomHeading"/>
      </w:pPr>
      <w:r>
        <w:t>Application:</w:t>
      </w:r>
    </w:p>
    <w:p>
      <w:pPr/>
      <w:r>
        <w:t>Plan a time this week to sit down with your wife and ask intentional questions about her heart, struggles, and dreams. Listen attentively and respond with encouragement.</w:t>
      </w:r>
    </w:p>
    <w:p>
      <w:pPr>
        <w:pStyle w:val="CustomHeading"/>
      </w:pPr>
      <w:r>
        <w:t>Cross-References:</w:t>
      </w:r>
    </w:p>
    <w:p>
      <w:pPr/>
      <w:r>
        <w:t>- Proverbs 18:22</w:t>
      </w:r>
    </w:p>
    <w:p>
      <w:pPr/>
      <w:r>
        <w:t>- Song of Solomon 2:14</w:t>
      </w:r>
    </w:p>
    <w:p>
      <w:pPr/>
      <w:r>
        <w:t>- Ephesians 4:2</w:t>
      </w:r>
    </w:p>
    <w:p>
      <w:pPr/>
      <w:r>
        <w:t>- Colossians 3:12-13</w:t>
      </w:r>
    </w:p>
    <w:p/>
    <w:p>
      <w:pPr>
        <w:pStyle w:val="CustomHeading"/>
      </w:pPr>
      <w:r>
        <w:t>Lesson 4: Faithfulness and Integrity in Marriage</w:t>
      </w:r>
    </w:p>
    <w:p>
      <w:pPr/>
      <w:r>
        <w:t>Key Verse: Proverbs 20:6 – "Many claim to have unfailing love, but a faithful person who can find?"</w:t>
      </w:r>
    </w:p>
    <w:p>
      <w:pPr>
        <w:pStyle w:val="CustomHeading"/>
      </w:pPr>
      <w:r>
        <w:t>Teaching:</w:t>
      </w:r>
    </w:p>
    <w:p>
      <w:pPr/>
      <w:r>
        <w:t>Faithfulness is more than just physical fidelity—it involves emotional and spiritual integrity. A God-honoring husband is trustworthy, dependable, and consistent in love. Integrity in small things builds a legacy of trust and safety in the marriage.</w:t>
      </w:r>
    </w:p>
    <w:p>
      <w:pPr>
        <w:pStyle w:val="CustomHeading"/>
      </w:pPr>
      <w:r>
        <w:t>Reflection Questions:</w:t>
      </w:r>
    </w:p>
    <w:p>
      <w:pPr/>
      <w:r>
        <w:t>- Are there any areas of your life where you are lacking integrity?</w:t>
      </w:r>
    </w:p>
    <w:p>
      <w:pPr/>
      <w:r>
        <w:t>- What does it mean to be faithful with your words, thoughts, and actions?</w:t>
      </w:r>
    </w:p>
    <w:p>
      <w:pPr/>
      <w:r>
        <w:t>- How can you restore trust if it has been broken?</w:t>
      </w:r>
    </w:p>
    <w:p>
      <w:pPr>
        <w:pStyle w:val="CustomHeading"/>
      </w:pPr>
      <w:r>
        <w:t>Application:</w:t>
      </w:r>
    </w:p>
    <w:p>
      <w:pPr/>
      <w:r>
        <w:t>Examine your habits, especially around honesty, time, media, and conversations. Take action to strengthen your faithfulness in any weak area.</w:t>
      </w:r>
    </w:p>
    <w:p>
      <w:pPr>
        <w:pStyle w:val="CustomHeading"/>
      </w:pPr>
      <w:r>
        <w:t>Cross-References:</w:t>
      </w:r>
    </w:p>
    <w:p>
      <w:pPr/>
      <w:r>
        <w:t>- Malachi 2:13-16</w:t>
      </w:r>
    </w:p>
    <w:p>
      <w:pPr/>
      <w:r>
        <w:t>- Hebrews 13:4</w:t>
      </w:r>
    </w:p>
    <w:p>
      <w:pPr/>
      <w:r>
        <w:t>- Matthew 5:27-28</w:t>
      </w:r>
    </w:p>
    <w:p>
      <w:pPr/>
      <w:r>
        <w:t>- Psalm 101:2</w:t>
      </w:r>
    </w:p>
    <w:p/>
    <w:p>
      <w:pPr>
        <w:pStyle w:val="CustomHeading"/>
      </w:pPr>
      <w:r>
        <w:t>Lesson 5: Encouraging Spiritual Growth in the Home</w:t>
      </w:r>
    </w:p>
    <w:p>
      <w:pPr/>
      <w:r>
        <w:t>Key Verse: Deuteronomy 6:6-7 – "These commandments that I give you today are to be on your hearts. Impress them on your children. Talk about them when you sit at home and when you walk along the road, when you lie down and when you get up."</w:t>
      </w:r>
    </w:p>
    <w:p>
      <w:pPr>
        <w:pStyle w:val="CustomHeading"/>
      </w:pPr>
      <w:r>
        <w:t>Teaching:</w:t>
      </w:r>
    </w:p>
    <w:p>
      <w:pPr/>
      <w:r>
        <w:t>A husband who honors God will prioritize spiritual growth in the home. This includes personal devotion, family prayer, reading the Word, and making decisions grounded in biblical truth. Your example speaks louder than your instruction.</w:t>
      </w:r>
    </w:p>
    <w:p>
      <w:pPr>
        <w:pStyle w:val="CustomHeading"/>
      </w:pPr>
      <w:r>
        <w:t>Reflection Questions:</w:t>
      </w:r>
    </w:p>
    <w:p>
      <w:pPr/>
      <w:r>
        <w:t>- How often do you engage in spiritual activities with your wife or family?</w:t>
      </w:r>
    </w:p>
    <w:p>
      <w:pPr/>
      <w:r>
        <w:t>- What obstacles keep you from leading spiritually?</w:t>
      </w:r>
    </w:p>
    <w:p>
      <w:pPr/>
      <w:r>
        <w:t>- What spiritual habits can you begin cultivating this week?</w:t>
      </w:r>
    </w:p>
    <w:p>
      <w:pPr>
        <w:pStyle w:val="CustomHeading"/>
      </w:pPr>
      <w:r>
        <w:t>Application:</w:t>
      </w:r>
    </w:p>
    <w:p>
      <w:pPr/>
      <w:r>
        <w:t>Choose one consistent spiritual practice to begin as a couple or family—whether it's a weekly Bible reading, prayer time, or Scripture memorization. Keep it simple but consistent.</w:t>
      </w:r>
    </w:p>
    <w:p>
      <w:pPr>
        <w:pStyle w:val="CustomHeading"/>
      </w:pPr>
      <w:r>
        <w:t>Cross-References:</w:t>
      </w:r>
    </w:p>
    <w:p>
      <w:pPr/>
      <w:r>
        <w:t>- Joshua 1:8</w:t>
      </w:r>
    </w:p>
    <w:p>
      <w:pPr/>
      <w:r>
        <w:t>- Psalm 1:1-3</w:t>
      </w:r>
    </w:p>
    <w:p>
      <w:pPr/>
      <w:r>
        <w:t>- Ephesians 6:4</w:t>
      </w:r>
    </w:p>
    <w:p>
      <w:pPr/>
      <w:r>
        <w:t>- Matthew 6:33</w:t>
      </w:r>
    </w:p>
    <w:p/>
    <w:p>
      <w:pPr>
        <w:pStyle w:val="CustomHeading"/>
      </w:pPr>
      <w:r>
        <w:t>Lesson 6: Communication that Builds Up</w:t>
      </w:r>
    </w:p>
    <w:p>
      <w:pPr/>
      <w:r>
        <w:t>Key Verse: Ephesians 4:29 – "Do not let any unwholesome talk come out of your mouths, but only what is helpful for building others up according to their needs, that it may benefit those who listen."</w:t>
      </w:r>
    </w:p>
    <w:p>
      <w:pPr>
        <w:pStyle w:val="CustomHeading"/>
      </w:pPr>
      <w:r>
        <w:t>Teaching:</w:t>
      </w:r>
    </w:p>
    <w:p>
      <w:pPr/>
      <w:r>
        <w:t>Healthy communication is foundational in a God-honoring marriage. Words can either build up or tear down. A husband must be intentional with his speech—kind, honest, gentle, and affirming. Silence, sarcasm, harshness, or carelessness can create emotional distance and pain.</w:t>
      </w:r>
    </w:p>
    <w:p>
      <w:pPr>
        <w:pStyle w:val="CustomHeading"/>
      </w:pPr>
      <w:r>
        <w:t>Reflection Questions:</w:t>
      </w:r>
    </w:p>
    <w:p>
      <w:pPr/>
      <w:r>
        <w:t>- How do you typically communicate during conflict?</w:t>
      </w:r>
    </w:p>
    <w:p>
      <w:pPr/>
      <w:r>
        <w:t>- Are your words more likely to build up or tear down your wife?</w:t>
      </w:r>
    </w:p>
    <w:p>
      <w:pPr/>
      <w:r>
        <w:t>- What communication habits need to be changed or improved?</w:t>
      </w:r>
    </w:p>
    <w:p>
      <w:pPr>
        <w:pStyle w:val="CustomHeading"/>
      </w:pPr>
      <w:r>
        <w:t>Application:</w:t>
      </w:r>
    </w:p>
    <w:p>
      <w:pPr/>
      <w:r>
        <w:t>Commit to using encouraging words daily. Be specific—affirm her character, effort, and heart. Ask the Lord to help you speak life into your marriage.</w:t>
      </w:r>
    </w:p>
    <w:p>
      <w:pPr>
        <w:pStyle w:val="CustomHeading"/>
      </w:pPr>
      <w:r>
        <w:t>Cross-References:</w:t>
      </w:r>
    </w:p>
    <w:p>
      <w:pPr/>
      <w:r>
        <w:t>- Proverbs 15:1</w:t>
      </w:r>
    </w:p>
    <w:p>
      <w:pPr/>
      <w:r>
        <w:t>- James 1:19</w:t>
      </w:r>
    </w:p>
    <w:p>
      <w:pPr/>
      <w:r>
        <w:t>- Proverbs 18:21</w:t>
      </w:r>
    </w:p>
    <w:p>
      <w:pPr/>
      <w:r>
        <w:t>- Colossians 4:6</w:t>
      </w:r>
    </w:p>
    <w:p/>
    <w:p>
      <w:pPr>
        <w:pStyle w:val="CustomHeading"/>
      </w:pPr>
      <w:r>
        <w:t>Lesson 7: Serving Your Wife with Joy</w:t>
      </w:r>
    </w:p>
    <w:p>
      <w:pPr/>
      <w:r>
        <w:t>Key Verse: Galatians 5:13 – "Serve one another humbly in love."</w:t>
      </w:r>
    </w:p>
    <w:p>
      <w:pPr>
        <w:pStyle w:val="CustomHeading"/>
      </w:pPr>
      <w:r>
        <w:t>Teaching:</w:t>
      </w:r>
    </w:p>
    <w:p>
      <w:pPr/>
      <w:r>
        <w:t>Marriage isn’t about demanding your own way—it’s about mutual service. A husband reflects Christ’s humility by taking on tasks without complaint, noticing needs, and putting others first. True greatness in God’s eyes is found in joyful, loving service.</w:t>
      </w:r>
    </w:p>
    <w:p>
      <w:pPr>
        <w:pStyle w:val="CustomHeading"/>
      </w:pPr>
      <w:r>
        <w:t>Reflection Questions:</w:t>
      </w:r>
    </w:p>
    <w:p>
      <w:pPr/>
      <w:r>
        <w:t>- Do you see serving your wife as a joy or a burden?</w:t>
      </w:r>
    </w:p>
    <w:p>
      <w:pPr/>
      <w:r>
        <w:t>- How often do you take the initiative to meet her needs?</w:t>
      </w:r>
    </w:p>
    <w:p>
      <w:pPr/>
      <w:r>
        <w:t>- What are practical ways you can serve her today?</w:t>
      </w:r>
    </w:p>
    <w:p>
      <w:pPr>
        <w:pStyle w:val="CustomHeading"/>
      </w:pPr>
      <w:r>
        <w:t>Application:</w:t>
      </w:r>
    </w:p>
    <w:p>
      <w:pPr/>
      <w:r>
        <w:t>Do something unexpected and helpful for your wife today—without being asked or seeking credit. Let it come from a heart that mirrors Christ’s humility.</w:t>
      </w:r>
    </w:p>
    <w:p>
      <w:pPr>
        <w:pStyle w:val="CustomHeading"/>
      </w:pPr>
      <w:r>
        <w:t>Cross-References:</w:t>
      </w:r>
    </w:p>
    <w:p>
      <w:pPr/>
      <w:r>
        <w:t>- Philippians 2:5-7</w:t>
      </w:r>
    </w:p>
    <w:p>
      <w:pPr/>
      <w:r>
        <w:t>- John 13:14-17</w:t>
      </w:r>
    </w:p>
    <w:p>
      <w:pPr/>
      <w:r>
        <w:t>- Matthew 23:11</w:t>
      </w:r>
    </w:p>
    <w:p>
      <w:pPr/>
      <w:r>
        <w:t>- Romans 12:10</w:t>
      </w:r>
    </w:p>
    <w:p/>
    <w:p>
      <w:pPr>
        <w:pStyle w:val="CustomHeading"/>
      </w:pPr>
      <w:r>
        <w:t>Lesson 8: Practicing Forgiveness and Grace</w:t>
      </w:r>
    </w:p>
    <w:p>
      <w:pPr/>
      <w:r>
        <w:t>Key Verse: Colossians 3:13 – "Bear with each other and forgive one another if any of you has a grievance against someone. Forgive as the Lord forgave you."</w:t>
      </w:r>
    </w:p>
    <w:p>
      <w:pPr>
        <w:pStyle w:val="CustomHeading"/>
      </w:pPr>
      <w:r>
        <w:t>Teaching:</w:t>
      </w:r>
    </w:p>
    <w:p>
      <w:pPr/>
      <w:r>
        <w:t>Forgiveness is vital in any marriage. There will be misunderstandings, offenses, and failures. A God-honoring husband chooses to forgive quickly, remembering how much he’s been forgiven. Withholding grace builds bitterness; extending grace fosters healing and trust.</w:t>
      </w:r>
    </w:p>
    <w:p>
      <w:pPr>
        <w:pStyle w:val="CustomHeading"/>
      </w:pPr>
      <w:r>
        <w:t>Reflection Questions:</w:t>
      </w:r>
    </w:p>
    <w:p>
      <w:pPr/>
      <w:r>
        <w:t>- Is there anything you are holding against your wife?</w:t>
      </w:r>
    </w:p>
    <w:p>
      <w:pPr/>
      <w:r>
        <w:t>- How does God's forgiveness of you influence how you forgive?</w:t>
      </w:r>
    </w:p>
    <w:p>
      <w:pPr/>
      <w:r>
        <w:t>- What does it look like to create a culture of grace in your marriage?</w:t>
      </w:r>
    </w:p>
    <w:p>
      <w:pPr>
        <w:pStyle w:val="CustomHeading"/>
      </w:pPr>
      <w:r>
        <w:t>Application:</w:t>
      </w:r>
    </w:p>
    <w:p>
      <w:pPr/>
      <w:r>
        <w:t>If there's something unresolved between you and your wife, humbly initiate reconciliation. Ask for forgiveness where needed and extend grace in return.</w:t>
      </w:r>
    </w:p>
    <w:p>
      <w:pPr>
        <w:pStyle w:val="CustomHeading"/>
      </w:pPr>
      <w:r>
        <w:t>Cross-References:</w:t>
      </w:r>
    </w:p>
    <w:p>
      <w:pPr/>
      <w:r>
        <w:t>- Matthew 6:14-15</w:t>
      </w:r>
    </w:p>
    <w:p>
      <w:pPr/>
      <w:r>
        <w:t>- Ephesians 4:31-32</w:t>
      </w:r>
    </w:p>
    <w:p>
      <w:pPr/>
      <w:r>
        <w:t>- 1 Corinthians 13:5</w:t>
      </w:r>
    </w:p>
    <w:p>
      <w:pPr/>
      <w:r>
        <w:t>- Psalm 103:10-12</w:t>
      </w:r>
    </w:p>
    <w:p/>
    <w:p>
      <w:pPr>
        <w:pStyle w:val="CustomHeading"/>
      </w:pPr>
      <w:r>
        <w:t>Lesson 9: Financial Faithfulness and Stewardship</w:t>
      </w:r>
    </w:p>
    <w:p>
      <w:pPr/>
      <w:r>
        <w:t>Key Verse: 1 Timothy 5:8 – "Anyone who does not provide for their relatives, and especially for their own household, has denied the faith and is worse than an unbeliever."</w:t>
      </w:r>
    </w:p>
    <w:p>
      <w:pPr>
        <w:pStyle w:val="CustomHeading"/>
      </w:pPr>
      <w:r>
        <w:t>Teaching:</w:t>
      </w:r>
    </w:p>
    <w:p>
      <w:pPr/>
      <w:r>
        <w:t>A God-honoring husband takes responsibility for the financial well-being of his family. Stewardship involves not just earning money, but managing it wisely, giving generously, and planning for the future in a God-dependent way. This reflects trust in God and care for your wife.</w:t>
      </w:r>
    </w:p>
    <w:p>
      <w:pPr>
        <w:pStyle w:val="CustomHeading"/>
      </w:pPr>
      <w:r>
        <w:t>Reflection Questions:</w:t>
      </w:r>
    </w:p>
    <w:p>
      <w:pPr/>
      <w:r>
        <w:t>- Are your financial priorities in line with God’s values?</w:t>
      </w:r>
    </w:p>
    <w:p>
      <w:pPr/>
      <w:r>
        <w:t>- How do you and your wife communicate about money?</w:t>
      </w:r>
    </w:p>
    <w:p>
      <w:pPr/>
      <w:r>
        <w:t>- What adjustments can you make to honor God more with your finances?</w:t>
      </w:r>
    </w:p>
    <w:p>
      <w:pPr>
        <w:pStyle w:val="CustomHeading"/>
      </w:pPr>
      <w:r>
        <w:t>Application:</w:t>
      </w:r>
    </w:p>
    <w:p>
      <w:pPr/>
      <w:r>
        <w:t>Review your finances this week with your wife. Set a Christ-centered goal—whether it’s generosity, savings, or stewardship—and take the first step toward it together.</w:t>
      </w:r>
    </w:p>
    <w:p>
      <w:pPr>
        <w:pStyle w:val="CustomHeading"/>
      </w:pPr>
      <w:r>
        <w:t>Cross-References:</w:t>
      </w:r>
    </w:p>
    <w:p>
      <w:pPr/>
      <w:r>
        <w:t>- Proverbs 21:20</w:t>
      </w:r>
    </w:p>
    <w:p>
      <w:pPr/>
      <w:r>
        <w:t>- Luke 14:28-30</w:t>
      </w:r>
    </w:p>
    <w:p>
      <w:pPr/>
      <w:r>
        <w:t>- Malachi 3:10</w:t>
      </w:r>
    </w:p>
    <w:p>
      <w:pPr/>
      <w:r>
        <w:t>- Matthew 6:19-21</w:t>
      </w:r>
    </w:p>
    <w:p/>
    <w:p>
      <w:pPr>
        <w:pStyle w:val="CustomHeading"/>
      </w:pPr>
      <w:r>
        <w:t>Lesson 10: Cultivating Intimacy and Faithfulness</w:t>
      </w:r>
    </w:p>
    <w:p>
      <w:pPr/>
      <w:r>
        <w:t>Key Verse: Hebrews 13:4 – "Marriage should be honored by all, and the marriage bed kept pure, for God will judge the adulterer and all the sexually immoral."</w:t>
      </w:r>
    </w:p>
    <w:p>
      <w:pPr>
        <w:pStyle w:val="CustomHeading"/>
      </w:pPr>
      <w:r>
        <w:t>Teaching:</w:t>
      </w:r>
    </w:p>
    <w:p>
      <w:pPr/>
      <w:r>
        <w:t>Emotional, physical, and spiritual intimacy are sacred in marriage. A husband honors God by being faithful in thought and deed, resisting temptation, and fostering an atmosphere of trust and connection. Intimacy flourishes in safety, mutual respect, and openness.</w:t>
      </w:r>
    </w:p>
    <w:p>
      <w:pPr>
        <w:pStyle w:val="CustomHeading"/>
      </w:pPr>
      <w:r>
        <w:t>Reflection Questions:</w:t>
      </w:r>
    </w:p>
    <w:p>
      <w:pPr/>
      <w:r>
        <w:t>- How do you intentionally cultivate intimacy with your wife?</w:t>
      </w:r>
    </w:p>
    <w:p>
      <w:pPr/>
      <w:r>
        <w:t>- Are there any boundaries you need to establish to protect your purity?</w:t>
      </w:r>
    </w:p>
    <w:p>
      <w:pPr/>
      <w:r>
        <w:t>- In what ways can you build deeper connection this week?</w:t>
      </w:r>
    </w:p>
    <w:p>
      <w:pPr>
        <w:pStyle w:val="CustomHeading"/>
      </w:pPr>
      <w:r>
        <w:t>Application:</w:t>
      </w:r>
    </w:p>
    <w:p>
      <w:pPr/>
      <w:r>
        <w:t>Schedule uninterrupted time with your wife—without distractions—to simply talk, laugh, or pray together. Protect and invest in your intimacy.</w:t>
      </w:r>
    </w:p>
    <w:p>
      <w:pPr>
        <w:pStyle w:val="CustomHeading"/>
      </w:pPr>
      <w:r>
        <w:t>Cross-References:</w:t>
      </w:r>
    </w:p>
    <w:p>
      <w:pPr/>
      <w:r>
        <w:t>- Proverbs 5:18-19</w:t>
      </w:r>
    </w:p>
    <w:p>
      <w:pPr/>
      <w:r>
        <w:t>- 1 Corinthians 7:3-5</w:t>
      </w:r>
    </w:p>
    <w:p>
      <w:pPr/>
      <w:r>
        <w:t>- Job 31:1</w:t>
      </w:r>
    </w:p>
    <w:p>
      <w:pPr/>
      <w:r>
        <w:t>- Matthew 5:28</w:t>
      </w:r>
    </w:p>
    <w:p/>
    <w:p>
      <w:pPr>
        <w:pStyle w:val="CustomHeading"/>
      </w:pPr>
      <w:r>
        <w:t>Lesson 11: Patience and Longsuffering in Marriage</w:t>
      </w:r>
    </w:p>
    <w:p>
      <w:pPr/>
      <w:r>
        <w:t>Key Verse: Proverbs 14:29 – "Whoever is patient has great understanding, but one who is quick-tempered displays folly."</w:t>
      </w:r>
    </w:p>
    <w:p>
      <w:pPr>
        <w:pStyle w:val="CustomHeading"/>
      </w:pPr>
      <w:r>
        <w:t>Teaching:</w:t>
      </w:r>
    </w:p>
    <w:p>
      <w:pPr/>
      <w:r>
        <w:t>Patience is a fruit of the Spirit and an essential quality in marriage. A husband who honors God resists the urge to react harshly or impulsively. He bears with his wife’s weaknesses and failures gently, just as Christ is patient with him. Lasting love takes the long view and endures challenges with grace.</w:t>
      </w:r>
    </w:p>
    <w:p>
      <w:pPr>
        <w:pStyle w:val="CustomHeading"/>
      </w:pPr>
      <w:r>
        <w:t>Reflection Questions:</w:t>
      </w:r>
    </w:p>
    <w:p>
      <w:pPr/>
      <w:r>
        <w:t>- How do you typically respond to frustration in your marriage?</w:t>
      </w:r>
    </w:p>
    <w:p>
      <w:pPr/>
      <w:r>
        <w:t>- What areas require more patience in your relationship?</w:t>
      </w:r>
    </w:p>
    <w:p>
      <w:pPr/>
      <w:r>
        <w:t>- How has God been patient with you?</w:t>
      </w:r>
    </w:p>
    <w:p>
      <w:pPr>
        <w:pStyle w:val="CustomHeading"/>
      </w:pPr>
      <w:r>
        <w:t>Application:</w:t>
      </w:r>
    </w:p>
    <w:p>
      <w:pPr/>
      <w:r>
        <w:t>Identify a recurring frustration in your marriage. This week, commit to responding with patience, prayer, and understanding rather than irritation.</w:t>
      </w:r>
    </w:p>
    <w:p>
      <w:pPr>
        <w:pStyle w:val="CustomHeading"/>
      </w:pPr>
      <w:r>
        <w:t>Cross-References:</w:t>
      </w:r>
    </w:p>
    <w:p>
      <w:pPr/>
      <w:r>
        <w:t>- James 1:19-20</w:t>
      </w:r>
    </w:p>
    <w:p>
      <w:pPr/>
      <w:r>
        <w:t>- Galatians 5:22-23</w:t>
      </w:r>
    </w:p>
    <w:p>
      <w:pPr/>
      <w:r>
        <w:t>- Ecclesiastes 7:9</w:t>
      </w:r>
    </w:p>
    <w:p>
      <w:pPr/>
      <w:r>
        <w:t>- 1 Corinthians 13:4</w:t>
      </w:r>
    </w:p>
    <w:p/>
    <w:p>
      <w:pPr>
        <w:pStyle w:val="CustomHeading"/>
      </w:pPr>
      <w:r>
        <w:t>Lesson 12: Humility and Willingness to Apologize</w:t>
      </w:r>
    </w:p>
    <w:p>
      <w:pPr/>
      <w:r>
        <w:t>Key Verse: James 4:6 – "But he gives us more grace. That is why Scripture says: 'God opposes the proud but shows favor to the humble.'"</w:t>
      </w:r>
    </w:p>
    <w:p>
      <w:pPr>
        <w:pStyle w:val="CustomHeading"/>
      </w:pPr>
      <w:r>
        <w:t>Teaching:</w:t>
      </w:r>
    </w:p>
    <w:p>
      <w:pPr/>
      <w:r>
        <w:t>A God-honoring husband is not above repentance. He takes responsibility for his actions, seeks forgiveness when wrong, and refuses to let pride harden his heart. Humility builds bridges in a relationship, while pride erects walls. True leadership includes the courage to say, “I was wrong.”</w:t>
      </w:r>
    </w:p>
    <w:p>
      <w:pPr>
        <w:pStyle w:val="CustomHeading"/>
      </w:pPr>
      <w:r>
        <w:t>Reflection Questions:</w:t>
      </w:r>
    </w:p>
    <w:p>
      <w:pPr/>
      <w:r>
        <w:t>- Are you quick to apologize when you’ve hurt your wife?</w:t>
      </w:r>
    </w:p>
    <w:p>
      <w:pPr/>
      <w:r>
        <w:t>- How does pride show up in your marriage?</w:t>
      </w:r>
    </w:p>
    <w:p>
      <w:pPr/>
      <w:r>
        <w:t>- What would it look like to lead with humility?</w:t>
      </w:r>
    </w:p>
    <w:p>
      <w:pPr>
        <w:pStyle w:val="CustomHeading"/>
      </w:pPr>
      <w:r>
        <w:t>Application:</w:t>
      </w:r>
    </w:p>
    <w:p>
      <w:pPr/>
      <w:r>
        <w:t>Reflect on any recent tension or conflict. If you need to apologize or own your part, do so with sincerity and humility.</w:t>
      </w:r>
    </w:p>
    <w:p>
      <w:pPr>
        <w:pStyle w:val="CustomHeading"/>
      </w:pPr>
      <w:r>
        <w:t>Cross-References:</w:t>
      </w:r>
    </w:p>
    <w:p>
      <w:pPr/>
      <w:r>
        <w:t>- Philippians 2:3</w:t>
      </w:r>
    </w:p>
    <w:p>
      <w:pPr/>
      <w:r>
        <w:t>- Proverbs 11:2</w:t>
      </w:r>
    </w:p>
    <w:p>
      <w:pPr/>
      <w:r>
        <w:t>- 1 Peter 5:5-6</w:t>
      </w:r>
    </w:p>
    <w:p>
      <w:pPr/>
      <w:r>
        <w:t>- Matthew 5:23-24</w:t>
      </w:r>
    </w:p>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Calibri" w:hAnsi="Calibri"/>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paragraph" w:customStyle="1" w:styleId="CustomHeading">
    <w:name w:val="CustomHeading"/>
    <w:rPr>
      <w:rFonts w:ascii="Calibri" w:hAnsi="Calibri"/>
      <w:b/>
      <w:sz w:val="28"/>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