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stylesWithEffects.xml" ContentType="application/vnd.ms-word.stylesWithEffect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4" Type="http://schemas.openxmlformats.org/officeDocument/2006/relationships/extended-properties" Target="docProps/app.xml"/><Relationship Id="rId1" Type="http://schemas.openxmlformats.org/officeDocument/2006/relationships/officeDocument" Target="word/document.xml"/><Relationship Id="rId2" Type="http://schemas.openxmlformats.org/package/2006/relationships/metadata/thumbnail" Target="docProps/thumbnail.jpeg"/></Relationships>
</file>

<file path=word/document.xml><?xml version="1.0" encoding="utf-8"?>
<w:document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pPr>
        <w:pStyle w:val="Title"/>
      </w:pPr>
      <w:r>
        <w:t>Fruit of the Spirit Bible Study</w:t>
      </w:r>
    </w:p>
    <w:p>
      <w:pPr>
        <w:pStyle w:val="Heading1"/>
      </w:pPr>
      <w:r>
        <w:t>Lesson 1: Introduction to the Fruit of the Spirit</w:t>
      </w:r>
    </w:p>
    <w:p>
      <w:pPr>
        <w:pStyle w:val="Heading2"/>
      </w:pPr>
      <w:r>
        <w:t>Key Passage:</w:t>
      </w:r>
    </w:p>
    <w:p>
      <w:r>
        <w:t>Galatians 5:22–23 (ESV)</w:t>
        <w:br/>
        <w:t>"But the fruit of the Spirit is love, joy, peace, patience, kindness, goodness, faithfulness, gentleness, self-control; against such things there is no law."</w:t>
      </w:r>
    </w:p>
    <w:p>
      <w:pPr>
        <w:pStyle w:val="Heading2"/>
      </w:pPr>
      <w:r>
        <w:t>Teaching:</w:t>
      </w:r>
    </w:p>
    <w:p>
      <w:r>
        <w:t>This study begins by exploring what it means to walk by the Spirit. The fruit of the Spirit is not something believers produce on their own, but what the Holy Spirit grows in their lives as they yield to Him. These attributes are evidence of a transformed life that mirrors the character of Christ. The singular word 'fruit' emphasizes that these traits are a unified whole—each one is a reflection of God’s Spirit working within us.</w:t>
      </w:r>
    </w:p>
    <w:p>
      <w:pPr>
        <w:pStyle w:val="Heading2"/>
      </w:pPr>
      <w:r>
        <w:t>Reflection Questions:</w:t>
      </w:r>
    </w:p>
    <w:p>
      <w:pPr>
        <w:pStyle w:val="ListBullet"/>
      </w:pPr>
      <w:r>
        <w:t>- What does the Bible mean when it talks about “walking by the Spirit”?</w:t>
      </w:r>
    </w:p>
    <w:p>
      <w:pPr>
        <w:pStyle w:val="ListBullet"/>
      </w:pPr>
      <w:r>
        <w:t>- Why is it important that “fruit” is singular and not plural?</w:t>
      </w:r>
    </w:p>
    <w:p>
      <w:pPr>
        <w:pStyle w:val="ListBullet"/>
      </w:pPr>
      <w:r>
        <w:t>- Which of these traits do you see most and least in your life?</w:t>
      </w:r>
    </w:p>
    <w:p>
      <w:pPr>
        <w:pStyle w:val="Heading2"/>
      </w:pPr>
      <w:r>
        <w:t>Application:</w:t>
      </w:r>
    </w:p>
    <w:p>
      <w:r>
        <w:t>Take time this week to pray daily, asking the Lord to help you surrender more fully to the work of the Spirit. Begin to observe how these fruit might already be at work—or where growth is needed.</w:t>
      </w:r>
    </w:p>
    <w:p>
      <w:pPr>
        <w:pStyle w:val="Heading2"/>
      </w:pPr>
      <w:r>
        <w:t>Cross-References:</w:t>
      </w:r>
    </w:p>
    <w:p>
      <w:pPr>
        <w:pStyle w:val="ListBullet"/>
      </w:pPr>
      <w:r>
        <w:t>- John 15:4–5</w:t>
      </w:r>
    </w:p>
    <w:p>
      <w:pPr>
        <w:pStyle w:val="ListBullet"/>
      </w:pPr>
      <w:r>
        <w:t>- Romans 8:5–9</w:t>
      </w:r>
    </w:p>
    <w:p>
      <w:pPr>
        <w:pStyle w:val="ListBullet"/>
      </w:pPr>
      <w:r>
        <w:t>- Ephesians 5:8–10</w:t>
      </w:r>
    </w:p>
    <w:p>
      <w:pPr>
        <w:pStyle w:val="Heading1"/>
      </w:pPr>
      <w:r>
        <w:t>Lesson 2: Love</w:t>
      </w:r>
    </w:p>
    <w:p>
      <w:pPr>
        <w:pStyle w:val="Heading2"/>
      </w:pPr>
      <w:r>
        <w:t>Key Passage:</w:t>
      </w:r>
    </w:p>
    <w:p>
      <w:r>
        <w:t>1 Corinthians 13:4–5 (ESV)</w:t>
        <w:br/>
        <w:t>"Love is patient and kind; love does not envy or boast; it is not arrogant or rude. It does not insist on its own way; it is not irritable or resentful."</w:t>
      </w:r>
    </w:p>
    <w:p>
      <w:pPr>
        <w:pStyle w:val="Heading2"/>
      </w:pPr>
      <w:r>
        <w:t>Teaching:</w:t>
      </w:r>
    </w:p>
    <w:p>
      <w:r>
        <w:t>Love is foundational to all the fruit. God's love is sacrificial, others-centered, and enduring. Biblical love is not a feeling but a choice and action rooted in God’s character. It reflects how God has loved us and how we are to love others, even when it’s difficult.</w:t>
      </w:r>
    </w:p>
    <w:p>
      <w:pPr>
        <w:pStyle w:val="Heading2"/>
      </w:pPr>
      <w:r>
        <w:t>Reflection Questions:</w:t>
      </w:r>
    </w:p>
    <w:p>
      <w:pPr>
        <w:pStyle w:val="ListBullet"/>
      </w:pPr>
      <w:r>
        <w:t>- How does God define love differently than the world?</w:t>
      </w:r>
    </w:p>
    <w:p>
      <w:pPr>
        <w:pStyle w:val="ListBullet"/>
      </w:pPr>
      <w:r>
        <w:t>- Who in your life is hard to love, and what might God be teaching you through that?</w:t>
      </w:r>
    </w:p>
    <w:p>
      <w:pPr>
        <w:pStyle w:val="ListBullet"/>
      </w:pPr>
      <w:r>
        <w:t>- How does love serve as a foundation for the other fruit?</w:t>
      </w:r>
    </w:p>
    <w:p>
      <w:pPr>
        <w:pStyle w:val="Heading2"/>
      </w:pPr>
      <w:r>
        <w:t>Application:</w:t>
      </w:r>
    </w:p>
    <w:p>
      <w:r>
        <w:t>Practice selfless love this week by serving someone with no expectation of return. Reflect on how God has shown love to you.</w:t>
      </w:r>
    </w:p>
    <w:p>
      <w:pPr>
        <w:pStyle w:val="Heading2"/>
      </w:pPr>
      <w:r>
        <w:t>Cross-References:</w:t>
      </w:r>
    </w:p>
    <w:p>
      <w:pPr>
        <w:pStyle w:val="ListBullet"/>
      </w:pPr>
      <w:r>
        <w:t>- 1 John 4:7–11</w:t>
      </w:r>
    </w:p>
    <w:p>
      <w:pPr>
        <w:pStyle w:val="ListBullet"/>
      </w:pPr>
      <w:r>
        <w:t>- John 13:34–35</w:t>
      </w:r>
    </w:p>
    <w:p>
      <w:pPr>
        <w:pStyle w:val="ListBullet"/>
      </w:pPr>
      <w:r>
        <w:t>- Romans 5:8</w:t>
      </w:r>
    </w:p>
    <w:p>
      <w:pPr>
        <w:pStyle w:val="Heading1"/>
      </w:pPr>
      <w:r>
        <w:t>Lesson 3: Joy</w:t>
      </w:r>
    </w:p>
    <w:p>
      <w:pPr>
        <w:pStyle w:val="Heading2"/>
      </w:pPr>
      <w:r>
        <w:t>Key Passage:</w:t>
      </w:r>
    </w:p>
    <w:p>
      <w:r>
        <w:t>Romans 15:13 (ESV)</w:t>
        <w:br/>
        <w:t>"May the God of hope fill you with all joy and peace in believing, so that by the power of the Holy Spirit you may abound in hope."</w:t>
      </w:r>
    </w:p>
    <w:p>
      <w:pPr>
        <w:pStyle w:val="Heading2"/>
      </w:pPr>
      <w:r>
        <w:t>Teaching:</w:t>
      </w:r>
    </w:p>
    <w:p>
      <w:r>
        <w:t>Joy is not dependent on circumstances but is rooted in God’s presence and promises. Unlike temporary happiness, biblical joy is enduring because it flows from a relationship with Christ and a confidence in His control over all things.</w:t>
      </w:r>
    </w:p>
    <w:p>
      <w:pPr>
        <w:pStyle w:val="Heading2"/>
      </w:pPr>
      <w:r>
        <w:t>Reflection Questions:</w:t>
      </w:r>
    </w:p>
    <w:p>
      <w:pPr>
        <w:pStyle w:val="ListBullet"/>
      </w:pPr>
      <w:r>
        <w:t>- What’s the difference between joy and happiness?</w:t>
      </w:r>
    </w:p>
    <w:p>
      <w:pPr>
        <w:pStyle w:val="ListBullet"/>
      </w:pPr>
      <w:r>
        <w:t>- When have you experienced joy despite hard circumstances?</w:t>
      </w:r>
    </w:p>
    <w:p>
      <w:pPr>
        <w:pStyle w:val="ListBullet"/>
      </w:pPr>
      <w:r>
        <w:t>- What role does the Holy Spirit play in producing joy?</w:t>
      </w:r>
    </w:p>
    <w:p>
      <w:pPr>
        <w:pStyle w:val="Heading2"/>
      </w:pPr>
      <w:r>
        <w:t>Application:</w:t>
      </w:r>
    </w:p>
    <w:p>
      <w:r>
        <w:t>Start a gratitude journal this week and record moments where you experience joy or see God’s goodness.</w:t>
      </w:r>
    </w:p>
    <w:p>
      <w:pPr>
        <w:pStyle w:val="Heading2"/>
      </w:pPr>
      <w:r>
        <w:t>Cross-References:</w:t>
      </w:r>
    </w:p>
    <w:p>
      <w:pPr>
        <w:pStyle w:val="ListBullet"/>
      </w:pPr>
      <w:r>
        <w:t>- James 1:2–4</w:t>
      </w:r>
    </w:p>
    <w:p>
      <w:pPr>
        <w:pStyle w:val="ListBullet"/>
      </w:pPr>
      <w:r>
        <w:t>- Psalm 16:11</w:t>
      </w:r>
    </w:p>
    <w:p>
      <w:pPr>
        <w:pStyle w:val="ListBullet"/>
      </w:pPr>
      <w:r>
        <w:t>- Philippians 4:4</w:t>
      </w:r>
    </w:p>
    <w:p>
      <w:pPr>
        <w:pStyle w:val="Heading1"/>
      </w:pPr>
      <w:r>
        <w:t>Lesson 4: Peace</w:t>
      </w:r>
    </w:p>
    <w:p>
      <w:pPr>
        <w:pStyle w:val="Heading2"/>
      </w:pPr>
      <w:r>
        <w:t>Key Passage:</w:t>
      </w:r>
    </w:p>
    <w:p>
      <w:r>
        <w:t>Isaiah 26:3 (ESV)</w:t>
        <w:br/>
        <w:t>"You keep him in perfect peace whose mind is stayed on you, because he trusts in you."</w:t>
      </w:r>
    </w:p>
    <w:p>
      <w:pPr>
        <w:pStyle w:val="Heading2"/>
      </w:pPr>
      <w:r>
        <w:t>Teaching:</w:t>
      </w:r>
    </w:p>
    <w:p>
      <w:r>
        <w:t>Peace is not the absence of conflict but the presence of God’s assurance. It is experienced through trust in God’s sovereignty and the security that comes from knowing He is in control. True peace guards our hearts and minds in Christ Jesus.</w:t>
      </w:r>
    </w:p>
    <w:p>
      <w:pPr>
        <w:pStyle w:val="Heading2"/>
      </w:pPr>
      <w:r>
        <w:t>Reflection Questions:</w:t>
      </w:r>
    </w:p>
    <w:p>
      <w:pPr>
        <w:pStyle w:val="ListBullet"/>
      </w:pPr>
      <w:r>
        <w:t>- What is the source of lasting peace?</w:t>
      </w:r>
    </w:p>
    <w:p>
      <w:pPr>
        <w:pStyle w:val="ListBullet"/>
      </w:pPr>
      <w:r>
        <w:t>- How can peace coexist with trials?</w:t>
      </w:r>
    </w:p>
    <w:p>
      <w:pPr>
        <w:pStyle w:val="ListBullet"/>
      </w:pPr>
      <w:r>
        <w:t>- In what areas of your life are you lacking peace?</w:t>
      </w:r>
    </w:p>
    <w:p>
      <w:pPr>
        <w:pStyle w:val="Heading2"/>
      </w:pPr>
      <w:r>
        <w:t>Application:</w:t>
      </w:r>
    </w:p>
    <w:p>
      <w:r>
        <w:t>When you feel anxious or overwhelmed, pause and meditate on God’s promises. Practice releasing your burdens to Him in prayer.</w:t>
      </w:r>
    </w:p>
    <w:p>
      <w:pPr>
        <w:pStyle w:val="Heading2"/>
      </w:pPr>
      <w:r>
        <w:t>Cross-References:</w:t>
      </w:r>
    </w:p>
    <w:p>
      <w:pPr>
        <w:pStyle w:val="ListBullet"/>
      </w:pPr>
      <w:r>
        <w:t>- Philippians 4:6–7</w:t>
      </w:r>
    </w:p>
    <w:p>
      <w:pPr>
        <w:pStyle w:val="ListBullet"/>
      </w:pPr>
      <w:r>
        <w:t>- John 14:27</w:t>
      </w:r>
    </w:p>
    <w:p>
      <w:pPr>
        <w:pStyle w:val="ListBullet"/>
      </w:pPr>
      <w:r>
        <w:t>- Colossians 3:15</w:t>
      </w:r>
    </w:p>
    <w:p>
      <w:pPr>
        <w:pStyle w:val="Heading1"/>
      </w:pPr>
      <w:r>
        <w:t>Lesson 5: Patience</w:t>
      </w:r>
    </w:p>
    <w:p>
      <w:pPr>
        <w:pStyle w:val="Heading2"/>
      </w:pPr>
      <w:r>
        <w:t>Key Passage:</w:t>
      </w:r>
    </w:p>
    <w:p>
      <w:r>
        <w:t>Proverbs 14:29 (ESV)</w:t>
        <w:br/>
        <w:t>"Whoever is slow to anger has great understanding, but he who has a hasty temper exalts folly."</w:t>
      </w:r>
    </w:p>
    <w:p>
      <w:pPr>
        <w:pStyle w:val="Heading2"/>
      </w:pPr>
      <w:r>
        <w:t>Teaching:</w:t>
      </w:r>
    </w:p>
    <w:p>
      <w:r>
        <w:t>Patience is enduring discomfort or delay without complaining or retaliating. It reflects God’s own long-suffering nature toward us. As we grow in patience, we become more like Christ and demonstrate His grace to others.</w:t>
      </w:r>
    </w:p>
    <w:p>
      <w:pPr>
        <w:pStyle w:val="Heading2"/>
      </w:pPr>
      <w:r>
        <w:t>Reflection Questions:</w:t>
      </w:r>
    </w:p>
    <w:p>
      <w:pPr>
        <w:pStyle w:val="ListBullet"/>
      </w:pPr>
      <w:r>
        <w:t>- How do you typically respond to delays or irritations?</w:t>
      </w:r>
    </w:p>
    <w:p>
      <w:pPr>
        <w:pStyle w:val="ListBullet"/>
      </w:pPr>
      <w:r>
        <w:t>- What can you learn from how God demonstrates patience?</w:t>
      </w:r>
    </w:p>
    <w:p>
      <w:pPr>
        <w:pStyle w:val="ListBullet"/>
      </w:pPr>
      <w:r>
        <w:t>- How is patience connected to humility?</w:t>
      </w:r>
    </w:p>
    <w:p>
      <w:pPr>
        <w:pStyle w:val="Heading2"/>
      </w:pPr>
      <w:r>
        <w:t>Application:</w:t>
      </w:r>
    </w:p>
    <w:p>
      <w:r>
        <w:t>Choose one recurring frustration this week and respond with calmness and grace. Ask God to grow your patience in the process.</w:t>
      </w:r>
    </w:p>
    <w:p>
      <w:pPr>
        <w:pStyle w:val="Heading2"/>
      </w:pPr>
      <w:r>
        <w:t>Cross-References:</w:t>
      </w:r>
    </w:p>
    <w:p>
      <w:pPr>
        <w:pStyle w:val="ListBullet"/>
      </w:pPr>
      <w:r>
        <w:t>- 2 Peter 3:9</w:t>
      </w:r>
    </w:p>
    <w:p>
      <w:pPr>
        <w:pStyle w:val="ListBullet"/>
      </w:pPr>
      <w:r>
        <w:t>- Colossians 3:12</w:t>
      </w:r>
    </w:p>
    <w:p>
      <w:pPr>
        <w:pStyle w:val="ListBullet"/>
      </w:pPr>
      <w:r>
        <w:t>- Ephesians 4:2</w:t>
      </w:r>
    </w:p>
    <w:p>
      <w:pPr>
        <w:pStyle w:val="Heading1"/>
      </w:pPr>
      <w:r>
        <w:t>Lesson 6: Kindness</w:t>
      </w:r>
    </w:p>
    <w:p>
      <w:pPr>
        <w:pStyle w:val="Heading2"/>
      </w:pPr>
      <w:r>
        <w:t>Key Passage:</w:t>
      </w:r>
    </w:p>
    <w:p>
      <w:r>
        <w:t>Ephesians 4:32 (ESV)</w:t>
        <w:br/>
        <w:t>"Be kind to one another, tenderhearted, forgiving one another, as God in Christ forgave you."</w:t>
      </w:r>
    </w:p>
    <w:p>
      <w:pPr>
        <w:pStyle w:val="Heading2"/>
      </w:pPr>
      <w:r>
        <w:t>Teaching:</w:t>
      </w:r>
    </w:p>
    <w:p>
      <w:r>
        <w:t>Kindness is more than politeness; it is a deliberate act of compassion and helpfulness. It mirrors God’s kindness toward us, which leads us to repentance. Kindness opens doors for the gospel and reflects a heart transformed by grace.</w:t>
      </w:r>
    </w:p>
    <w:p>
      <w:pPr>
        <w:pStyle w:val="Heading2"/>
      </w:pPr>
      <w:r>
        <w:t>Reflection Questions:</w:t>
      </w:r>
    </w:p>
    <w:p>
      <w:pPr>
        <w:pStyle w:val="ListBullet"/>
      </w:pPr>
      <w:r>
        <w:t>- How is biblical kindness different from being “nice”?</w:t>
      </w:r>
    </w:p>
    <w:p>
      <w:pPr>
        <w:pStyle w:val="ListBullet"/>
      </w:pPr>
      <w:r>
        <w:t>- When has someone’s kindness impacted you?</w:t>
      </w:r>
    </w:p>
    <w:p>
      <w:pPr>
        <w:pStyle w:val="ListBullet"/>
      </w:pPr>
      <w:r>
        <w:t>- How can kindness point others to Christ?</w:t>
      </w:r>
    </w:p>
    <w:p>
      <w:pPr>
        <w:pStyle w:val="Heading2"/>
      </w:pPr>
      <w:r>
        <w:t>Application:</w:t>
      </w:r>
    </w:p>
    <w:p>
      <w:r>
        <w:t>Look for someone you can show unexpected kindness to this week—a note, gift, or act of service.</w:t>
      </w:r>
    </w:p>
    <w:p>
      <w:pPr>
        <w:pStyle w:val="Heading2"/>
      </w:pPr>
      <w:r>
        <w:t>Cross-References:</w:t>
      </w:r>
    </w:p>
    <w:p>
      <w:pPr>
        <w:pStyle w:val="ListBullet"/>
      </w:pPr>
      <w:r>
        <w:t>- Titus 3:4–5</w:t>
      </w:r>
    </w:p>
    <w:p>
      <w:pPr>
        <w:pStyle w:val="ListBullet"/>
      </w:pPr>
      <w:r>
        <w:t>- Romans 2:4</w:t>
      </w:r>
    </w:p>
    <w:p>
      <w:pPr>
        <w:pStyle w:val="ListBullet"/>
      </w:pPr>
      <w:r>
        <w:t>- Micah 6:8</w:t>
      </w:r>
    </w:p>
    <w:p>
      <w:pPr>
        <w:pStyle w:val="Heading1"/>
      </w:pPr>
      <w:r>
        <w:t>Lesson 7: Goodness</w:t>
      </w:r>
    </w:p>
    <w:p>
      <w:pPr>
        <w:pStyle w:val="Heading2"/>
      </w:pPr>
      <w:r>
        <w:t>Key Passage:</w:t>
      </w:r>
    </w:p>
    <w:p>
      <w:r>
        <w:t>Psalm 34:8 (ESV)</w:t>
        <w:br/>
        <w:t>"Oh, taste and see that the Lord is good! Blessed is the man who takes refuge in him!"</w:t>
      </w:r>
    </w:p>
    <w:p>
      <w:pPr>
        <w:pStyle w:val="Heading2"/>
      </w:pPr>
      <w:r>
        <w:t>Teaching:</w:t>
      </w:r>
    </w:p>
    <w:p>
      <w:r>
        <w:t>Goodness reflects moral integrity, doing what is right even when it’s difficult. It comes from a heart that loves what God loves and hates what He hates. This fruit points others toward God’s goodness and holiness.</w:t>
      </w:r>
    </w:p>
    <w:p>
      <w:pPr>
        <w:pStyle w:val="Heading2"/>
      </w:pPr>
      <w:r>
        <w:t>Reflection Questions:</w:t>
      </w:r>
    </w:p>
    <w:p>
      <w:pPr>
        <w:pStyle w:val="ListBullet"/>
      </w:pPr>
      <w:r>
        <w:t>- How does the Bible define “goodness”?</w:t>
      </w:r>
    </w:p>
    <w:p>
      <w:pPr>
        <w:pStyle w:val="ListBullet"/>
      </w:pPr>
      <w:r>
        <w:t>- What are some challenges in living out goodness today?</w:t>
      </w:r>
    </w:p>
    <w:p>
      <w:pPr>
        <w:pStyle w:val="ListBullet"/>
      </w:pPr>
      <w:r>
        <w:t>- How can your goodness glorify God?</w:t>
      </w:r>
    </w:p>
    <w:p>
      <w:pPr>
        <w:pStyle w:val="Heading2"/>
      </w:pPr>
      <w:r>
        <w:t>Application:</w:t>
      </w:r>
    </w:p>
    <w:p>
      <w:r>
        <w:t>Choose to do what is right this week, even if it’s hard. Let your decisions be guided by Scripture, not popularity or comfort.</w:t>
      </w:r>
    </w:p>
    <w:p>
      <w:pPr>
        <w:pStyle w:val="Heading2"/>
      </w:pPr>
      <w:r>
        <w:t>Cross-References:</w:t>
      </w:r>
    </w:p>
    <w:p>
      <w:pPr>
        <w:pStyle w:val="ListBullet"/>
      </w:pPr>
      <w:r>
        <w:t>- Galatians 6:9–10</w:t>
      </w:r>
    </w:p>
    <w:p>
      <w:pPr>
        <w:pStyle w:val="ListBullet"/>
      </w:pPr>
      <w:r>
        <w:t>- Matthew 5:16</w:t>
      </w:r>
    </w:p>
    <w:p>
      <w:pPr>
        <w:pStyle w:val="ListBullet"/>
      </w:pPr>
      <w:r>
        <w:t>- Romans 12:21</w:t>
      </w:r>
    </w:p>
    <w:p>
      <w:pPr>
        <w:pStyle w:val="Heading1"/>
      </w:pPr>
      <w:r>
        <w:t>Lesson 8: Faithfulness</w:t>
      </w:r>
    </w:p>
    <w:p>
      <w:pPr>
        <w:pStyle w:val="Heading2"/>
      </w:pPr>
      <w:r>
        <w:t>Key Passage:</w:t>
      </w:r>
    </w:p>
    <w:p>
      <w:r>
        <w:t>Lamentations 3:22–23 (ESV)</w:t>
        <w:br/>
        <w:t>"The steadfast love of the Lord never ceases; his mercies never come to an end; they are new every morning; great is your faithfulness."</w:t>
      </w:r>
    </w:p>
    <w:p>
      <w:pPr>
        <w:pStyle w:val="Heading2"/>
      </w:pPr>
      <w:r>
        <w:t>Teaching:</w:t>
      </w:r>
    </w:p>
    <w:p>
      <w:r>
        <w:t>Faithfulness is steadfast loyalty and trustworthiness. God is always faithful, and He calls His people to reflect that in their commitments, relationships, and obedience. It shows in consistency, reliability, and a heart that endures in doing good.</w:t>
      </w:r>
    </w:p>
    <w:p>
      <w:pPr>
        <w:pStyle w:val="Heading2"/>
      </w:pPr>
      <w:r>
        <w:t>Reflection Questions:</w:t>
      </w:r>
    </w:p>
    <w:p>
      <w:pPr>
        <w:pStyle w:val="ListBullet"/>
      </w:pPr>
      <w:r>
        <w:t>- How has God shown faithfulness in your life?</w:t>
      </w:r>
    </w:p>
    <w:p>
      <w:pPr>
        <w:pStyle w:val="ListBullet"/>
      </w:pPr>
      <w:r>
        <w:t>- What does faithfulness look like in your relationships?</w:t>
      </w:r>
    </w:p>
    <w:p>
      <w:pPr>
        <w:pStyle w:val="ListBullet"/>
      </w:pPr>
      <w:r>
        <w:t>- Are there areas where your faithfulness is being tested?</w:t>
      </w:r>
    </w:p>
    <w:p>
      <w:pPr>
        <w:pStyle w:val="Heading2"/>
      </w:pPr>
      <w:r>
        <w:t>Application:</w:t>
      </w:r>
    </w:p>
    <w:p>
      <w:r>
        <w:t>Be intentional in following through on commitments this week, especially in your time with God.</w:t>
      </w:r>
    </w:p>
    <w:p>
      <w:pPr>
        <w:pStyle w:val="Heading2"/>
      </w:pPr>
      <w:r>
        <w:t>Cross-References:</w:t>
      </w:r>
    </w:p>
    <w:p>
      <w:pPr>
        <w:pStyle w:val="ListBullet"/>
      </w:pPr>
      <w:r>
        <w:t>- 1 Corinthians 4:2</w:t>
      </w:r>
    </w:p>
    <w:p>
      <w:pPr>
        <w:pStyle w:val="ListBullet"/>
      </w:pPr>
      <w:r>
        <w:t>- Hebrews 10:23</w:t>
      </w:r>
    </w:p>
    <w:p>
      <w:pPr>
        <w:pStyle w:val="ListBullet"/>
      </w:pPr>
      <w:r>
        <w:t>- Psalm 89:1</w:t>
      </w:r>
    </w:p>
    <w:p>
      <w:pPr>
        <w:pStyle w:val="Heading1"/>
      </w:pPr>
      <w:r>
        <w:t>Lesson 9: Gentleness</w:t>
      </w:r>
    </w:p>
    <w:p>
      <w:pPr>
        <w:pStyle w:val="Heading2"/>
      </w:pPr>
      <w:r>
        <w:t>Key Passage:</w:t>
      </w:r>
    </w:p>
    <w:p>
      <w:r>
        <w:t>Philippians 4:5 (ESV)</w:t>
        <w:br/>
        <w:t>"Let your reasonableness be known to everyone. The Lord is at hand."</w:t>
      </w:r>
    </w:p>
    <w:p>
      <w:pPr>
        <w:pStyle w:val="Heading2"/>
      </w:pPr>
      <w:r>
        <w:t>Teaching:</w:t>
      </w:r>
    </w:p>
    <w:p>
      <w:r>
        <w:t>Gentleness is not weakness—it is strength under control. It means responding to others with humility and care, especially when we’re wronged. Christ was gentle yet strong, and we are called to mirror that in our dealings with others.</w:t>
      </w:r>
    </w:p>
    <w:p>
      <w:pPr>
        <w:pStyle w:val="Heading2"/>
      </w:pPr>
      <w:r>
        <w:t>Reflection Questions:</w:t>
      </w:r>
    </w:p>
    <w:p>
      <w:pPr>
        <w:pStyle w:val="ListBullet"/>
      </w:pPr>
      <w:r>
        <w:t>- How can gentleness be a form of strength?</w:t>
      </w:r>
    </w:p>
    <w:p>
      <w:pPr>
        <w:pStyle w:val="ListBullet"/>
      </w:pPr>
      <w:r>
        <w:t>- In what situations do you struggle to be gentle?</w:t>
      </w:r>
    </w:p>
    <w:p>
      <w:pPr>
        <w:pStyle w:val="ListBullet"/>
      </w:pPr>
      <w:r>
        <w:t>- How does gentleness reflect Christ?</w:t>
      </w:r>
    </w:p>
    <w:p>
      <w:pPr>
        <w:pStyle w:val="Heading2"/>
      </w:pPr>
      <w:r>
        <w:t>Application:</w:t>
      </w:r>
    </w:p>
    <w:p>
      <w:r>
        <w:t>Practice gentleness in your speech and reactions this week. Think before responding, especially in tense moments.</w:t>
      </w:r>
    </w:p>
    <w:p>
      <w:pPr>
        <w:pStyle w:val="Heading2"/>
      </w:pPr>
      <w:r>
        <w:t>Cross-References:</w:t>
      </w:r>
    </w:p>
    <w:p>
      <w:pPr>
        <w:pStyle w:val="ListBullet"/>
      </w:pPr>
      <w:r>
        <w:t>- Matthew 11:29</w:t>
      </w:r>
    </w:p>
    <w:p>
      <w:pPr>
        <w:pStyle w:val="ListBullet"/>
      </w:pPr>
      <w:r>
        <w:t>- 2 Timothy 2:24–25</w:t>
      </w:r>
    </w:p>
    <w:p>
      <w:pPr>
        <w:pStyle w:val="ListBullet"/>
      </w:pPr>
      <w:r>
        <w:t>- Galatians 6:1</w:t>
      </w:r>
    </w:p>
    <w:p>
      <w:pPr>
        <w:pStyle w:val="Heading1"/>
      </w:pPr>
      <w:r>
        <w:t>Lesson 10: Self-Control</w:t>
      </w:r>
    </w:p>
    <w:p>
      <w:pPr>
        <w:pStyle w:val="Heading2"/>
      </w:pPr>
      <w:r>
        <w:t>Key Passage:</w:t>
      </w:r>
    </w:p>
    <w:p>
      <w:r>
        <w:t>Proverbs 25:28 (ESV)</w:t>
        <w:br/>
        <w:t>"A man without self-control is like a city broken into and left without walls."</w:t>
      </w:r>
    </w:p>
    <w:p>
      <w:pPr>
        <w:pStyle w:val="Heading2"/>
      </w:pPr>
      <w:r>
        <w:t>Teaching:</w:t>
      </w:r>
    </w:p>
    <w:p>
      <w:r>
        <w:t>Self-control is the Spirit-empowered ability to resist temptation, manage emotions, and make choices that honor God. It affects every area of life—speech, habits, thoughts, and actions. It is a daily discipline rooted in walking closely with the Spirit.</w:t>
      </w:r>
    </w:p>
    <w:p>
      <w:pPr>
        <w:pStyle w:val="Heading2"/>
      </w:pPr>
      <w:r>
        <w:t>Reflection Questions:</w:t>
      </w:r>
    </w:p>
    <w:p>
      <w:pPr>
        <w:pStyle w:val="ListBullet"/>
      </w:pPr>
      <w:r>
        <w:t>- What areas of your life require more self-control?</w:t>
      </w:r>
    </w:p>
    <w:p>
      <w:pPr>
        <w:pStyle w:val="ListBullet"/>
      </w:pPr>
      <w:r>
        <w:t>- How can walking with the Spirit strengthen your self-control?</w:t>
      </w:r>
    </w:p>
    <w:p>
      <w:pPr>
        <w:pStyle w:val="ListBullet"/>
      </w:pPr>
      <w:r>
        <w:t>- What are the consequences of lacking self-control?</w:t>
      </w:r>
    </w:p>
    <w:p>
      <w:pPr>
        <w:pStyle w:val="Heading2"/>
      </w:pPr>
      <w:r>
        <w:t>Application:</w:t>
      </w:r>
    </w:p>
    <w:p>
      <w:r>
        <w:t>Identify one area this week where you tend to lose self-control. Ask God for strength and take one step toward obedience.</w:t>
      </w:r>
    </w:p>
    <w:p>
      <w:pPr>
        <w:pStyle w:val="Heading2"/>
      </w:pPr>
      <w:r>
        <w:t>Cross-References:</w:t>
      </w:r>
    </w:p>
    <w:p>
      <w:pPr>
        <w:pStyle w:val="ListBullet"/>
      </w:pPr>
      <w:r>
        <w:t>- Titus 2:11–12</w:t>
      </w:r>
    </w:p>
    <w:p>
      <w:pPr>
        <w:pStyle w:val="ListBullet"/>
      </w:pPr>
      <w:r>
        <w:t>- 1 Corinthians 9:25–27</w:t>
      </w:r>
    </w:p>
    <w:p>
      <w:pPr>
        <w:pStyle w:val="ListBullet"/>
      </w:pPr>
      <w:r>
        <w:t>- 2 Peter 1:5–6</w:t>
      </w:r>
    </w:p>
    <w:p>
      <w:pPr>
        <w:pStyle w:val="Heading1"/>
      </w:pPr>
      <w:r>
        <w:t>Lesson 11: Conclusion – A Life That Bears Fruit</w:t>
      </w:r>
    </w:p>
    <w:p>
      <w:pPr>
        <w:pStyle w:val="Heading2"/>
      </w:pPr>
      <w:r>
        <w:t>Key Passage:</w:t>
      </w:r>
    </w:p>
    <w:p>
      <w:r>
        <w:t>John 15:8 (ESV)</w:t>
        <w:br/>
        <w:t>"By this my Father is glorified, that you bear much fruit and so prove to be my disciples."</w:t>
      </w:r>
    </w:p>
    <w:p>
      <w:pPr>
        <w:pStyle w:val="Heading2"/>
      </w:pPr>
      <w:r>
        <w:t>Teaching:</w:t>
      </w:r>
    </w:p>
    <w:p>
      <w:r>
        <w:t>The fruit of the Spirit is the evidence of spiritual maturity and intimacy with God. It’s not about trying harder, but abiding in Christ and letting His Spirit work through us. As believers grow in these attributes, they glorify God and point others to Him.</w:t>
      </w:r>
    </w:p>
    <w:p>
      <w:pPr>
        <w:pStyle w:val="Heading2"/>
      </w:pPr>
      <w:r>
        <w:t>Reflection Questions:</w:t>
      </w:r>
    </w:p>
    <w:p>
      <w:pPr>
        <w:pStyle w:val="ListBullet"/>
      </w:pPr>
      <w:r>
        <w:t>- Which fruit has God grown most in you during this study?</w:t>
      </w:r>
    </w:p>
    <w:p>
      <w:pPr>
        <w:pStyle w:val="ListBullet"/>
      </w:pPr>
      <w:r>
        <w:t>- Which fruit do you still want to grow in?</w:t>
      </w:r>
    </w:p>
    <w:p>
      <w:pPr>
        <w:pStyle w:val="ListBullet"/>
      </w:pPr>
      <w:r>
        <w:t>- How can you remain connected to the Vine (Jesus) daily?</w:t>
      </w:r>
    </w:p>
    <w:p>
      <w:pPr>
        <w:pStyle w:val="Heading2"/>
      </w:pPr>
      <w:r>
        <w:t>Application:</w:t>
      </w:r>
    </w:p>
    <w:p>
      <w:r>
        <w:t>Commit to daily abiding in Christ—through prayer, Scripture, and obedience. Trust that the Spirit will bear fruit in His time.</w:t>
      </w:r>
    </w:p>
    <w:p>
      <w:pPr>
        <w:pStyle w:val="Heading2"/>
      </w:pPr>
      <w:r>
        <w:t>Cross-References:</w:t>
      </w:r>
    </w:p>
    <w:p>
      <w:pPr>
        <w:pStyle w:val="ListBullet"/>
      </w:pPr>
      <w:r>
        <w:t>- Matthew 7:17–20</w:t>
      </w:r>
    </w:p>
    <w:p>
      <w:pPr>
        <w:pStyle w:val="ListBullet"/>
      </w:pPr>
      <w:r>
        <w:t>- Colossians 1:10</w:t>
      </w:r>
    </w:p>
    <w:p>
      <w:pPr>
        <w:pStyle w:val="ListBullet"/>
      </w:pPr>
      <w:r>
        <w:t>- Galatians 5:16–17</w:t>
      </w:r>
    </w:p>
    <w:sectPr w:rsidR="00FC693F" w:rsidRPr="0006063C" w:rsidSect="00034616">
      <w:pgSz w:w="12240" w:h="15840"/>
      <w:pgMar w:top="1440" w:right="1800" w:bottom="1440" w:left="180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0000000000000000000"/>
    <w:charset w:val="02"/>
    <w:family w:val="auto"/>
    <w:pitch w:val="variable"/>
    <w:sig w:usb0="00000000" w:usb1="10000000" w:usb2="00000000" w:usb3="00000000" w:csb0="80000000" w:csb1="00000000"/>
  </w:font>
  <w:font w:name="Times New Roman">
    <w:panose1 w:val="02020603050405020304"/>
    <w:charset w:val="00"/>
    <w:family w:val="auto"/>
    <w:pitch w:val="variable"/>
    <w:sig w:usb0="E0002AFF" w:usb1="C0007841" w:usb2="00000009" w:usb3="00000000" w:csb0="000001FF" w:csb1="00000000"/>
  </w:font>
  <w:font w:name="Cambria">
    <w:panose1 w:val="02040503050406030204"/>
    <w:charset w:val="00"/>
    <w:family w:val="auto"/>
    <w:pitch w:val="variable"/>
    <w:sig w:usb0="E00002FF" w:usb1="400004FF" w:usb2="00000000" w:usb3="00000000" w:csb0="0000019F" w:csb1="00000000"/>
  </w:font>
  <w:font w:name="ＭＳ 明朝">
    <w:panose1 w:val="00000000000000000000"/>
    <w:charset w:val="80"/>
    <w:family w:val="roman"/>
    <w:notTrueType/>
    <w:pitch w:val="fixed"/>
    <w:sig w:usb0="00000001" w:usb1="08070000" w:usb2="00000010" w:usb3="00000000" w:csb0="00020000" w:csb1="00000000"/>
  </w:font>
  <w:font w:name="Calibri">
    <w:panose1 w:val="020F0502020204030204"/>
    <w:charset w:val="00"/>
    <w:family w:val="auto"/>
    <w:pitch w:val="variable"/>
    <w:sig w:usb0="E10002FF" w:usb1="4000ACFF" w:usb2="00000009" w:usb3="00000000" w:csb0="0000019F" w:csb1="00000000"/>
  </w:font>
  <w:font w:name="ＭＳ ゴシック">
    <w:panose1 w:val="00000000000000000000"/>
    <w:charset w:val="80"/>
    <w:family w:val="modern"/>
    <w:notTrueType/>
    <w:pitch w:val="fixed"/>
    <w:sig w:usb0="00000001" w:usb1="08070000" w:usb2="00000010" w:usb3="00000000" w:csb0="00020000" w:csb1="00000000"/>
  </w:font>
  <w:font w:name="Courier">
    <w:panose1 w:val="02000500000000000000"/>
    <w:charset w:val="00"/>
    <w:family w:val="auto"/>
    <w:pitch w:val="variable"/>
    <w:sig w:usb0="00000003" w:usb1="00000000" w:usb2="00000000" w:usb3="00000000" w:csb0="00000001" w:csb1="00000000"/>
  </w:font>
  <w:font w:name="Arial">
    <w:panose1 w:val="020B0604020202020204"/>
    <w:charset w:val="00"/>
    <w:family w:val="auto"/>
    <w:pitch w:val="variable"/>
    <w:sig w:usb0="E0002AFF" w:usb1="C0007843" w:usb2="00000009" w:usb3="00000000" w:csb0="000001FF" w:csb1="00000000"/>
  </w:font>
</w:fonts>
</file>

<file path=word/numbering.xml><?xml version="1.0" encoding="utf-8"?>
<w:numbering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FFFFFF7C"/>
    <w:multiLevelType w:val="singleLevel"/>
    <w:tmpl w:val="C310EC42"/>
    <w:lvl w:ilvl="0">
      <w:start w:val="1"/>
      <w:numFmt w:val="decimal"/>
      <w:lvlText w:val="%1."/>
      <w:lvlJc w:val="left"/>
      <w:pPr>
        <w:tabs>
          <w:tab w:val="num" w:pos="1800"/>
        </w:tabs>
        <w:ind w:left="1800" w:hanging="360"/>
      </w:pPr>
    </w:lvl>
  </w:abstractNum>
  <w:abstractNum w:abstractNumId="1">
    <w:nsid w:val="FFFFFF7D"/>
    <w:multiLevelType w:val="singleLevel"/>
    <w:tmpl w:val="E4089024"/>
    <w:lvl w:ilvl="0">
      <w:start w:val="1"/>
      <w:numFmt w:val="decimal"/>
      <w:lvlText w:val="%1."/>
      <w:lvlJc w:val="left"/>
      <w:pPr>
        <w:tabs>
          <w:tab w:val="num" w:pos="1440"/>
        </w:tabs>
        <w:ind w:left="1440" w:hanging="360"/>
      </w:pPr>
    </w:lvl>
  </w:abstractNum>
  <w:abstractNum w:abstractNumId="2">
    <w:nsid w:val="FFFFFF7E"/>
    <w:multiLevelType w:val="singleLevel"/>
    <w:tmpl w:val="FB12693A"/>
    <w:lvl w:ilvl="0">
      <w:start w:val="1"/>
      <w:numFmt w:val="decimal"/>
      <w:pStyle w:val="ListNumber3"/>
      <w:lvlText w:val="%1."/>
      <w:lvlJc w:val="left"/>
      <w:pPr>
        <w:tabs>
          <w:tab w:val="num" w:pos="1080"/>
        </w:tabs>
        <w:ind w:left="1080" w:hanging="360"/>
      </w:pPr>
    </w:lvl>
  </w:abstractNum>
  <w:abstractNum w:abstractNumId="3">
    <w:nsid w:val="FFFFFF7F"/>
    <w:multiLevelType w:val="singleLevel"/>
    <w:tmpl w:val="38441652"/>
    <w:lvl w:ilvl="0">
      <w:start w:val="1"/>
      <w:numFmt w:val="decimal"/>
      <w:pStyle w:val="ListNumber2"/>
      <w:lvlText w:val="%1."/>
      <w:lvlJc w:val="left"/>
      <w:pPr>
        <w:tabs>
          <w:tab w:val="num" w:pos="720"/>
        </w:tabs>
        <w:ind w:left="720" w:hanging="360"/>
      </w:pPr>
    </w:lvl>
  </w:abstractNum>
  <w:abstractNum w:abstractNumId="4">
    <w:nsid w:val="FFFFFF81"/>
    <w:multiLevelType w:val="singleLevel"/>
    <w:tmpl w:val="171AC3A4"/>
    <w:lvl w:ilvl="0">
      <w:start w:val="1"/>
      <w:numFmt w:val="bullet"/>
      <w:lvlText w:val=""/>
      <w:lvlJc w:val="left"/>
      <w:pPr>
        <w:tabs>
          <w:tab w:val="num" w:pos="1440"/>
        </w:tabs>
        <w:ind w:left="1440" w:hanging="360"/>
      </w:pPr>
      <w:rPr>
        <w:rFonts w:ascii="Symbol" w:hAnsi="Symbol" w:hint="default"/>
      </w:rPr>
    </w:lvl>
  </w:abstractNum>
  <w:abstractNum w:abstractNumId="5">
    <w:nsid w:val="FFFFFF82"/>
    <w:multiLevelType w:val="singleLevel"/>
    <w:tmpl w:val="F3EAFDEC"/>
    <w:lvl w:ilvl="0">
      <w:start w:val="1"/>
      <w:numFmt w:val="bullet"/>
      <w:pStyle w:val="ListBullet3"/>
      <w:lvlText w:val=""/>
      <w:lvlJc w:val="left"/>
      <w:pPr>
        <w:tabs>
          <w:tab w:val="num" w:pos="1080"/>
        </w:tabs>
        <w:ind w:left="1080" w:hanging="360"/>
      </w:pPr>
      <w:rPr>
        <w:rFonts w:ascii="Symbol" w:hAnsi="Symbol" w:hint="default"/>
      </w:rPr>
    </w:lvl>
  </w:abstractNum>
  <w:abstractNum w:abstractNumId="6">
    <w:nsid w:val="FFFFFF83"/>
    <w:multiLevelType w:val="singleLevel"/>
    <w:tmpl w:val="3D1EFFD4"/>
    <w:lvl w:ilvl="0">
      <w:start w:val="1"/>
      <w:numFmt w:val="bullet"/>
      <w:pStyle w:val="ListBullet2"/>
      <w:lvlText w:val=""/>
      <w:lvlJc w:val="left"/>
      <w:pPr>
        <w:tabs>
          <w:tab w:val="num" w:pos="720"/>
        </w:tabs>
        <w:ind w:left="720" w:hanging="360"/>
      </w:pPr>
      <w:rPr>
        <w:rFonts w:ascii="Symbol" w:hAnsi="Symbol" w:hint="default"/>
      </w:rPr>
    </w:lvl>
  </w:abstractNum>
  <w:abstractNum w:abstractNumId="7">
    <w:nsid w:val="FFFFFF88"/>
    <w:multiLevelType w:val="singleLevel"/>
    <w:tmpl w:val="D0A62B40"/>
    <w:lvl w:ilvl="0">
      <w:start w:val="1"/>
      <w:numFmt w:val="decimal"/>
      <w:pStyle w:val="ListNumber"/>
      <w:lvlText w:val="%1."/>
      <w:lvlJc w:val="left"/>
      <w:pPr>
        <w:tabs>
          <w:tab w:val="num" w:pos="360"/>
        </w:tabs>
        <w:ind w:left="360" w:hanging="360"/>
      </w:pPr>
    </w:lvl>
  </w:abstractNum>
  <w:abstractNum w:abstractNumId="8">
    <w:nsid w:val="FFFFFF89"/>
    <w:multiLevelType w:val="singleLevel"/>
    <w:tmpl w:val="29761A62"/>
    <w:lvl w:ilvl="0">
      <w:start w:val="1"/>
      <w:numFmt w:val="bullet"/>
      <w:pStyle w:val="ListBullet"/>
      <w:lvlText w:val=""/>
      <w:lvlJc w:val="left"/>
      <w:pPr>
        <w:tabs>
          <w:tab w:val="num" w:pos="360"/>
        </w:tabs>
        <w:ind w:left="360" w:hanging="360"/>
      </w:pPr>
      <w:rPr>
        <w:rFonts w:ascii="Symbol" w:hAnsi="Symbol" w:hint="default"/>
      </w:rPr>
    </w:lvl>
  </w:abstractNum>
  <w:num w:numId="1">
    <w:abstractNumId w:val="8"/>
  </w:num>
  <w:num w:numId="2">
    <w:abstractNumId w:val="6"/>
  </w:num>
  <w:num w:numId="3">
    <w:abstractNumId w:val="5"/>
  </w:num>
  <w:num w:numId="4">
    <w:abstractNumId w:val="4"/>
  </w:num>
  <w:num w:numId="5">
    <w:abstractNumId w:val="7"/>
  </w:num>
  <w:num w:numId="6">
    <w:abstractNumId w:val="3"/>
  </w:num>
  <w:num w:numId="7">
    <w:abstractNumId w:val="2"/>
  </w:num>
  <w:num w:numId="8">
    <w:abstractNumId w:val="1"/>
  </w:num>
  <w:num w:numId="9">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val="bestFit"/>
  <w:proofState w:spelling="clean" w:grammar="clean"/>
  <w:defaultTabStop w:val="720"/>
  <w:characterSpacingControl w:val="doNotCompress"/>
  <w:savePreviewPicture/>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B47730"/>
    <w:rsid w:val="00034616"/>
    <w:rsid w:val="0006063C"/>
    <w:rsid w:val="0015074B"/>
    <w:rsid w:val="0029639D"/>
    <w:rsid w:val="00326F90"/>
    <w:rsid w:val="00AA1D8D"/>
    <w:rsid w:val="00B47730"/>
    <w:rsid w:val="00CB0664"/>
    <w:rsid w:val="00FC693F"/>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1027"/>
    <o:shapelayout v:ext="edit">
      <o:idmap v:ext="edit" data="1"/>
    </o:shapelayout>
  </w:shapeDefaults>
  <w:decimalSymbol w:val="."/>
  <w:listSeparator w:val=","/>
  <w14:docId w14:val="24062061"/>
  <w14:defaultImageDpi w14:val="30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FC693F"/>
  </w:style>
  <w:style w:type="paragraph" w:styleId="Header">
    <w:name w:val="header"/>
    <w:basedOn w:val="Normal"/>
    <w:link w:val="HeaderChar"/>
    <w:uiPriority w:val="99"/>
    <w:unhideWhenUsed/>
    <w:rsid w:val="00E618BF"/>
    <w:pPr>
      <w:tabs>
        <w:tab w:val="center" w:pos="4680"/>
        <w:tab w:val="right" w:pos="9360"/>
      </w:tabs>
      <w:spacing w:after="0" w:line="240" w:lineRule="auto"/>
    </w:pPr>
  </w:style>
  <w:style w:type="character" w:customStyle="1" w:styleId="HeaderChar">
    <w:name w:val="Header Char"/>
    <w:basedOn w:val="DefaultParagraphFont"/>
    <w:link w:val="Header"/>
    <w:uiPriority w:val="99"/>
    <w:rsid w:val="00E618BF"/>
  </w:style>
  <w:style w:type="paragraph" w:styleId="Footer">
    <w:name w:val="footer"/>
    <w:basedOn w:val="Normal"/>
    <w:link w:val="FooterChar"/>
    <w:uiPriority w:val="99"/>
    <w:unhideWhenUsed/>
    <w:rsid w:val="00E618BF"/>
    <w:pPr>
      <w:tabs>
        <w:tab w:val="center" w:pos="4680"/>
        <w:tab w:val="right" w:pos="9360"/>
      </w:tabs>
      <w:spacing w:after="0" w:line="240" w:lineRule="auto"/>
    </w:pPr>
  </w:style>
  <w:style w:type="character" w:customStyle="1" w:styleId="FooterChar">
    <w:name w:val="Footer Char"/>
    <w:basedOn w:val="DefaultParagraphFont"/>
    <w:link w:val="Footer"/>
    <w:uiPriority w:val="99"/>
    <w:rsid w:val="00E618BF"/>
  </w:style>
  <w:style w:type="paragraph" w:styleId="Heading1">
    <w:name w:val="heading 1"/>
    <w:basedOn w:val="Normal"/>
    <w:next w:val="Normal"/>
    <w:link w:val="Heading1Char"/>
    <w:uiPriority w:val="9"/>
    <w:qFormat/>
    <w:rsid w:val="00FC693F"/>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Heading2">
    <w:name w:val="heading 2"/>
    <w:basedOn w:val="Normal"/>
    <w:next w:val="Normal"/>
    <w:link w:val="Heading2Char"/>
    <w:uiPriority w:val="9"/>
    <w:unhideWhenUsed/>
    <w:qFormat/>
    <w:rsid w:val="00FC693F"/>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Heading3">
    <w:name w:val="heading 3"/>
    <w:basedOn w:val="Normal"/>
    <w:next w:val="Normal"/>
    <w:link w:val="Heading3Char"/>
    <w:uiPriority w:val="9"/>
    <w:unhideWhenUsed/>
    <w:qFormat/>
    <w:rsid w:val="00FC693F"/>
    <w:pPr>
      <w:keepNext/>
      <w:keepLines/>
      <w:spacing w:before="200" w:after="0"/>
      <w:outlineLvl w:val="2"/>
    </w:pPr>
    <w:rPr>
      <w:rFonts w:asciiTheme="majorHAnsi" w:eastAsiaTheme="majorEastAsia" w:hAnsiTheme="majorHAnsi" w:cstheme="majorBidi"/>
      <w:b/>
      <w:bCs/>
      <w:color w:val="4F81BD" w:themeColor="accent1"/>
    </w:rPr>
  </w:style>
  <w:style w:type="paragraph" w:styleId="Heading4">
    <w:name w:val="heading 4"/>
    <w:basedOn w:val="Normal"/>
    <w:next w:val="Normal"/>
    <w:link w:val="Heading4Char"/>
    <w:uiPriority w:val="9"/>
    <w:semiHidden/>
    <w:unhideWhenUsed/>
    <w:qFormat/>
    <w:rsid w:val="00FC693F"/>
    <w:pPr>
      <w:keepNext/>
      <w:keepLines/>
      <w:spacing w:before="200" w:after="0"/>
      <w:outlineLvl w:val="3"/>
    </w:pPr>
    <w:rPr>
      <w:rFonts w:asciiTheme="majorHAnsi" w:eastAsiaTheme="majorEastAsia" w:hAnsiTheme="majorHAnsi" w:cstheme="majorBidi"/>
      <w:b/>
      <w:bCs/>
      <w:i/>
      <w:iCs/>
      <w:color w:val="4F81BD" w:themeColor="accent1"/>
    </w:rPr>
  </w:style>
  <w:style w:type="paragraph" w:styleId="Heading5">
    <w:name w:val="heading 5"/>
    <w:basedOn w:val="Normal"/>
    <w:next w:val="Normal"/>
    <w:link w:val="Heading5Char"/>
    <w:uiPriority w:val="9"/>
    <w:semiHidden/>
    <w:unhideWhenUsed/>
    <w:qFormat/>
    <w:rsid w:val="00FC693F"/>
    <w:pPr>
      <w:keepNext/>
      <w:keepLines/>
      <w:spacing w:before="200" w:after="0"/>
      <w:outlineLvl w:val="4"/>
    </w:pPr>
    <w:rPr>
      <w:rFonts w:asciiTheme="majorHAnsi" w:eastAsiaTheme="majorEastAsia" w:hAnsiTheme="majorHAnsi" w:cstheme="majorBidi"/>
      <w:color w:val="243F60" w:themeColor="accent1" w:themeShade="7F"/>
    </w:rPr>
  </w:style>
  <w:style w:type="paragraph" w:styleId="Heading6">
    <w:name w:val="heading 6"/>
    <w:basedOn w:val="Normal"/>
    <w:next w:val="Normal"/>
    <w:link w:val="Heading6Char"/>
    <w:uiPriority w:val="9"/>
    <w:semiHidden/>
    <w:unhideWhenUsed/>
    <w:qFormat/>
    <w:rsid w:val="00FC693F"/>
    <w:pPr>
      <w:keepNext/>
      <w:keepLines/>
      <w:spacing w:before="200" w:after="0"/>
      <w:outlineLvl w:val="5"/>
    </w:pPr>
    <w:rPr>
      <w:rFonts w:asciiTheme="majorHAnsi" w:eastAsiaTheme="majorEastAsia" w:hAnsiTheme="majorHAnsi" w:cstheme="majorBidi"/>
      <w:i/>
      <w:iCs/>
      <w:color w:val="243F60" w:themeColor="accent1" w:themeShade="7F"/>
    </w:rPr>
  </w:style>
  <w:style w:type="paragraph" w:styleId="Heading7">
    <w:name w:val="heading 7"/>
    <w:basedOn w:val="Normal"/>
    <w:next w:val="Normal"/>
    <w:link w:val="Heading7Char"/>
    <w:uiPriority w:val="9"/>
    <w:semiHidden/>
    <w:unhideWhenUsed/>
    <w:qFormat/>
    <w:rsid w:val="00FC693F"/>
    <w:pPr>
      <w:keepNext/>
      <w:keepLines/>
      <w:spacing w:before="200" w:after="0"/>
      <w:outlineLvl w:val="6"/>
    </w:pPr>
    <w:rPr>
      <w:rFonts w:asciiTheme="majorHAnsi" w:eastAsiaTheme="majorEastAsia" w:hAnsiTheme="majorHAnsi" w:cstheme="majorBidi"/>
      <w:i/>
      <w:iCs/>
      <w:color w:val="404040" w:themeColor="text1" w:themeTint="BF"/>
    </w:rPr>
  </w:style>
  <w:style w:type="paragraph" w:styleId="Heading8">
    <w:name w:val="heading 8"/>
    <w:basedOn w:val="Normal"/>
    <w:next w:val="Normal"/>
    <w:link w:val="Heading8Char"/>
    <w:uiPriority w:val="9"/>
    <w:semiHidden/>
    <w:unhideWhenUsed/>
    <w:qFormat/>
    <w:rsid w:val="00FC693F"/>
    <w:pPr>
      <w:keepNext/>
      <w:keepLines/>
      <w:spacing w:before="200" w:after="0"/>
      <w:outlineLvl w:val="7"/>
    </w:pPr>
    <w:rPr>
      <w:rFonts w:asciiTheme="majorHAnsi" w:eastAsiaTheme="majorEastAsia" w:hAnsiTheme="majorHAnsi" w:cstheme="majorBidi"/>
      <w:color w:val="4F81BD" w:themeColor="accent1"/>
      <w:sz w:val="20"/>
      <w:szCs w:val="20"/>
    </w:rPr>
  </w:style>
  <w:style w:type="paragraph" w:styleId="Heading9">
    <w:name w:val="heading 9"/>
    <w:basedOn w:val="Normal"/>
    <w:next w:val="Normal"/>
    <w:link w:val="Heading9Char"/>
    <w:uiPriority w:val="9"/>
    <w:semiHidden/>
    <w:unhideWhenUsed/>
    <w:qFormat/>
    <w:rsid w:val="00FC693F"/>
    <w:pPr>
      <w:keepNext/>
      <w:keepLines/>
      <w:spacing w:before="200" w:after="0"/>
      <w:outlineLvl w:val="8"/>
    </w:pPr>
    <w:rPr>
      <w:rFonts w:asciiTheme="majorHAnsi" w:eastAsiaTheme="majorEastAsia" w:hAnsiTheme="majorHAnsi" w:cstheme="majorBidi"/>
      <w:i/>
      <w:iCs/>
      <w:color w:val="404040" w:themeColor="text1" w:themeTint="BF"/>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FC693F"/>
    <w:pPr>
      <w:spacing w:after="0" w:line="240" w:lineRule="auto"/>
    </w:pPr>
  </w:style>
  <w:style w:type="character" w:customStyle="1" w:styleId="Heading1Char">
    <w:name w:val="Heading 1 Char"/>
    <w:basedOn w:val="DefaultParagraphFont"/>
    <w:link w:val="Heading1"/>
    <w:uiPriority w:val="9"/>
    <w:rsid w:val="00FC693F"/>
    <w:rPr>
      <w:rFonts w:asciiTheme="majorHAnsi" w:eastAsiaTheme="majorEastAsia" w:hAnsiTheme="majorHAnsi" w:cstheme="majorBidi"/>
      <w:b/>
      <w:bCs/>
      <w:color w:val="365F91" w:themeColor="accent1" w:themeShade="BF"/>
      <w:sz w:val="28"/>
      <w:szCs w:val="28"/>
    </w:rPr>
  </w:style>
  <w:style w:type="character" w:customStyle="1" w:styleId="Heading2Char">
    <w:name w:val="Heading 2 Char"/>
    <w:basedOn w:val="DefaultParagraphFont"/>
    <w:link w:val="Heading2"/>
    <w:uiPriority w:val="9"/>
    <w:rsid w:val="00FC693F"/>
    <w:rPr>
      <w:rFonts w:asciiTheme="majorHAnsi" w:eastAsiaTheme="majorEastAsia" w:hAnsiTheme="majorHAnsi" w:cstheme="majorBidi"/>
      <w:b/>
      <w:bCs/>
      <w:color w:val="4F81BD" w:themeColor="accent1"/>
      <w:sz w:val="26"/>
      <w:szCs w:val="26"/>
    </w:rPr>
  </w:style>
  <w:style w:type="character" w:customStyle="1" w:styleId="Heading3Char">
    <w:name w:val="Heading 3 Char"/>
    <w:basedOn w:val="DefaultParagraphFont"/>
    <w:link w:val="Heading3"/>
    <w:uiPriority w:val="9"/>
    <w:rsid w:val="00FC693F"/>
    <w:rPr>
      <w:rFonts w:asciiTheme="majorHAnsi" w:eastAsiaTheme="majorEastAsia" w:hAnsiTheme="majorHAnsi" w:cstheme="majorBidi"/>
      <w:b/>
      <w:bCs/>
      <w:color w:val="4F81BD" w:themeColor="accent1"/>
    </w:rPr>
  </w:style>
  <w:style w:type="paragraph" w:styleId="Title">
    <w:name w:val="Title"/>
    <w:basedOn w:val="Normal"/>
    <w:next w:val="Normal"/>
    <w:link w:val="TitleChar"/>
    <w:uiPriority w:val="10"/>
    <w:qFormat/>
    <w:rsid w:val="00FC693F"/>
    <w:pPr>
      <w:pBdr>
        <w:bottom w:val="single" w:sz="8" w:space="4" w:color="4F81BD" w:themeColor="accent1"/>
      </w:pBdr>
      <w:spacing w:after="300" w:line="240" w:lineRule="auto"/>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TitleChar">
    <w:name w:val="Title Char"/>
    <w:basedOn w:val="DefaultParagraphFont"/>
    <w:link w:val="Title"/>
    <w:uiPriority w:val="10"/>
    <w:rsid w:val="00FC693F"/>
    <w:rPr>
      <w:rFonts w:asciiTheme="majorHAnsi" w:eastAsiaTheme="majorEastAsia" w:hAnsiTheme="majorHAnsi" w:cstheme="majorBidi"/>
      <w:color w:val="17365D" w:themeColor="text2" w:themeShade="BF"/>
      <w:spacing w:val="5"/>
      <w:kern w:val="28"/>
      <w:sz w:val="52"/>
      <w:szCs w:val="52"/>
    </w:rPr>
  </w:style>
  <w:style w:type="paragraph" w:styleId="Subtitle">
    <w:name w:val="Subtitle"/>
    <w:basedOn w:val="Normal"/>
    <w:next w:val="Normal"/>
    <w:link w:val="SubtitleChar"/>
    <w:uiPriority w:val="11"/>
    <w:qFormat/>
    <w:rsid w:val="00FC693F"/>
    <w:pPr>
      <w:numPr>
        <w:ilvl w:val="1"/>
      </w:numPr>
    </w:pPr>
    <w:rPr>
      <w:rFonts w:asciiTheme="majorHAnsi" w:eastAsiaTheme="majorEastAsia" w:hAnsiTheme="majorHAnsi" w:cstheme="majorBidi"/>
      <w:i/>
      <w:iCs/>
      <w:color w:val="4F81BD" w:themeColor="accent1"/>
      <w:spacing w:val="15"/>
      <w:sz w:val="24"/>
      <w:szCs w:val="24"/>
    </w:rPr>
  </w:style>
  <w:style w:type="character" w:customStyle="1" w:styleId="SubtitleChar">
    <w:name w:val="Subtitle Char"/>
    <w:basedOn w:val="DefaultParagraphFont"/>
    <w:link w:val="Subtitle"/>
    <w:uiPriority w:val="11"/>
    <w:rsid w:val="00FC693F"/>
    <w:rPr>
      <w:rFonts w:asciiTheme="majorHAnsi" w:eastAsiaTheme="majorEastAsia" w:hAnsiTheme="majorHAnsi" w:cstheme="majorBidi"/>
      <w:i/>
      <w:iCs/>
      <w:color w:val="4F81BD" w:themeColor="accent1"/>
      <w:spacing w:val="15"/>
      <w:sz w:val="24"/>
      <w:szCs w:val="24"/>
    </w:rPr>
  </w:style>
  <w:style w:type="paragraph" w:styleId="ListParagraph">
    <w:name w:val="List Paragraph"/>
    <w:basedOn w:val="Normal"/>
    <w:uiPriority w:val="34"/>
    <w:qFormat/>
    <w:rsid w:val="00FC693F"/>
    <w:pPr>
      <w:ind w:left="720"/>
      <w:contextualSpacing/>
    </w:pPr>
  </w:style>
  <w:style w:type="paragraph" w:styleId="BodyText">
    <w:name w:val="Body Text"/>
    <w:basedOn w:val="Normal"/>
    <w:link w:val="BodyTextChar"/>
    <w:uiPriority w:val="99"/>
    <w:unhideWhenUsed/>
    <w:rsid w:val="00AA1D8D"/>
    <w:pPr>
      <w:spacing w:after="120"/>
    </w:pPr>
  </w:style>
  <w:style w:type="character" w:customStyle="1" w:styleId="BodyTextChar">
    <w:name w:val="Body Text Char"/>
    <w:basedOn w:val="DefaultParagraphFont"/>
    <w:link w:val="BodyText"/>
    <w:uiPriority w:val="99"/>
    <w:rsid w:val="00AA1D8D"/>
  </w:style>
  <w:style w:type="paragraph" w:styleId="BodyText2">
    <w:name w:val="Body Text 2"/>
    <w:basedOn w:val="Normal"/>
    <w:link w:val="BodyText2Char"/>
    <w:uiPriority w:val="99"/>
    <w:unhideWhenUsed/>
    <w:rsid w:val="00AA1D8D"/>
    <w:pPr>
      <w:spacing w:after="120" w:line="480" w:lineRule="auto"/>
    </w:pPr>
  </w:style>
  <w:style w:type="character" w:customStyle="1" w:styleId="BodyText2Char">
    <w:name w:val="Body Text 2 Char"/>
    <w:basedOn w:val="DefaultParagraphFont"/>
    <w:link w:val="BodyText2"/>
    <w:uiPriority w:val="99"/>
    <w:rsid w:val="00AA1D8D"/>
  </w:style>
  <w:style w:type="paragraph" w:styleId="BodyText3">
    <w:name w:val="Body Text 3"/>
    <w:basedOn w:val="Normal"/>
    <w:link w:val="BodyText3Char"/>
    <w:uiPriority w:val="99"/>
    <w:unhideWhenUsed/>
    <w:rsid w:val="00AA1D8D"/>
    <w:pPr>
      <w:spacing w:after="120"/>
    </w:pPr>
    <w:rPr>
      <w:sz w:val="16"/>
      <w:szCs w:val="16"/>
    </w:rPr>
  </w:style>
  <w:style w:type="character" w:customStyle="1" w:styleId="BodyText3Char">
    <w:name w:val="Body Text 3 Char"/>
    <w:basedOn w:val="DefaultParagraphFont"/>
    <w:link w:val="BodyText3"/>
    <w:uiPriority w:val="99"/>
    <w:rsid w:val="00AA1D8D"/>
    <w:rPr>
      <w:sz w:val="16"/>
      <w:szCs w:val="16"/>
    </w:rPr>
  </w:style>
  <w:style w:type="paragraph" w:styleId="List">
    <w:name w:val="List"/>
    <w:basedOn w:val="Normal"/>
    <w:uiPriority w:val="99"/>
    <w:unhideWhenUsed/>
    <w:rsid w:val="00AA1D8D"/>
    <w:pPr>
      <w:ind w:left="360" w:hanging="360"/>
      <w:contextualSpacing/>
    </w:pPr>
  </w:style>
  <w:style w:type="paragraph" w:styleId="List2">
    <w:name w:val="List 2"/>
    <w:basedOn w:val="Normal"/>
    <w:uiPriority w:val="99"/>
    <w:unhideWhenUsed/>
    <w:rsid w:val="00326F90"/>
    <w:pPr>
      <w:ind w:left="720" w:hanging="360"/>
      <w:contextualSpacing/>
    </w:pPr>
  </w:style>
  <w:style w:type="paragraph" w:styleId="List3">
    <w:name w:val="List 3"/>
    <w:basedOn w:val="Normal"/>
    <w:uiPriority w:val="99"/>
    <w:unhideWhenUsed/>
    <w:rsid w:val="00326F90"/>
    <w:pPr>
      <w:ind w:left="1080" w:hanging="360"/>
      <w:contextualSpacing/>
    </w:pPr>
  </w:style>
  <w:style w:type="paragraph" w:styleId="ListBullet">
    <w:name w:val="List Bullet"/>
    <w:basedOn w:val="Normal"/>
    <w:uiPriority w:val="99"/>
    <w:unhideWhenUsed/>
    <w:rsid w:val="00326F90"/>
    <w:pPr>
      <w:numPr>
        <w:numId w:val="1"/>
      </w:numPr>
      <w:contextualSpacing/>
    </w:pPr>
  </w:style>
  <w:style w:type="paragraph" w:styleId="ListBullet2">
    <w:name w:val="List Bullet 2"/>
    <w:basedOn w:val="Normal"/>
    <w:uiPriority w:val="99"/>
    <w:unhideWhenUsed/>
    <w:rsid w:val="00326F90"/>
    <w:pPr>
      <w:numPr>
        <w:numId w:val="2"/>
      </w:numPr>
      <w:contextualSpacing/>
    </w:pPr>
  </w:style>
  <w:style w:type="paragraph" w:styleId="ListBullet3">
    <w:name w:val="List Bullet 3"/>
    <w:basedOn w:val="Normal"/>
    <w:uiPriority w:val="99"/>
    <w:unhideWhenUsed/>
    <w:rsid w:val="00326F90"/>
    <w:pPr>
      <w:numPr>
        <w:numId w:val="3"/>
      </w:numPr>
      <w:contextualSpacing/>
    </w:pPr>
  </w:style>
  <w:style w:type="paragraph" w:styleId="ListNumber">
    <w:name w:val="List Number"/>
    <w:basedOn w:val="Normal"/>
    <w:uiPriority w:val="99"/>
    <w:unhideWhenUsed/>
    <w:rsid w:val="00326F90"/>
    <w:pPr>
      <w:numPr>
        <w:numId w:val="5"/>
      </w:numPr>
      <w:contextualSpacing/>
    </w:pPr>
  </w:style>
  <w:style w:type="paragraph" w:styleId="ListNumber2">
    <w:name w:val="List Number 2"/>
    <w:basedOn w:val="Normal"/>
    <w:uiPriority w:val="99"/>
    <w:unhideWhenUsed/>
    <w:rsid w:val="0029639D"/>
    <w:pPr>
      <w:numPr>
        <w:numId w:val="6"/>
      </w:numPr>
      <w:contextualSpacing/>
    </w:pPr>
  </w:style>
  <w:style w:type="paragraph" w:styleId="ListNumber3">
    <w:name w:val="List Number 3"/>
    <w:basedOn w:val="Normal"/>
    <w:uiPriority w:val="99"/>
    <w:unhideWhenUsed/>
    <w:rsid w:val="0029639D"/>
    <w:pPr>
      <w:numPr>
        <w:numId w:val="7"/>
      </w:numPr>
      <w:contextualSpacing/>
    </w:pPr>
  </w:style>
  <w:style w:type="paragraph" w:styleId="ListContinue">
    <w:name w:val="List Continue"/>
    <w:basedOn w:val="Normal"/>
    <w:uiPriority w:val="99"/>
    <w:unhideWhenUsed/>
    <w:rsid w:val="0029639D"/>
    <w:pPr>
      <w:spacing w:after="120"/>
      <w:ind w:left="360"/>
      <w:contextualSpacing/>
    </w:pPr>
  </w:style>
  <w:style w:type="paragraph" w:styleId="ListContinue2">
    <w:name w:val="List Continue 2"/>
    <w:basedOn w:val="Normal"/>
    <w:uiPriority w:val="99"/>
    <w:unhideWhenUsed/>
    <w:rsid w:val="0029639D"/>
    <w:pPr>
      <w:spacing w:after="120"/>
      <w:ind w:left="720"/>
      <w:contextualSpacing/>
    </w:pPr>
  </w:style>
  <w:style w:type="paragraph" w:styleId="ListContinue3">
    <w:name w:val="List Continue 3"/>
    <w:basedOn w:val="Normal"/>
    <w:uiPriority w:val="99"/>
    <w:unhideWhenUsed/>
    <w:rsid w:val="0029639D"/>
    <w:pPr>
      <w:spacing w:after="120"/>
      <w:ind w:left="1080"/>
      <w:contextualSpacing/>
    </w:pPr>
  </w:style>
  <w:style w:type="paragraph" w:styleId="MacroText">
    <w:name w:val="macro"/>
    <w:link w:val="MacroTextChar"/>
    <w:uiPriority w:val="99"/>
    <w:unhideWhenUsed/>
    <w:rsid w:val="0029639D"/>
    <w:pPr>
      <w:tabs>
        <w:tab w:val="left" w:pos="576"/>
        <w:tab w:val="left" w:pos="1152"/>
        <w:tab w:val="left" w:pos="1728"/>
        <w:tab w:val="left" w:pos="2304"/>
        <w:tab w:val="left" w:pos="2880"/>
        <w:tab w:val="left" w:pos="3456"/>
        <w:tab w:val="left" w:pos="4032"/>
      </w:tabs>
    </w:pPr>
    <w:rPr>
      <w:rFonts w:ascii="Courier" w:hAnsi="Courier"/>
      <w:sz w:val="20"/>
      <w:szCs w:val="20"/>
    </w:rPr>
  </w:style>
  <w:style w:type="character" w:customStyle="1" w:styleId="MacroTextChar">
    <w:name w:val="Macro Text Char"/>
    <w:basedOn w:val="DefaultParagraphFont"/>
    <w:link w:val="MacroText"/>
    <w:uiPriority w:val="99"/>
    <w:rsid w:val="0029639D"/>
    <w:rPr>
      <w:rFonts w:ascii="Courier" w:hAnsi="Courier"/>
      <w:sz w:val="20"/>
      <w:szCs w:val="20"/>
    </w:rPr>
  </w:style>
  <w:style w:type="paragraph" w:styleId="Quote">
    <w:name w:val="Quote"/>
    <w:basedOn w:val="Normal"/>
    <w:next w:val="Normal"/>
    <w:link w:val="QuoteChar"/>
    <w:uiPriority w:val="29"/>
    <w:qFormat/>
    <w:rsid w:val="00FC693F"/>
    <w:rPr>
      <w:i/>
      <w:iCs/>
      <w:color w:val="000000" w:themeColor="text1"/>
    </w:rPr>
  </w:style>
  <w:style w:type="character" w:customStyle="1" w:styleId="QuoteChar">
    <w:name w:val="Quote Char"/>
    <w:basedOn w:val="DefaultParagraphFont"/>
    <w:link w:val="Quote"/>
    <w:uiPriority w:val="29"/>
    <w:rsid w:val="00FC693F"/>
    <w:rPr>
      <w:i/>
      <w:iCs/>
      <w:color w:val="000000" w:themeColor="text1"/>
    </w:rPr>
  </w:style>
  <w:style w:type="character" w:customStyle="1" w:styleId="Heading4Char">
    <w:name w:val="Heading 4 Char"/>
    <w:basedOn w:val="DefaultParagraphFont"/>
    <w:link w:val="Heading4"/>
    <w:uiPriority w:val="9"/>
    <w:semiHidden/>
    <w:rsid w:val="00FC693F"/>
    <w:rPr>
      <w:rFonts w:asciiTheme="majorHAnsi" w:eastAsiaTheme="majorEastAsia" w:hAnsiTheme="majorHAnsi" w:cstheme="majorBidi"/>
      <w:b/>
      <w:bCs/>
      <w:i/>
      <w:iCs/>
      <w:color w:val="4F81BD" w:themeColor="accent1"/>
    </w:rPr>
  </w:style>
  <w:style w:type="character" w:customStyle="1" w:styleId="Heading5Char">
    <w:name w:val="Heading 5 Char"/>
    <w:basedOn w:val="DefaultParagraphFont"/>
    <w:link w:val="Heading5"/>
    <w:uiPriority w:val="9"/>
    <w:semiHidden/>
    <w:rsid w:val="00FC693F"/>
    <w:rPr>
      <w:rFonts w:asciiTheme="majorHAnsi" w:eastAsiaTheme="majorEastAsia" w:hAnsiTheme="majorHAnsi" w:cstheme="majorBidi"/>
      <w:color w:val="243F60" w:themeColor="accent1" w:themeShade="7F"/>
    </w:rPr>
  </w:style>
  <w:style w:type="character" w:customStyle="1" w:styleId="Heading6Char">
    <w:name w:val="Heading 6 Char"/>
    <w:basedOn w:val="DefaultParagraphFont"/>
    <w:link w:val="Heading6"/>
    <w:uiPriority w:val="9"/>
    <w:semiHidden/>
    <w:rsid w:val="00FC693F"/>
    <w:rPr>
      <w:rFonts w:asciiTheme="majorHAnsi" w:eastAsiaTheme="majorEastAsia" w:hAnsiTheme="majorHAnsi" w:cstheme="majorBidi"/>
      <w:i/>
      <w:iCs/>
      <w:color w:val="243F60" w:themeColor="accent1" w:themeShade="7F"/>
    </w:rPr>
  </w:style>
  <w:style w:type="character" w:customStyle="1" w:styleId="Heading7Char">
    <w:name w:val="Heading 7 Char"/>
    <w:basedOn w:val="DefaultParagraphFont"/>
    <w:link w:val="Heading7"/>
    <w:uiPriority w:val="9"/>
    <w:semiHidden/>
    <w:rsid w:val="00FC693F"/>
    <w:rPr>
      <w:rFonts w:asciiTheme="majorHAnsi" w:eastAsiaTheme="majorEastAsia" w:hAnsiTheme="majorHAnsi" w:cstheme="majorBidi"/>
      <w:i/>
      <w:iCs/>
      <w:color w:val="404040" w:themeColor="text1" w:themeTint="BF"/>
    </w:rPr>
  </w:style>
  <w:style w:type="character" w:customStyle="1" w:styleId="Heading8Char">
    <w:name w:val="Heading 8 Char"/>
    <w:basedOn w:val="DefaultParagraphFont"/>
    <w:link w:val="Heading8"/>
    <w:uiPriority w:val="9"/>
    <w:semiHidden/>
    <w:rsid w:val="00FC693F"/>
    <w:rPr>
      <w:rFonts w:asciiTheme="majorHAnsi" w:eastAsiaTheme="majorEastAsia" w:hAnsiTheme="majorHAnsi" w:cstheme="majorBidi"/>
      <w:color w:val="4F81BD" w:themeColor="accent1"/>
      <w:sz w:val="20"/>
      <w:szCs w:val="20"/>
    </w:rPr>
  </w:style>
  <w:style w:type="character" w:customStyle="1" w:styleId="Heading9Char">
    <w:name w:val="Heading 9 Char"/>
    <w:basedOn w:val="DefaultParagraphFont"/>
    <w:link w:val="Heading9"/>
    <w:uiPriority w:val="9"/>
    <w:semiHidden/>
    <w:rsid w:val="00FC693F"/>
    <w:rPr>
      <w:rFonts w:asciiTheme="majorHAnsi" w:eastAsiaTheme="majorEastAsia" w:hAnsiTheme="majorHAnsi" w:cstheme="majorBidi"/>
      <w:i/>
      <w:iCs/>
      <w:color w:val="404040" w:themeColor="text1" w:themeTint="BF"/>
      <w:sz w:val="20"/>
      <w:szCs w:val="20"/>
    </w:rPr>
  </w:style>
  <w:style w:type="paragraph" w:styleId="Caption">
    <w:name w:val="caption"/>
    <w:basedOn w:val="Normal"/>
    <w:next w:val="Normal"/>
    <w:uiPriority w:val="35"/>
    <w:semiHidden/>
    <w:unhideWhenUsed/>
    <w:qFormat/>
    <w:rsid w:val="00FC693F"/>
    <w:pPr>
      <w:spacing w:line="240" w:lineRule="auto"/>
    </w:pPr>
    <w:rPr>
      <w:b/>
      <w:bCs/>
      <w:color w:val="4F81BD" w:themeColor="accent1"/>
      <w:sz w:val="18"/>
      <w:szCs w:val="18"/>
    </w:rPr>
  </w:style>
  <w:style w:type="character" w:styleId="Strong">
    <w:name w:val="Strong"/>
    <w:basedOn w:val="DefaultParagraphFont"/>
    <w:uiPriority w:val="22"/>
    <w:qFormat/>
    <w:rsid w:val="00FC693F"/>
    <w:rPr>
      <w:b/>
      <w:bCs/>
    </w:rPr>
  </w:style>
  <w:style w:type="character" w:styleId="Emphasis">
    <w:name w:val="Emphasis"/>
    <w:basedOn w:val="DefaultParagraphFont"/>
    <w:uiPriority w:val="20"/>
    <w:qFormat/>
    <w:rsid w:val="00FC693F"/>
    <w:rPr>
      <w:i/>
      <w:iCs/>
    </w:rPr>
  </w:style>
  <w:style w:type="paragraph" w:styleId="IntenseQuote">
    <w:name w:val="Intense Quote"/>
    <w:basedOn w:val="Normal"/>
    <w:next w:val="Normal"/>
    <w:link w:val="IntenseQuoteChar"/>
    <w:uiPriority w:val="30"/>
    <w:qFormat/>
    <w:rsid w:val="00FC693F"/>
    <w:pPr>
      <w:pBdr>
        <w:bottom w:val="single" w:sz="4" w:space="4" w:color="4F81BD" w:themeColor="accent1"/>
      </w:pBdr>
      <w:spacing w:before="200" w:after="280"/>
      <w:ind w:left="936" w:right="936"/>
    </w:pPr>
    <w:rPr>
      <w:b/>
      <w:bCs/>
      <w:i/>
      <w:iCs/>
      <w:color w:val="4F81BD" w:themeColor="accent1"/>
    </w:rPr>
  </w:style>
  <w:style w:type="character" w:customStyle="1" w:styleId="IntenseQuoteChar">
    <w:name w:val="Intense Quote Char"/>
    <w:basedOn w:val="DefaultParagraphFont"/>
    <w:link w:val="IntenseQuote"/>
    <w:uiPriority w:val="30"/>
    <w:rsid w:val="00FC693F"/>
    <w:rPr>
      <w:b/>
      <w:bCs/>
      <w:i/>
      <w:iCs/>
      <w:color w:val="4F81BD" w:themeColor="accent1"/>
    </w:rPr>
  </w:style>
  <w:style w:type="character" w:styleId="SubtleEmphasis">
    <w:name w:val="Subtle Emphasis"/>
    <w:basedOn w:val="DefaultParagraphFont"/>
    <w:uiPriority w:val="19"/>
    <w:qFormat/>
    <w:rsid w:val="00FC693F"/>
    <w:rPr>
      <w:i/>
      <w:iCs/>
      <w:color w:val="808080" w:themeColor="text1" w:themeTint="7F"/>
    </w:rPr>
  </w:style>
  <w:style w:type="character" w:styleId="IntenseEmphasis">
    <w:name w:val="Intense Emphasis"/>
    <w:basedOn w:val="DefaultParagraphFont"/>
    <w:uiPriority w:val="21"/>
    <w:qFormat/>
    <w:rsid w:val="00FC693F"/>
    <w:rPr>
      <w:b/>
      <w:bCs/>
      <w:i/>
      <w:iCs/>
      <w:color w:val="4F81BD" w:themeColor="accent1"/>
    </w:rPr>
  </w:style>
  <w:style w:type="character" w:styleId="SubtleReference">
    <w:name w:val="Subtle Reference"/>
    <w:basedOn w:val="DefaultParagraphFont"/>
    <w:uiPriority w:val="31"/>
    <w:qFormat/>
    <w:rsid w:val="00FC693F"/>
    <w:rPr>
      <w:smallCaps/>
      <w:color w:val="C0504D" w:themeColor="accent2"/>
      <w:u w:val="single"/>
    </w:rPr>
  </w:style>
  <w:style w:type="character" w:styleId="IntenseReference">
    <w:name w:val="Intense Reference"/>
    <w:basedOn w:val="DefaultParagraphFont"/>
    <w:uiPriority w:val="32"/>
    <w:qFormat/>
    <w:rsid w:val="00FC693F"/>
    <w:rPr>
      <w:b/>
      <w:bCs/>
      <w:smallCaps/>
      <w:color w:val="C0504D" w:themeColor="accent2"/>
      <w:spacing w:val="5"/>
      <w:u w:val="single"/>
    </w:rPr>
  </w:style>
  <w:style w:type="character" w:styleId="BookTitle">
    <w:name w:val="Book Title"/>
    <w:basedOn w:val="DefaultParagraphFont"/>
    <w:uiPriority w:val="33"/>
    <w:qFormat/>
    <w:rsid w:val="00FC693F"/>
    <w:rPr>
      <w:b/>
      <w:bCs/>
      <w:smallCaps/>
      <w:spacing w:val="5"/>
    </w:rPr>
  </w:style>
  <w:style w:type="paragraph" w:styleId="TOCHeading">
    <w:name w:val="TOC Heading"/>
    <w:basedOn w:val="Heading1"/>
    <w:next w:val="Normal"/>
    <w:uiPriority w:val="39"/>
    <w:semiHidden/>
    <w:unhideWhenUsed/>
    <w:qFormat/>
    <w:rsid w:val="00FC693F"/>
    <w:pPr>
      <w:outlineLvl w:val="9"/>
    </w:pPr>
  </w:style>
  <w:style w:type="table" w:styleId="TableGrid">
    <w:name w:val="Table Grid"/>
    <w:basedOn w:val="TableNormal"/>
    <w:uiPriority w:val="59"/>
    <w:rsid w:val="00FC693F"/>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styleId="LightShading">
    <w:name w:val="Light Shading"/>
    <w:basedOn w:val="TableNormal"/>
    <w:uiPriority w:val="60"/>
    <w:rsid w:val="00FC693F"/>
    <w:pPr>
      <w:spacing w:after="0" w:line="240" w:lineRule="auto"/>
    </w:pPr>
    <w:rPr>
      <w:color w:val="000000" w:themeColor="text1" w:themeShade="BF"/>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styleId="LightShading-Accent1">
    <w:name w:val="Light Shading Accent 1"/>
    <w:basedOn w:val="TableNormal"/>
    <w:uiPriority w:val="60"/>
    <w:rsid w:val="00FC693F"/>
    <w:pPr>
      <w:spacing w:after="0" w:line="240" w:lineRule="auto"/>
    </w:pPr>
    <w:rPr>
      <w:color w:val="365F91" w:themeColor="accent1" w:themeShade="BF"/>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la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left w:val="nil"/>
          <w:right w:val="nil"/>
          <w:insideH w:val="nil"/>
          <w:insideV w:val="nil"/>
        </w:tcBorders>
        <w:shd w:val="clear" w:color="auto" w:fill="D3DFEE" w:themeFill="accent1" w:themeFillTint="3F"/>
      </w:tcPr>
    </w:tblStylePr>
  </w:style>
  <w:style w:type="table" w:styleId="LightShading-Accent2">
    <w:name w:val="Light Shading Accent 2"/>
    <w:basedOn w:val="TableNormal"/>
    <w:uiPriority w:val="60"/>
    <w:rsid w:val="00FC693F"/>
    <w:pPr>
      <w:spacing w:after="0" w:line="240" w:lineRule="auto"/>
    </w:pPr>
    <w:rPr>
      <w:color w:val="943634" w:themeColor="accent2" w:themeShade="BF"/>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la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left w:val="nil"/>
          <w:right w:val="nil"/>
          <w:insideH w:val="nil"/>
          <w:insideV w:val="nil"/>
        </w:tcBorders>
        <w:shd w:val="clear" w:color="auto" w:fill="EFD3D2" w:themeFill="accent2" w:themeFillTint="3F"/>
      </w:tcPr>
    </w:tblStylePr>
  </w:style>
  <w:style w:type="table" w:styleId="LightShading-Accent3">
    <w:name w:val="Light Shading Accent 3"/>
    <w:basedOn w:val="TableNormal"/>
    <w:uiPriority w:val="60"/>
    <w:rsid w:val="00FC693F"/>
    <w:pPr>
      <w:spacing w:after="0" w:line="240" w:lineRule="auto"/>
    </w:pPr>
    <w:rPr>
      <w:color w:val="76923C" w:themeColor="accent3" w:themeShade="BF"/>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la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left w:val="nil"/>
          <w:right w:val="nil"/>
          <w:insideH w:val="nil"/>
          <w:insideV w:val="nil"/>
        </w:tcBorders>
        <w:shd w:val="clear" w:color="auto" w:fill="E6EED5" w:themeFill="accent3" w:themeFillTint="3F"/>
      </w:tcPr>
    </w:tblStylePr>
  </w:style>
  <w:style w:type="table" w:styleId="LightShading-Accent4">
    <w:name w:val="Light Shading Accent 4"/>
    <w:basedOn w:val="TableNormal"/>
    <w:uiPriority w:val="60"/>
    <w:rsid w:val="00FC693F"/>
    <w:pPr>
      <w:spacing w:after="0" w:line="240" w:lineRule="auto"/>
    </w:pPr>
    <w:rPr>
      <w:color w:val="5F497A" w:themeColor="accent4" w:themeShade="BF"/>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la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left w:val="nil"/>
          <w:right w:val="nil"/>
          <w:insideH w:val="nil"/>
          <w:insideV w:val="nil"/>
        </w:tcBorders>
        <w:shd w:val="clear" w:color="auto" w:fill="DFD8E8" w:themeFill="accent4" w:themeFillTint="3F"/>
      </w:tcPr>
    </w:tblStylePr>
  </w:style>
  <w:style w:type="table" w:styleId="LightShading-Accent5">
    <w:name w:val="Light Shading Accent 5"/>
    <w:basedOn w:val="TableNormal"/>
    <w:uiPriority w:val="60"/>
    <w:rsid w:val="00FC693F"/>
    <w:pPr>
      <w:spacing w:after="0" w:line="240" w:lineRule="auto"/>
    </w:pPr>
    <w:rPr>
      <w:color w:val="31849B" w:themeColor="accent5" w:themeShade="BF"/>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la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left w:val="nil"/>
          <w:right w:val="nil"/>
          <w:insideH w:val="nil"/>
          <w:insideV w:val="nil"/>
        </w:tcBorders>
        <w:shd w:val="clear" w:color="auto" w:fill="D2EAF1" w:themeFill="accent5" w:themeFillTint="3F"/>
      </w:tcPr>
    </w:tblStylePr>
  </w:style>
  <w:style w:type="table" w:styleId="LightShading-Accent6">
    <w:name w:val="Light Shading Accent 6"/>
    <w:basedOn w:val="TableNormal"/>
    <w:uiPriority w:val="60"/>
    <w:rsid w:val="00FC693F"/>
    <w:pPr>
      <w:spacing w:after="0" w:line="240" w:lineRule="auto"/>
    </w:pPr>
    <w:rPr>
      <w:color w:val="E36C0A" w:themeColor="accent6" w:themeShade="BF"/>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la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left w:val="nil"/>
          <w:right w:val="nil"/>
          <w:insideH w:val="nil"/>
          <w:insideV w:val="nil"/>
        </w:tcBorders>
        <w:shd w:val="clear" w:color="auto" w:fill="FDE4D0" w:themeFill="accent6" w:themeFillTint="3F"/>
      </w:tcPr>
    </w:tblStylePr>
  </w:style>
  <w:style w:type="table" w:styleId="LightList">
    <w:name w:val="Light List"/>
    <w:basedOn w:val="TableNormal"/>
    <w:uiPriority w:val="61"/>
    <w:rsid w:val="00FC693F"/>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table" w:styleId="LightList-Accent1">
    <w:name w:val="Light List Accent 1"/>
    <w:basedOn w:val="TableNormal"/>
    <w:uiPriority w:val="61"/>
    <w:rsid w:val="00FC693F"/>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F81BD" w:themeFill="accent1"/>
      </w:tcPr>
    </w:tblStylePr>
    <w:tblStylePr w:type="lastRow">
      <w:pPr>
        <w:spacing w:before="0" w:after="0" w:line="240" w:lineRule="auto"/>
      </w:pPr>
      <w:rPr>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tcBorders>
      </w:tcPr>
    </w:tblStylePr>
    <w:tblStylePr w:type="firstCol">
      <w:rPr>
        <w:b/>
        <w:bCs/>
      </w:rPr>
    </w:tblStylePr>
    <w:tblStylePr w:type="lastCol">
      <w:rPr>
        <w:b/>
        <w:bCs/>
      </w:r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style>
  <w:style w:type="table" w:styleId="LightList-Accent2">
    <w:name w:val="Light List Accent 2"/>
    <w:basedOn w:val="TableNormal"/>
    <w:uiPriority w:val="61"/>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C0504D" w:themeFill="accent2"/>
      </w:tcPr>
    </w:tblStylePr>
    <w:tblStylePr w:type="lastRow">
      <w:pPr>
        <w:spacing w:before="0" w:after="0" w:line="240" w:lineRule="auto"/>
      </w:pPr>
      <w:rPr>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tcBorders>
      </w:tcPr>
    </w:tblStylePr>
    <w:tblStylePr w:type="firstCol">
      <w:rPr>
        <w:b/>
        <w:bCs/>
      </w:rPr>
    </w:tblStylePr>
    <w:tblStylePr w:type="lastCol">
      <w:rPr>
        <w:b/>
        <w:bCs/>
      </w:r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style>
  <w:style w:type="table" w:styleId="LightList-Accent3">
    <w:name w:val="Light List Accent 3"/>
    <w:basedOn w:val="TableNormal"/>
    <w:uiPriority w:val="61"/>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9BBB59" w:themeFill="accent3"/>
      </w:tcPr>
    </w:tblStylePr>
    <w:tblStylePr w:type="lastRow">
      <w:pPr>
        <w:spacing w:before="0" w:after="0" w:line="240" w:lineRule="auto"/>
      </w:pPr>
      <w:rPr>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tcBorders>
      </w:tcPr>
    </w:tblStylePr>
    <w:tblStylePr w:type="firstCol">
      <w:rPr>
        <w:b/>
        <w:bCs/>
      </w:rPr>
    </w:tblStylePr>
    <w:tblStylePr w:type="lastCol">
      <w:rPr>
        <w:b/>
        <w:bCs/>
      </w:r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style>
  <w:style w:type="table" w:styleId="LightList-Accent4">
    <w:name w:val="Light List Accent 4"/>
    <w:basedOn w:val="TableNormal"/>
    <w:uiPriority w:val="61"/>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8064A2" w:themeFill="accent4"/>
      </w:tcPr>
    </w:tblStylePr>
    <w:tblStylePr w:type="lastRow">
      <w:pPr>
        <w:spacing w:before="0" w:after="0" w:line="240" w:lineRule="auto"/>
      </w:pPr>
      <w:rPr>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tcBorders>
      </w:tcPr>
    </w:tblStylePr>
    <w:tblStylePr w:type="firstCol">
      <w:rPr>
        <w:b/>
        <w:bCs/>
      </w:rPr>
    </w:tblStylePr>
    <w:tblStylePr w:type="lastCol">
      <w:rPr>
        <w:b/>
        <w:bCs/>
      </w:r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style>
  <w:style w:type="table" w:styleId="LightList-Accent5">
    <w:name w:val="Light List Accent 5"/>
    <w:basedOn w:val="TableNormal"/>
    <w:uiPriority w:val="61"/>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BACC6" w:themeFill="accent5"/>
      </w:tcPr>
    </w:tblStylePr>
    <w:tblStylePr w:type="lastRow">
      <w:pPr>
        <w:spacing w:before="0" w:after="0" w:line="240" w:lineRule="auto"/>
      </w:pPr>
      <w:rPr>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tcBorders>
      </w:tcPr>
    </w:tblStylePr>
    <w:tblStylePr w:type="firstCol">
      <w:rPr>
        <w:b/>
        <w:bCs/>
      </w:rPr>
    </w:tblStylePr>
    <w:tblStylePr w:type="lastCol">
      <w:rPr>
        <w:b/>
        <w:bCs/>
      </w:r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style>
  <w:style w:type="table" w:styleId="LightList-Accent6">
    <w:name w:val="Light List Accent 6"/>
    <w:basedOn w:val="TableNormal"/>
    <w:uiPriority w:val="61"/>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F79646" w:themeFill="accent6"/>
      </w:tcPr>
    </w:tblStylePr>
    <w:tblStylePr w:type="lastRow">
      <w:pPr>
        <w:spacing w:before="0" w:after="0" w:line="240" w:lineRule="auto"/>
      </w:pPr>
      <w:rPr>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tcBorders>
      </w:tcPr>
    </w:tblStylePr>
    <w:tblStylePr w:type="firstCol">
      <w:rPr>
        <w:b/>
        <w:bCs/>
      </w:rPr>
    </w:tblStylePr>
    <w:tblStylePr w:type="lastCol">
      <w:rPr>
        <w:b/>
        <w:bCs/>
      </w:r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style>
  <w:style w:type="table" w:styleId="LightGrid">
    <w:name w:val="Light Grid"/>
    <w:basedOn w:val="TableNormal"/>
    <w:uiPriority w:val="62"/>
    <w:rsid w:val="00CB0664"/>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table" w:styleId="LightGrid-Accent1">
    <w:name w:val="Light Grid Accent 1"/>
    <w:basedOn w:val="TableNormal"/>
    <w:uiPriority w:val="62"/>
    <w:rsid w:val="00CB0664"/>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18" w:space="0" w:color="4F81BD" w:themeColor="accent1"/>
          <w:right w:val="single" w:sz="8" w:space="0" w:color="4F81BD" w:themeColor="accent1"/>
          <w:insideH w:val="nil"/>
          <w:insideV w:val="single" w:sz="8" w:space="0" w:color="4F81BD" w:themeColor="accen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insideH w:val="nil"/>
          <w:insideV w:val="single" w:sz="8" w:space="0" w:color="4F81BD" w:themeColor="accen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shd w:val="clear" w:color="auto" w:fill="D3DFEE" w:themeFill="accent1" w:themeFillTint="3F"/>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shd w:val="clear" w:color="auto" w:fill="D3DFEE" w:themeFill="accent1" w:themeFillTint="3F"/>
      </w:tcPr>
    </w:tblStylePr>
    <w:tblStylePr w:type="band2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tcPr>
    </w:tblStylePr>
  </w:style>
  <w:style w:type="table" w:styleId="LightGrid-Accent2">
    <w:name w:val="Light Grid Accent 2"/>
    <w:basedOn w:val="TableNormal"/>
    <w:uiPriority w:val="62"/>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18" w:space="0" w:color="C0504D" w:themeColor="accent2"/>
          <w:right w:val="single" w:sz="8" w:space="0" w:color="C0504D" w:themeColor="accent2"/>
          <w:insideH w:val="nil"/>
          <w:insideV w:val="single" w:sz="8" w:space="0" w:color="C0504D" w:themeColor="accent2"/>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insideH w:val="nil"/>
          <w:insideV w:val="single" w:sz="8" w:space="0" w:color="C0504D" w:themeColor="accent2"/>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shd w:val="clear" w:color="auto" w:fill="EFD3D2" w:themeFill="accent2" w:themeFillTint="3F"/>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shd w:val="clear" w:color="auto" w:fill="EFD3D2" w:themeFill="accent2" w:themeFillTint="3F"/>
      </w:tcPr>
    </w:tblStylePr>
    <w:tblStylePr w:type="band2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tcPr>
    </w:tblStylePr>
  </w:style>
  <w:style w:type="table" w:styleId="LightGrid-Accent3">
    <w:name w:val="Light Grid Accent 3"/>
    <w:basedOn w:val="TableNormal"/>
    <w:uiPriority w:val="62"/>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18" w:space="0" w:color="9BBB59" w:themeColor="accent3"/>
          <w:right w:val="single" w:sz="8" w:space="0" w:color="9BBB59" w:themeColor="accent3"/>
          <w:insideH w:val="nil"/>
          <w:insideV w:val="single" w:sz="8" w:space="0" w:color="9BBB59" w:themeColor="accent3"/>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insideH w:val="nil"/>
          <w:insideV w:val="single" w:sz="8" w:space="0" w:color="9BBB59" w:themeColor="accent3"/>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shd w:val="clear" w:color="auto" w:fill="E6EED5" w:themeFill="accent3" w:themeFillTint="3F"/>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shd w:val="clear" w:color="auto" w:fill="E6EED5" w:themeFill="accent3" w:themeFillTint="3F"/>
      </w:tcPr>
    </w:tblStylePr>
    <w:tblStylePr w:type="band2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tcPr>
    </w:tblStylePr>
  </w:style>
  <w:style w:type="table" w:styleId="LightGrid-Accent4">
    <w:name w:val="Light Grid Accent 4"/>
    <w:basedOn w:val="TableNormal"/>
    <w:uiPriority w:val="62"/>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18" w:space="0" w:color="8064A2" w:themeColor="accent4"/>
          <w:right w:val="single" w:sz="8" w:space="0" w:color="8064A2" w:themeColor="accent4"/>
          <w:insideH w:val="nil"/>
          <w:insideV w:val="single" w:sz="8" w:space="0" w:color="8064A2" w:themeColor="accent4"/>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insideH w:val="nil"/>
          <w:insideV w:val="single" w:sz="8" w:space="0" w:color="8064A2" w:themeColor="accent4"/>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shd w:val="clear" w:color="auto" w:fill="DFD8E8" w:themeFill="accent4" w:themeFillTint="3F"/>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shd w:val="clear" w:color="auto" w:fill="DFD8E8" w:themeFill="accent4" w:themeFillTint="3F"/>
      </w:tcPr>
    </w:tblStylePr>
    <w:tblStylePr w:type="band2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tcPr>
    </w:tblStylePr>
  </w:style>
  <w:style w:type="table" w:styleId="LightGrid-Accent5">
    <w:name w:val="Light Grid Accent 5"/>
    <w:basedOn w:val="TableNormal"/>
    <w:uiPriority w:val="62"/>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18" w:space="0" w:color="4BACC6" w:themeColor="accent5"/>
          <w:right w:val="single" w:sz="8" w:space="0" w:color="4BACC6" w:themeColor="accent5"/>
          <w:insideH w:val="nil"/>
          <w:insideV w:val="single" w:sz="8" w:space="0" w:color="4BACC6" w:themeColor="accent5"/>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insideH w:val="nil"/>
          <w:insideV w:val="single" w:sz="8" w:space="0" w:color="4BACC6" w:themeColor="accent5"/>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shd w:val="clear" w:color="auto" w:fill="D2EAF1" w:themeFill="accent5" w:themeFillTint="3F"/>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shd w:val="clear" w:color="auto" w:fill="D2EAF1" w:themeFill="accent5" w:themeFillTint="3F"/>
      </w:tcPr>
    </w:tblStylePr>
    <w:tblStylePr w:type="band2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tcPr>
    </w:tblStylePr>
  </w:style>
  <w:style w:type="table" w:styleId="LightGrid-Accent6">
    <w:name w:val="Light Grid Accent 6"/>
    <w:basedOn w:val="TableNormal"/>
    <w:uiPriority w:val="62"/>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18" w:space="0" w:color="F79646" w:themeColor="accent6"/>
          <w:right w:val="single" w:sz="8" w:space="0" w:color="F79646" w:themeColor="accent6"/>
          <w:insideH w:val="nil"/>
          <w:insideV w:val="single" w:sz="8" w:space="0" w:color="F79646" w:themeColor="accent6"/>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insideH w:val="nil"/>
          <w:insideV w:val="single" w:sz="8" w:space="0" w:color="F79646" w:themeColor="accent6"/>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shd w:val="clear" w:color="auto" w:fill="FDE4D0" w:themeFill="accent6" w:themeFillTint="3F"/>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shd w:val="clear" w:color="auto" w:fill="FDE4D0" w:themeFill="accent6" w:themeFillTint="3F"/>
      </w:tcPr>
    </w:tblStylePr>
    <w:tblStylePr w:type="band2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tcPr>
    </w:tblStylePr>
  </w:style>
  <w:style w:type="table" w:styleId="MediumShading1">
    <w:name w:val="Medium Shading 1"/>
    <w:basedOn w:val="TableNormal"/>
    <w:uiPriority w:val="63"/>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shd w:val="clear" w:color="auto" w:fill="000000" w:themeFill="text1"/>
      </w:tcPr>
    </w:tblStylePr>
    <w:tblStylePr w:type="lastRow">
      <w:pPr>
        <w:spacing w:before="0" w:after="0" w:line="240" w:lineRule="auto"/>
      </w:pPr>
      <w:rPr>
        <w:b/>
        <w:bCs/>
      </w:rPr>
      <w:tblPr/>
      <w:tcPr>
        <w:tcBorders>
          <w:top w:val="double" w:sz="6"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tcPr>
    </w:tblStylePr>
    <w:tblStylePr w:type="firstCol">
      <w:rPr>
        <w:b/>
        <w:bCs/>
      </w:rPr>
    </w:tblStylePr>
    <w:tblStylePr w:type="lastCol">
      <w:rPr>
        <w:b/>
        <w:bCs/>
      </w:rPr>
    </w:tblStylePr>
    <w:tblStylePr w:type="band1Vert">
      <w:tblPr/>
      <w:tcPr>
        <w:shd w:val="clear" w:color="auto" w:fill="C0C0C0" w:themeFill="text1" w:themeFillTint="3F"/>
      </w:tcPr>
    </w:tblStylePr>
    <w:tblStylePr w:type="band1Horz">
      <w:tblPr/>
      <w:tcPr>
        <w:tcBorders>
          <w:insideH w:val="nil"/>
          <w:insideV w:val="nil"/>
        </w:tcBorders>
        <w:shd w:val="clear" w:color="auto" w:fill="C0C0C0" w:themeFill="text1" w:themeFillTint="3F"/>
      </w:tcPr>
    </w:tblStylePr>
    <w:tblStylePr w:type="band2Horz">
      <w:tblPr/>
      <w:tcPr>
        <w:tcBorders>
          <w:insideH w:val="nil"/>
          <w:insideV w:val="nil"/>
        </w:tcBorders>
      </w:tcPr>
    </w:tblStylePr>
  </w:style>
  <w:style w:type="table" w:styleId="MediumShading1-Accent1">
    <w:name w:val="Medium Shading 1 Accent 1"/>
    <w:basedOn w:val="TableNormal"/>
    <w:uiPriority w:val="63"/>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shd w:val="clear" w:color="auto" w:fill="4F81BD" w:themeFill="accent1"/>
      </w:tcPr>
    </w:tblStylePr>
    <w:tblStylePr w:type="lastRow">
      <w:pPr>
        <w:spacing w:before="0" w:after="0" w:line="240" w:lineRule="auto"/>
      </w:pPr>
      <w:rPr>
        <w:b/>
        <w:bCs/>
      </w:rPr>
      <w:tblPr/>
      <w:tcPr>
        <w:tcBorders>
          <w:top w:val="double" w:sz="6"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tcPr>
    </w:tblStylePr>
    <w:tblStylePr w:type="firstCol">
      <w:rPr>
        <w:b/>
        <w:bCs/>
      </w:rPr>
    </w:tblStylePr>
    <w:tblStylePr w:type="lastCol">
      <w:rPr>
        <w:b/>
        <w:bCs/>
      </w:rPr>
    </w:tblStylePr>
    <w:tblStylePr w:type="band1Vert">
      <w:tblPr/>
      <w:tcPr>
        <w:shd w:val="clear" w:color="auto" w:fill="D3DFEE" w:themeFill="accent1" w:themeFillTint="3F"/>
      </w:tcPr>
    </w:tblStylePr>
    <w:tblStylePr w:type="band1Horz">
      <w:tblPr/>
      <w:tcPr>
        <w:tcBorders>
          <w:insideH w:val="nil"/>
          <w:insideV w:val="nil"/>
        </w:tcBorders>
        <w:shd w:val="clear" w:color="auto" w:fill="D3DFEE" w:themeFill="accent1" w:themeFillTint="3F"/>
      </w:tcPr>
    </w:tblStylePr>
    <w:tblStylePr w:type="band2Horz">
      <w:tblPr/>
      <w:tcPr>
        <w:tcBorders>
          <w:insideH w:val="nil"/>
          <w:insideV w:val="nil"/>
        </w:tcBorders>
      </w:tcPr>
    </w:tblStylePr>
  </w:style>
  <w:style w:type="table" w:styleId="MediumShading1-Accent2">
    <w:name w:val="Medium Shading 1 Accent 2"/>
    <w:basedOn w:val="TableNormal"/>
    <w:uiPriority w:val="63"/>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shd w:val="clear" w:color="auto" w:fill="C0504D" w:themeFill="accent2"/>
      </w:tcPr>
    </w:tblStylePr>
    <w:tblStylePr w:type="lastRow">
      <w:pPr>
        <w:spacing w:before="0" w:after="0" w:line="240" w:lineRule="auto"/>
      </w:pPr>
      <w:rPr>
        <w:b/>
        <w:bCs/>
      </w:rPr>
      <w:tblPr/>
      <w:tcPr>
        <w:tcBorders>
          <w:top w:val="double" w:sz="6"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tcPr>
    </w:tblStylePr>
    <w:tblStylePr w:type="firstCol">
      <w:rPr>
        <w:b/>
        <w:bCs/>
      </w:rPr>
    </w:tblStylePr>
    <w:tblStylePr w:type="lastCol">
      <w:rPr>
        <w:b/>
        <w:bCs/>
      </w:rPr>
    </w:tblStylePr>
    <w:tblStylePr w:type="band1Vert">
      <w:tblPr/>
      <w:tcPr>
        <w:shd w:val="clear" w:color="auto" w:fill="EFD3D2" w:themeFill="accent2" w:themeFillTint="3F"/>
      </w:tcPr>
    </w:tblStylePr>
    <w:tblStylePr w:type="band1Horz">
      <w:tblPr/>
      <w:tcPr>
        <w:tcBorders>
          <w:insideH w:val="nil"/>
          <w:insideV w:val="nil"/>
        </w:tcBorders>
        <w:shd w:val="clear" w:color="auto" w:fill="EFD3D2" w:themeFill="accent2" w:themeFillTint="3F"/>
      </w:tcPr>
    </w:tblStylePr>
    <w:tblStylePr w:type="band2Horz">
      <w:tblPr/>
      <w:tcPr>
        <w:tcBorders>
          <w:insideH w:val="nil"/>
          <w:insideV w:val="nil"/>
        </w:tcBorders>
      </w:tcPr>
    </w:tblStylePr>
  </w:style>
  <w:style w:type="table" w:styleId="MediumShading1-Accent3">
    <w:name w:val="Medium Shading 1 Accent 3"/>
    <w:basedOn w:val="TableNormal"/>
    <w:uiPriority w:val="63"/>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shd w:val="clear" w:color="auto" w:fill="9BBB59" w:themeFill="accent3"/>
      </w:tcPr>
    </w:tblStylePr>
    <w:tblStylePr w:type="lastRow">
      <w:pPr>
        <w:spacing w:before="0" w:after="0" w:line="240" w:lineRule="auto"/>
      </w:pPr>
      <w:rPr>
        <w:b/>
        <w:bCs/>
      </w:rPr>
      <w:tblPr/>
      <w:tcPr>
        <w:tcBorders>
          <w:top w:val="double" w:sz="6"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tcPr>
    </w:tblStylePr>
    <w:tblStylePr w:type="firstCol">
      <w:rPr>
        <w:b/>
        <w:bCs/>
      </w:rPr>
    </w:tblStylePr>
    <w:tblStylePr w:type="lastCol">
      <w:rPr>
        <w:b/>
        <w:bCs/>
      </w:rPr>
    </w:tblStylePr>
    <w:tblStylePr w:type="band1Vert">
      <w:tblPr/>
      <w:tcPr>
        <w:shd w:val="clear" w:color="auto" w:fill="E6EED5" w:themeFill="accent3" w:themeFillTint="3F"/>
      </w:tcPr>
    </w:tblStylePr>
    <w:tblStylePr w:type="band1Horz">
      <w:tblPr/>
      <w:tcPr>
        <w:tcBorders>
          <w:insideH w:val="nil"/>
          <w:insideV w:val="nil"/>
        </w:tcBorders>
        <w:shd w:val="clear" w:color="auto" w:fill="E6EED5" w:themeFill="accent3" w:themeFillTint="3F"/>
      </w:tcPr>
    </w:tblStylePr>
    <w:tblStylePr w:type="band2Horz">
      <w:tblPr/>
      <w:tcPr>
        <w:tcBorders>
          <w:insideH w:val="nil"/>
          <w:insideV w:val="nil"/>
        </w:tcBorders>
      </w:tcPr>
    </w:tblStylePr>
  </w:style>
  <w:style w:type="table" w:styleId="MediumShading1-Accent4">
    <w:name w:val="Medium Shading 1 Accent 4"/>
    <w:basedOn w:val="TableNormal"/>
    <w:uiPriority w:val="63"/>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shd w:val="clear" w:color="auto" w:fill="8064A2" w:themeFill="accent4"/>
      </w:tcPr>
    </w:tblStylePr>
    <w:tblStylePr w:type="lastRow">
      <w:pPr>
        <w:spacing w:before="0" w:after="0" w:line="240" w:lineRule="auto"/>
      </w:pPr>
      <w:rPr>
        <w:b/>
        <w:bCs/>
      </w:rPr>
      <w:tblPr/>
      <w:tcPr>
        <w:tcBorders>
          <w:top w:val="double" w:sz="6"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tcPr>
    </w:tblStylePr>
    <w:tblStylePr w:type="firstCol">
      <w:rPr>
        <w:b/>
        <w:bCs/>
      </w:rPr>
    </w:tblStylePr>
    <w:tblStylePr w:type="lastCol">
      <w:rPr>
        <w:b/>
        <w:bCs/>
      </w:rPr>
    </w:tblStylePr>
    <w:tblStylePr w:type="band1Vert">
      <w:tblPr/>
      <w:tcPr>
        <w:shd w:val="clear" w:color="auto" w:fill="DFD8E8" w:themeFill="accent4" w:themeFillTint="3F"/>
      </w:tcPr>
    </w:tblStylePr>
    <w:tblStylePr w:type="band1Horz">
      <w:tblPr/>
      <w:tcPr>
        <w:tcBorders>
          <w:insideH w:val="nil"/>
          <w:insideV w:val="nil"/>
        </w:tcBorders>
        <w:shd w:val="clear" w:color="auto" w:fill="DFD8E8" w:themeFill="accent4" w:themeFillTint="3F"/>
      </w:tcPr>
    </w:tblStylePr>
    <w:tblStylePr w:type="band2Horz">
      <w:tblPr/>
      <w:tcPr>
        <w:tcBorders>
          <w:insideH w:val="nil"/>
          <w:insideV w:val="nil"/>
        </w:tcBorders>
      </w:tcPr>
    </w:tblStylePr>
  </w:style>
  <w:style w:type="table" w:styleId="MediumShading1-Accent5">
    <w:name w:val="Medium Shading 1 Accent 5"/>
    <w:basedOn w:val="TableNormal"/>
    <w:uiPriority w:val="63"/>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shd w:val="clear" w:color="auto" w:fill="4BACC6" w:themeFill="accent5"/>
      </w:tcPr>
    </w:tblStylePr>
    <w:tblStylePr w:type="lastRow">
      <w:pPr>
        <w:spacing w:before="0" w:after="0" w:line="240" w:lineRule="auto"/>
      </w:pPr>
      <w:rPr>
        <w:b/>
        <w:bCs/>
      </w:rPr>
      <w:tblPr/>
      <w:tcPr>
        <w:tcBorders>
          <w:top w:val="double" w:sz="6"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tcPr>
    </w:tblStylePr>
    <w:tblStylePr w:type="firstCol">
      <w:rPr>
        <w:b/>
        <w:bCs/>
      </w:rPr>
    </w:tblStylePr>
    <w:tblStylePr w:type="lastCol">
      <w:rPr>
        <w:b/>
        <w:bCs/>
      </w:rPr>
    </w:tblStylePr>
    <w:tblStylePr w:type="band1Vert">
      <w:tblPr/>
      <w:tcPr>
        <w:shd w:val="clear" w:color="auto" w:fill="D2EAF1" w:themeFill="accent5" w:themeFillTint="3F"/>
      </w:tcPr>
    </w:tblStylePr>
    <w:tblStylePr w:type="band1Horz">
      <w:tblPr/>
      <w:tcPr>
        <w:tcBorders>
          <w:insideH w:val="nil"/>
          <w:insideV w:val="nil"/>
        </w:tcBorders>
        <w:shd w:val="clear" w:color="auto" w:fill="D2EAF1" w:themeFill="accent5" w:themeFillTint="3F"/>
      </w:tcPr>
    </w:tblStylePr>
    <w:tblStylePr w:type="band2Horz">
      <w:tblPr/>
      <w:tcPr>
        <w:tcBorders>
          <w:insideH w:val="nil"/>
          <w:insideV w:val="nil"/>
        </w:tcBorders>
      </w:tcPr>
    </w:tblStylePr>
  </w:style>
  <w:style w:type="table" w:styleId="MediumShading1-Accent6">
    <w:name w:val="Medium Shading 1 Accent 6"/>
    <w:basedOn w:val="TableNormal"/>
    <w:uiPriority w:val="63"/>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shd w:val="clear" w:color="auto" w:fill="F79646" w:themeFill="accent6"/>
      </w:tcPr>
    </w:tblStylePr>
    <w:tblStylePr w:type="lastRow">
      <w:pPr>
        <w:spacing w:before="0" w:after="0" w:line="240" w:lineRule="auto"/>
      </w:pPr>
      <w:rPr>
        <w:b/>
        <w:bCs/>
      </w:rPr>
      <w:tblPr/>
      <w:tcPr>
        <w:tcBorders>
          <w:top w:val="double" w:sz="6"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tcPr>
    </w:tblStylePr>
    <w:tblStylePr w:type="firstCol">
      <w:rPr>
        <w:b/>
        <w:bCs/>
      </w:rPr>
    </w:tblStylePr>
    <w:tblStylePr w:type="lastCol">
      <w:rPr>
        <w:b/>
        <w:bCs/>
      </w:rPr>
    </w:tblStylePr>
    <w:tblStylePr w:type="band1Vert">
      <w:tblPr/>
      <w:tcPr>
        <w:shd w:val="clear" w:color="auto" w:fill="FDE4D0" w:themeFill="accent6" w:themeFillTint="3F"/>
      </w:tcPr>
    </w:tblStylePr>
    <w:tblStylePr w:type="band1Horz">
      <w:tblPr/>
      <w:tcPr>
        <w:tcBorders>
          <w:insideH w:val="nil"/>
          <w:insideV w:val="nil"/>
        </w:tcBorders>
        <w:shd w:val="clear" w:color="auto" w:fill="FDE4D0" w:themeFill="accent6" w:themeFillTint="3F"/>
      </w:tcPr>
    </w:tblStylePr>
    <w:tblStylePr w:type="band2Horz">
      <w:tblPr/>
      <w:tcPr>
        <w:tcBorders>
          <w:insideH w:val="nil"/>
          <w:insideV w:val="nil"/>
        </w:tcBorders>
      </w:tcPr>
    </w:tblStylePr>
  </w:style>
  <w:style w:type="table" w:styleId="MediumShading2">
    <w:name w:val="Medium Shading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000000" w:themeFill="tex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000000" w:themeFill="text1"/>
      </w:tcPr>
    </w:tblStylePr>
    <w:tblStylePr w:type="lastCol">
      <w:rPr>
        <w:b/>
        <w:bCs/>
        <w:color w:val="FFFFFF" w:themeColor="background1"/>
      </w:rPr>
      <w:tblPr/>
      <w:tcPr>
        <w:tcBorders>
          <w:left w:val="nil"/>
          <w:right w:val="nil"/>
          <w:insideH w:val="nil"/>
          <w:insideV w:val="nil"/>
        </w:tcBorders>
        <w:shd w:val="clear" w:color="auto" w:fill="000000" w:themeFill="tex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1">
    <w:name w:val="Medium Shading 2 Accent 1"/>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F81BD"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F81BD" w:themeFill="accent1"/>
      </w:tcPr>
    </w:tblStylePr>
    <w:tblStylePr w:type="lastCol">
      <w:rPr>
        <w:b/>
        <w:bCs/>
        <w:color w:val="FFFFFF" w:themeColor="background1"/>
      </w:rPr>
      <w:tblPr/>
      <w:tcPr>
        <w:tcBorders>
          <w:left w:val="nil"/>
          <w:right w:val="nil"/>
          <w:insideH w:val="nil"/>
          <w:insideV w:val="nil"/>
        </w:tcBorders>
        <w:shd w:val="clear" w:color="auto" w:fill="4F81BD"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2">
    <w:name w:val="Medium Shading 2 Accent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C0504D"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C0504D" w:themeFill="accent2"/>
      </w:tcPr>
    </w:tblStylePr>
    <w:tblStylePr w:type="lastCol">
      <w:rPr>
        <w:b/>
        <w:bCs/>
        <w:color w:val="FFFFFF" w:themeColor="background1"/>
      </w:rPr>
      <w:tblPr/>
      <w:tcPr>
        <w:tcBorders>
          <w:left w:val="nil"/>
          <w:right w:val="nil"/>
          <w:insideH w:val="nil"/>
          <w:insideV w:val="nil"/>
        </w:tcBorders>
        <w:shd w:val="clear" w:color="auto" w:fill="C0504D"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3">
    <w:name w:val="Medium Shading 2 Accent 3"/>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9BBB59"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9BBB59" w:themeFill="accent3"/>
      </w:tcPr>
    </w:tblStylePr>
    <w:tblStylePr w:type="lastCol">
      <w:rPr>
        <w:b/>
        <w:bCs/>
        <w:color w:val="FFFFFF" w:themeColor="background1"/>
      </w:rPr>
      <w:tblPr/>
      <w:tcPr>
        <w:tcBorders>
          <w:left w:val="nil"/>
          <w:right w:val="nil"/>
          <w:insideH w:val="nil"/>
          <w:insideV w:val="nil"/>
        </w:tcBorders>
        <w:shd w:val="clear" w:color="auto" w:fill="9BBB59"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4">
    <w:name w:val="Medium Shading 2 Accent 4"/>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8064A2" w:themeFill="accent4"/>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8064A2" w:themeFill="accent4"/>
      </w:tcPr>
    </w:tblStylePr>
    <w:tblStylePr w:type="lastCol">
      <w:rPr>
        <w:b/>
        <w:bCs/>
        <w:color w:val="FFFFFF" w:themeColor="background1"/>
      </w:rPr>
      <w:tblPr/>
      <w:tcPr>
        <w:tcBorders>
          <w:left w:val="nil"/>
          <w:right w:val="nil"/>
          <w:insideH w:val="nil"/>
          <w:insideV w:val="nil"/>
        </w:tcBorders>
        <w:shd w:val="clear" w:color="auto" w:fill="8064A2" w:themeFill="accent4"/>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5">
    <w:name w:val="Medium Shading 2 Accent 5"/>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BACC6"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BACC6" w:themeFill="accent5"/>
      </w:tcPr>
    </w:tblStylePr>
    <w:tblStylePr w:type="lastCol">
      <w:rPr>
        <w:b/>
        <w:bCs/>
        <w:color w:val="FFFFFF" w:themeColor="background1"/>
      </w:rPr>
      <w:tblPr/>
      <w:tcPr>
        <w:tcBorders>
          <w:left w:val="nil"/>
          <w:right w:val="nil"/>
          <w:insideH w:val="nil"/>
          <w:insideV w:val="nil"/>
        </w:tcBorders>
        <w:shd w:val="clear" w:color="auto" w:fill="4BACC6"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6">
    <w:name w:val="Medium Shading 2 Accent 6"/>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F79646" w:themeFill="accent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F79646" w:themeFill="accent6"/>
      </w:tcPr>
    </w:tblStylePr>
    <w:tblStylePr w:type="lastCol">
      <w:rPr>
        <w:b/>
        <w:bCs/>
        <w:color w:val="FFFFFF" w:themeColor="background1"/>
      </w:rPr>
      <w:tblPr/>
      <w:tcPr>
        <w:tcBorders>
          <w:left w:val="nil"/>
          <w:right w:val="nil"/>
          <w:insideH w:val="nil"/>
          <w:insideV w:val="nil"/>
        </w:tcBorders>
        <w:shd w:val="clear" w:color="auto" w:fill="F79646" w:themeFill="accent6"/>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List1">
    <w:name w:val="Medium Lis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000000" w:themeColor="text1"/>
        </w:tcBorders>
      </w:tcPr>
    </w:tblStylePr>
    <w:tblStylePr w:type="lastRow">
      <w:rPr>
        <w:b/>
        <w:bCs/>
        <w:color w:val="1F497D" w:themeColor="text2"/>
      </w:rPr>
      <w:tblPr/>
      <w:tcPr>
        <w:tcBorders>
          <w:top w:val="single" w:sz="8" w:space="0" w:color="000000" w:themeColor="text1"/>
          <w:bottom w:val="single" w:sz="8" w:space="0" w:color="000000" w:themeColor="text1"/>
        </w:tcBorders>
      </w:tcPr>
    </w:tblStylePr>
    <w:tblStylePr w:type="firstCol">
      <w:rPr>
        <w:b/>
        <w:bCs/>
      </w:rPr>
    </w:tblStylePr>
    <w:tblStylePr w:type="lastCol">
      <w:rPr>
        <w:b/>
        <w:bCs/>
      </w:rPr>
      <w:tblPr/>
      <w:tcPr>
        <w:tcBorders>
          <w:top w:val="single" w:sz="8" w:space="0" w:color="000000" w:themeColor="text1"/>
          <w:bottom w:val="single" w:sz="8" w:space="0" w:color="000000" w:themeColor="text1"/>
        </w:tcBorders>
      </w:tcPr>
    </w:tblStylePr>
    <w:tblStylePr w:type="band1Vert">
      <w:tblPr/>
      <w:tcPr>
        <w:shd w:val="clear" w:color="auto" w:fill="C0C0C0" w:themeFill="text1" w:themeFillTint="3F"/>
      </w:tcPr>
    </w:tblStylePr>
    <w:tblStylePr w:type="band1Horz">
      <w:tblPr/>
      <w:tcPr>
        <w:shd w:val="clear" w:color="auto" w:fill="C0C0C0" w:themeFill="text1" w:themeFillTint="3F"/>
      </w:tcPr>
    </w:tblStylePr>
  </w:style>
  <w:style w:type="table" w:styleId="MediumList1-Accent1">
    <w:name w:val="Medium List 1 Accen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F81BD" w:themeColor="accent1"/>
        </w:tcBorders>
      </w:tcPr>
    </w:tblStylePr>
    <w:tblStylePr w:type="lastRow">
      <w:rPr>
        <w:b/>
        <w:bCs/>
        <w:color w:val="1F497D" w:themeColor="text2"/>
      </w:rPr>
      <w:tblPr/>
      <w:tcPr>
        <w:tcBorders>
          <w:top w:val="single" w:sz="8" w:space="0" w:color="4F81BD" w:themeColor="accent1"/>
          <w:bottom w:val="single" w:sz="8" w:space="0" w:color="4F81BD" w:themeColor="accent1"/>
        </w:tcBorders>
      </w:tcPr>
    </w:tblStylePr>
    <w:tblStylePr w:type="firstCol">
      <w:rPr>
        <w:b/>
        <w:bCs/>
      </w:rPr>
    </w:tblStylePr>
    <w:tblStylePr w:type="lastCol">
      <w:rPr>
        <w:b/>
        <w:bCs/>
      </w:rPr>
      <w:tblPr/>
      <w:tcPr>
        <w:tcBorders>
          <w:top w:val="single" w:sz="8" w:space="0" w:color="4F81BD" w:themeColor="accent1"/>
          <w:bottom w:val="single" w:sz="8" w:space="0" w:color="4F81BD" w:themeColor="accent1"/>
        </w:tcBorders>
      </w:tcPr>
    </w:tblStylePr>
    <w:tblStylePr w:type="band1Vert">
      <w:tblPr/>
      <w:tcPr>
        <w:shd w:val="clear" w:color="auto" w:fill="D3DFEE" w:themeFill="accent1" w:themeFillTint="3F"/>
      </w:tcPr>
    </w:tblStylePr>
    <w:tblStylePr w:type="band1Horz">
      <w:tblPr/>
      <w:tcPr>
        <w:shd w:val="clear" w:color="auto" w:fill="D3DFEE" w:themeFill="accent1" w:themeFillTint="3F"/>
      </w:tcPr>
    </w:tblStylePr>
  </w:style>
  <w:style w:type="table" w:styleId="MediumList1-Accent2">
    <w:name w:val="Medium List 1 Accent 2"/>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C0504D" w:themeColor="accent2"/>
        </w:tcBorders>
      </w:tcPr>
    </w:tblStylePr>
    <w:tblStylePr w:type="lastRow">
      <w:rPr>
        <w:b/>
        <w:bCs/>
        <w:color w:val="1F497D" w:themeColor="text2"/>
      </w:rPr>
      <w:tblPr/>
      <w:tcPr>
        <w:tcBorders>
          <w:top w:val="single" w:sz="8" w:space="0" w:color="C0504D" w:themeColor="accent2"/>
          <w:bottom w:val="single" w:sz="8" w:space="0" w:color="C0504D" w:themeColor="accent2"/>
        </w:tcBorders>
      </w:tcPr>
    </w:tblStylePr>
    <w:tblStylePr w:type="firstCol">
      <w:rPr>
        <w:b/>
        <w:bCs/>
      </w:rPr>
    </w:tblStylePr>
    <w:tblStylePr w:type="lastCol">
      <w:rPr>
        <w:b/>
        <w:bCs/>
      </w:rPr>
      <w:tblPr/>
      <w:tcPr>
        <w:tcBorders>
          <w:top w:val="single" w:sz="8" w:space="0" w:color="C0504D" w:themeColor="accent2"/>
          <w:bottom w:val="single" w:sz="8" w:space="0" w:color="C0504D" w:themeColor="accent2"/>
        </w:tcBorders>
      </w:tcPr>
    </w:tblStylePr>
    <w:tblStylePr w:type="band1Vert">
      <w:tblPr/>
      <w:tcPr>
        <w:shd w:val="clear" w:color="auto" w:fill="EFD3D2" w:themeFill="accent2" w:themeFillTint="3F"/>
      </w:tcPr>
    </w:tblStylePr>
    <w:tblStylePr w:type="band1Horz">
      <w:tblPr/>
      <w:tcPr>
        <w:shd w:val="clear" w:color="auto" w:fill="EFD3D2" w:themeFill="accent2" w:themeFillTint="3F"/>
      </w:tcPr>
    </w:tblStylePr>
  </w:style>
  <w:style w:type="table" w:styleId="MediumList1-Accent3">
    <w:name w:val="Medium List 1 Accent 3"/>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9BBB59" w:themeColor="accent3"/>
        </w:tcBorders>
      </w:tcPr>
    </w:tblStylePr>
    <w:tblStylePr w:type="lastRow">
      <w:rPr>
        <w:b/>
        <w:bCs/>
        <w:color w:val="1F497D" w:themeColor="text2"/>
      </w:rPr>
      <w:tblPr/>
      <w:tcPr>
        <w:tcBorders>
          <w:top w:val="single" w:sz="8" w:space="0" w:color="9BBB59" w:themeColor="accent3"/>
          <w:bottom w:val="single" w:sz="8" w:space="0" w:color="9BBB59" w:themeColor="accent3"/>
        </w:tcBorders>
      </w:tcPr>
    </w:tblStylePr>
    <w:tblStylePr w:type="firstCol">
      <w:rPr>
        <w:b/>
        <w:bCs/>
      </w:rPr>
    </w:tblStylePr>
    <w:tblStylePr w:type="lastCol">
      <w:rPr>
        <w:b/>
        <w:bCs/>
      </w:rPr>
      <w:tblPr/>
      <w:tcPr>
        <w:tcBorders>
          <w:top w:val="single" w:sz="8" w:space="0" w:color="9BBB59" w:themeColor="accent3"/>
          <w:bottom w:val="single" w:sz="8" w:space="0" w:color="9BBB59" w:themeColor="accent3"/>
        </w:tcBorders>
      </w:tcPr>
    </w:tblStylePr>
    <w:tblStylePr w:type="band1Vert">
      <w:tblPr/>
      <w:tcPr>
        <w:shd w:val="clear" w:color="auto" w:fill="E6EED5" w:themeFill="accent3" w:themeFillTint="3F"/>
      </w:tcPr>
    </w:tblStylePr>
    <w:tblStylePr w:type="band1Horz">
      <w:tblPr/>
      <w:tcPr>
        <w:shd w:val="clear" w:color="auto" w:fill="E6EED5" w:themeFill="accent3" w:themeFillTint="3F"/>
      </w:tcPr>
    </w:tblStylePr>
  </w:style>
  <w:style w:type="table" w:styleId="MediumList1-Accent4">
    <w:name w:val="Medium List 1 Accent 4"/>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8064A2" w:themeColor="accent4"/>
        </w:tcBorders>
      </w:tcPr>
    </w:tblStylePr>
    <w:tblStylePr w:type="lastRow">
      <w:rPr>
        <w:b/>
        <w:bCs/>
        <w:color w:val="1F497D" w:themeColor="text2"/>
      </w:rPr>
      <w:tblPr/>
      <w:tcPr>
        <w:tcBorders>
          <w:top w:val="single" w:sz="8" w:space="0" w:color="8064A2" w:themeColor="accent4"/>
          <w:bottom w:val="single" w:sz="8" w:space="0" w:color="8064A2" w:themeColor="accent4"/>
        </w:tcBorders>
      </w:tcPr>
    </w:tblStylePr>
    <w:tblStylePr w:type="firstCol">
      <w:rPr>
        <w:b/>
        <w:bCs/>
      </w:rPr>
    </w:tblStylePr>
    <w:tblStylePr w:type="lastCol">
      <w:rPr>
        <w:b/>
        <w:bCs/>
      </w:rPr>
      <w:tblPr/>
      <w:tcPr>
        <w:tcBorders>
          <w:top w:val="single" w:sz="8" w:space="0" w:color="8064A2" w:themeColor="accent4"/>
          <w:bottom w:val="single" w:sz="8" w:space="0" w:color="8064A2" w:themeColor="accent4"/>
        </w:tcBorders>
      </w:tcPr>
    </w:tblStylePr>
    <w:tblStylePr w:type="band1Vert">
      <w:tblPr/>
      <w:tcPr>
        <w:shd w:val="clear" w:color="auto" w:fill="DFD8E8" w:themeFill="accent4" w:themeFillTint="3F"/>
      </w:tcPr>
    </w:tblStylePr>
    <w:tblStylePr w:type="band1Horz">
      <w:tblPr/>
      <w:tcPr>
        <w:shd w:val="clear" w:color="auto" w:fill="DFD8E8" w:themeFill="accent4" w:themeFillTint="3F"/>
      </w:tcPr>
    </w:tblStylePr>
  </w:style>
  <w:style w:type="table" w:styleId="MediumList1-Accent5">
    <w:name w:val="Medium List 1 Accent 5"/>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BACC6" w:themeColor="accent5"/>
        </w:tcBorders>
      </w:tcPr>
    </w:tblStylePr>
    <w:tblStylePr w:type="lastRow">
      <w:rPr>
        <w:b/>
        <w:bCs/>
        <w:color w:val="1F497D" w:themeColor="text2"/>
      </w:rPr>
      <w:tblPr/>
      <w:tcPr>
        <w:tcBorders>
          <w:top w:val="single" w:sz="8" w:space="0" w:color="4BACC6" w:themeColor="accent5"/>
          <w:bottom w:val="single" w:sz="8" w:space="0" w:color="4BACC6" w:themeColor="accent5"/>
        </w:tcBorders>
      </w:tcPr>
    </w:tblStylePr>
    <w:tblStylePr w:type="firstCol">
      <w:rPr>
        <w:b/>
        <w:bCs/>
      </w:rPr>
    </w:tblStylePr>
    <w:tblStylePr w:type="lastCol">
      <w:rPr>
        <w:b/>
        <w:bCs/>
      </w:rPr>
      <w:tblPr/>
      <w:tcPr>
        <w:tcBorders>
          <w:top w:val="single" w:sz="8" w:space="0" w:color="4BACC6" w:themeColor="accent5"/>
          <w:bottom w:val="single" w:sz="8" w:space="0" w:color="4BACC6" w:themeColor="accent5"/>
        </w:tcBorders>
      </w:tcPr>
    </w:tblStylePr>
    <w:tblStylePr w:type="band1Vert">
      <w:tblPr/>
      <w:tcPr>
        <w:shd w:val="clear" w:color="auto" w:fill="D2EAF1" w:themeFill="accent5" w:themeFillTint="3F"/>
      </w:tcPr>
    </w:tblStylePr>
    <w:tblStylePr w:type="band1Horz">
      <w:tblPr/>
      <w:tcPr>
        <w:shd w:val="clear" w:color="auto" w:fill="D2EAF1" w:themeFill="accent5" w:themeFillTint="3F"/>
      </w:tcPr>
    </w:tblStylePr>
  </w:style>
  <w:style w:type="table" w:styleId="MediumList1-Accent6">
    <w:name w:val="Medium List 1 Accent 6"/>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F79646" w:themeColor="accent6"/>
        </w:tcBorders>
      </w:tcPr>
    </w:tblStylePr>
    <w:tblStylePr w:type="lastRow">
      <w:rPr>
        <w:b/>
        <w:bCs/>
        <w:color w:val="1F497D" w:themeColor="text2"/>
      </w:rPr>
      <w:tblPr/>
      <w:tcPr>
        <w:tcBorders>
          <w:top w:val="single" w:sz="8" w:space="0" w:color="F79646" w:themeColor="accent6"/>
          <w:bottom w:val="single" w:sz="8" w:space="0" w:color="F79646" w:themeColor="accent6"/>
        </w:tcBorders>
      </w:tcPr>
    </w:tblStylePr>
    <w:tblStylePr w:type="firstCol">
      <w:rPr>
        <w:b/>
        <w:bCs/>
      </w:rPr>
    </w:tblStylePr>
    <w:tblStylePr w:type="lastCol">
      <w:rPr>
        <w:b/>
        <w:bCs/>
      </w:rPr>
      <w:tblPr/>
      <w:tcPr>
        <w:tcBorders>
          <w:top w:val="single" w:sz="8" w:space="0" w:color="F79646" w:themeColor="accent6"/>
          <w:bottom w:val="single" w:sz="8" w:space="0" w:color="F79646" w:themeColor="accent6"/>
        </w:tcBorders>
      </w:tcPr>
    </w:tblStylePr>
    <w:tblStylePr w:type="band1Vert">
      <w:tblPr/>
      <w:tcPr>
        <w:shd w:val="clear" w:color="auto" w:fill="FDE4D0" w:themeFill="accent6" w:themeFillTint="3F"/>
      </w:tcPr>
    </w:tblStylePr>
    <w:tblStylePr w:type="band1Horz">
      <w:tblPr/>
      <w:tcPr>
        <w:shd w:val="clear" w:color="auto" w:fill="FDE4D0" w:themeFill="accent6" w:themeFillTint="3F"/>
      </w:tcPr>
    </w:tblStylePr>
  </w:style>
  <w:style w:type="table" w:styleId="MediumList2">
    <w:name w:val="Medium Lis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rPr>
        <w:sz w:val="24"/>
        <w:szCs w:val="24"/>
      </w:rPr>
      <w:tblPr/>
      <w:tcPr>
        <w:tcBorders>
          <w:top w:val="nil"/>
          <w:left w:val="nil"/>
          <w:bottom w:val="single" w:sz="24" w:space="0" w:color="000000" w:themeColor="text1"/>
          <w:right w:val="nil"/>
          <w:insideH w:val="nil"/>
          <w:insideV w:val="nil"/>
        </w:tcBorders>
        <w:shd w:val="clear" w:color="auto" w:fill="FFFFFF" w:themeFill="background1"/>
      </w:tcPr>
    </w:tblStylePr>
    <w:tblStylePr w:type="lastRow">
      <w:tblPr/>
      <w:tcPr>
        <w:tcBorders>
          <w:top w:val="single" w:sz="8" w:space="0" w:color="000000"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000000" w:themeColor="text1"/>
          <w:insideH w:val="nil"/>
          <w:insideV w:val="nil"/>
        </w:tcBorders>
        <w:shd w:val="clear" w:color="auto" w:fill="FFFFFF" w:themeFill="background1"/>
      </w:tcPr>
    </w:tblStylePr>
    <w:tblStylePr w:type="lastCol">
      <w:tblPr/>
      <w:tcPr>
        <w:tcBorders>
          <w:top w:val="nil"/>
          <w:left w:val="single" w:sz="8" w:space="0" w:color="000000" w:themeColor="tex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top w:val="nil"/>
          <w:bottom w:val="nil"/>
          <w:insideH w:val="nil"/>
          <w:insideV w:val="nil"/>
        </w:tcBorders>
        <w:shd w:val="clear" w:color="auto" w:fill="C0C0C0" w:themeFill="tex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1">
    <w:name w:val="Medium List 2 Accent 1"/>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rPr>
        <w:sz w:val="24"/>
        <w:szCs w:val="24"/>
      </w:rPr>
      <w:tblPr/>
      <w:tcPr>
        <w:tcBorders>
          <w:top w:val="nil"/>
          <w:left w:val="nil"/>
          <w:bottom w:val="single" w:sz="24" w:space="0" w:color="4F81BD" w:themeColor="accent1"/>
          <w:right w:val="nil"/>
          <w:insideH w:val="nil"/>
          <w:insideV w:val="nil"/>
        </w:tcBorders>
        <w:shd w:val="clear" w:color="auto" w:fill="FFFFFF" w:themeFill="background1"/>
      </w:tcPr>
    </w:tblStylePr>
    <w:tblStylePr w:type="lastRow">
      <w:tblPr/>
      <w:tcPr>
        <w:tcBorders>
          <w:top w:val="single" w:sz="8" w:space="0" w:color="4F81BD" w:themeColor="accen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F81BD" w:themeColor="accent1"/>
          <w:insideH w:val="nil"/>
          <w:insideV w:val="nil"/>
        </w:tcBorders>
        <w:shd w:val="clear" w:color="auto" w:fill="FFFFFF" w:themeFill="background1"/>
      </w:tcPr>
    </w:tblStylePr>
    <w:tblStylePr w:type="lastCol">
      <w:tblPr/>
      <w:tcPr>
        <w:tcBorders>
          <w:top w:val="nil"/>
          <w:left w:val="single" w:sz="8" w:space="0" w:color="4F81BD" w:themeColor="accen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top w:val="nil"/>
          <w:bottom w:val="nil"/>
          <w:insideH w:val="nil"/>
          <w:insideV w:val="nil"/>
        </w:tcBorders>
        <w:shd w:val="clear" w:color="auto" w:fill="D3DFEE" w:themeFill="accen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2">
    <w:name w:val="Medium List 2 Accen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rPr>
        <w:sz w:val="24"/>
        <w:szCs w:val="24"/>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tblPr/>
      <w:tcPr>
        <w:tcBorders>
          <w:top w:val="single" w:sz="8" w:space="0" w:color="C0504D" w:themeColor="accent2"/>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C0504D" w:themeColor="accent2"/>
          <w:insideH w:val="nil"/>
          <w:insideV w:val="nil"/>
        </w:tcBorders>
        <w:shd w:val="clear" w:color="auto" w:fill="FFFFFF" w:themeFill="background1"/>
      </w:tcPr>
    </w:tblStylePr>
    <w:tblStylePr w:type="lastCol">
      <w:tblPr/>
      <w:tcPr>
        <w:tcBorders>
          <w:top w:val="nil"/>
          <w:left w:val="single" w:sz="8" w:space="0" w:color="C0504D" w:themeColor="accent2"/>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top w:val="nil"/>
          <w:bottom w:val="nil"/>
          <w:insideH w:val="nil"/>
          <w:insideV w:val="nil"/>
        </w:tcBorders>
        <w:shd w:val="clear" w:color="auto" w:fill="EFD3D2" w:themeFill="accent2"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3">
    <w:name w:val="Medium List 2 Accent 3"/>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rPr>
        <w:sz w:val="24"/>
        <w:szCs w:val="24"/>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tblPr/>
      <w:tcPr>
        <w:tcBorders>
          <w:top w:val="single" w:sz="8" w:space="0" w:color="9BBB59" w:themeColor="accent3"/>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9BBB59" w:themeColor="accent3"/>
          <w:insideH w:val="nil"/>
          <w:insideV w:val="nil"/>
        </w:tcBorders>
        <w:shd w:val="clear" w:color="auto" w:fill="FFFFFF" w:themeFill="background1"/>
      </w:tcPr>
    </w:tblStylePr>
    <w:tblStylePr w:type="lastCol">
      <w:tblPr/>
      <w:tcPr>
        <w:tcBorders>
          <w:top w:val="nil"/>
          <w:left w:val="single" w:sz="8" w:space="0" w:color="9BBB59" w:themeColor="accent3"/>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top w:val="nil"/>
          <w:bottom w:val="nil"/>
          <w:insideH w:val="nil"/>
          <w:insideV w:val="nil"/>
        </w:tcBorders>
        <w:shd w:val="clear" w:color="auto" w:fill="E6EED5" w:themeFill="accent3"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4">
    <w:name w:val="Medium List 2 Accent 4"/>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rPr>
        <w:sz w:val="24"/>
        <w:szCs w:val="24"/>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tblPr/>
      <w:tcPr>
        <w:tcBorders>
          <w:top w:val="single" w:sz="8" w:space="0" w:color="8064A2" w:themeColor="accent4"/>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8064A2" w:themeColor="accent4"/>
          <w:insideH w:val="nil"/>
          <w:insideV w:val="nil"/>
        </w:tcBorders>
        <w:shd w:val="clear" w:color="auto" w:fill="FFFFFF" w:themeFill="background1"/>
      </w:tcPr>
    </w:tblStylePr>
    <w:tblStylePr w:type="lastCol">
      <w:tblPr/>
      <w:tcPr>
        <w:tcBorders>
          <w:top w:val="nil"/>
          <w:left w:val="single" w:sz="8" w:space="0" w:color="8064A2" w:themeColor="accent4"/>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top w:val="nil"/>
          <w:bottom w:val="nil"/>
          <w:insideH w:val="nil"/>
          <w:insideV w:val="nil"/>
        </w:tcBorders>
        <w:shd w:val="clear" w:color="auto" w:fill="DFD8E8" w:themeFill="accent4"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5">
    <w:name w:val="Medium List 2 Accent 5"/>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rPr>
        <w:sz w:val="24"/>
        <w:szCs w:val="24"/>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tblPr/>
      <w:tcPr>
        <w:tcBorders>
          <w:top w:val="single" w:sz="8" w:space="0" w:color="4BACC6" w:themeColor="accent5"/>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BACC6" w:themeColor="accent5"/>
          <w:insideH w:val="nil"/>
          <w:insideV w:val="nil"/>
        </w:tcBorders>
        <w:shd w:val="clear" w:color="auto" w:fill="FFFFFF" w:themeFill="background1"/>
      </w:tcPr>
    </w:tblStylePr>
    <w:tblStylePr w:type="lastCol">
      <w:tblPr/>
      <w:tcPr>
        <w:tcBorders>
          <w:top w:val="nil"/>
          <w:left w:val="single" w:sz="8" w:space="0" w:color="4BACC6" w:themeColor="accent5"/>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top w:val="nil"/>
          <w:bottom w:val="nil"/>
          <w:insideH w:val="nil"/>
          <w:insideV w:val="nil"/>
        </w:tcBorders>
        <w:shd w:val="clear" w:color="auto" w:fill="D2EAF1" w:themeFill="accent5"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6">
    <w:name w:val="Medium List 2 Accent 6"/>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rPr>
        <w:sz w:val="24"/>
        <w:szCs w:val="24"/>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tblPr/>
      <w:tcPr>
        <w:tcBorders>
          <w:top w:val="single" w:sz="8" w:space="0" w:color="F79646" w:themeColor="accent6"/>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F79646" w:themeColor="accent6"/>
          <w:insideH w:val="nil"/>
          <w:insideV w:val="nil"/>
        </w:tcBorders>
        <w:shd w:val="clear" w:color="auto" w:fill="FFFFFF" w:themeFill="background1"/>
      </w:tcPr>
    </w:tblStylePr>
    <w:tblStylePr w:type="lastCol">
      <w:tblPr/>
      <w:tcPr>
        <w:tcBorders>
          <w:top w:val="nil"/>
          <w:left w:val="single" w:sz="8" w:space="0" w:color="F79646" w:themeColor="accent6"/>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top w:val="nil"/>
          <w:bottom w:val="nil"/>
          <w:insideH w:val="nil"/>
          <w:insideV w:val="nil"/>
        </w:tcBorders>
        <w:shd w:val="clear" w:color="auto" w:fill="FDE4D0" w:themeFill="accent6"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Grid1">
    <w:name w:val="Medium Grid 1"/>
    <w:basedOn w:val="TableNormal"/>
    <w:uiPriority w:val="67"/>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insideV w:val="single" w:sz="8" w:space="0" w:color="404040" w:themeColor="text1" w:themeTint="BF"/>
      </w:tblBorders>
      <w:tblCellMar>
        <w:top w:w="0" w:type="dxa"/>
        <w:left w:w="108" w:type="dxa"/>
        <w:bottom w:w="0" w:type="dxa"/>
        <w:right w:w="108" w:type="dxa"/>
      </w:tblCellMar>
    </w:tblPr>
    <w:tcPr>
      <w:shd w:val="clear" w:color="auto" w:fill="C0C0C0" w:themeFill="text1" w:themeFillTint="3F"/>
    </w:tcPr>
    <w:tblStylePr w:type="firstRow">
      <w:rPr>
        <w:b/>
        <w:bCs/>
      </w:rPr>
    </w:tblStylePr>
    <w:tblStylePr w:type="lastRow">
      <w:rPr>
        <w:b/>
        <w:bCs/>
      </w:rPr>
      <w:tblPr/>
      <w:tcPr>
        <w:tcBorders>
          <w:top w:val="single" w:sz="18" w:space="0" w:color="404040" w:themeColor="text1" w:themeTint="BF"/>
        </w:tcBorders>
      </w:tcPr>
    </w:tblStylePr>
    <w:tblStylePr w:type="firstCol">
      <w:rPr>
        <w:b/>
        <w:bCs/>
      </w:rPr>
    </w:tblStylePr>
    <w:tblStylePr w:type="lastCol">
      <w:rPr>
        <w:b/>
        <w:bCs/>
      </w:r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MediumGrid1-Accent1">
    <w:name w:val="Medium Grid 1 Accent 1"/>
    <w:basedOn w:val="TableNormal"/>
    <w:uiPriority w:val="67"/>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insideV w:val="single" w:sz="8" w:space="0" w:color="7BA0CD" w:themeColor="accent1" w:themeTint="BF"/>
      </w:tblBorders>
      <w:tblCellMar>
        <w:top w:w="0" w:type="dxa"/>
        <w:left w:w="108" w:type="dxa"/>
        <w:bottom w:w="0" w:type="dxa"/>
        <w:right w:w="108" w:type="dxa"/>
      </w:tblCellMar>
    </w:tblPr>
    <w:tcPr>
      <w:shd w:val="clear" w:color="auto" w:fill="D3DFEE" w:themeFill="accent1" w:themeFillTint="3F"/>
    </w:tcPr>
    <w:tblStylePr w:type="firstRow">
      <w:rPr>
        <w:b/>
        <w:bCs/>
      </w:rPr>
    </w:tblStylePr>
    <w:tblStylePr w:type="lastRow">
      <w:rPr>
        <w:b/>
        <w:bCs/>
      </w:rPr>
      <w:tblPr/>
      <w:tcPr>
        <w:tcBorders>
          <w:top w:val="single" w:sz="18" w:space="0" w:color="7BA0CD" w:themeColor="accent1" w:themeTint="BF"/>
        </w:tcBorders>
      </w:tcPr>
    </w:tblStylePr>
    <w:tblStylePr w:type="firstCol">
      <w:rPr>
        <w:b/>
        <w:bCs/>
      </w:rPr>
    </w:tblStylePr>
    <w:tblStylePr w:type="lastCol">
      <w:rPr>
        <w:b/>
        <w:bCs/>
      </w:r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MediumGrid1-Accent2">
    <w:name w:val="Medium Grid 1 Accent 2"/>
    <w:basedOn w:val="TableNormal"/>
    <w:uiPriority w:val="67"/>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insideV w:val="single" w:sz="8" w:space="0" w:color="CF7B79" w:themeColor="accent2" w:themeTint="BF"/>
      </w:tblBorders>
      <w:tblCellMar>
        <w:top w:w="0" w:type="dxa"/>
        <w:left w:w="108" w:type="dxa"/>
        <w:bottom w:w="0" w:type="dxa"/>
        <w:right w:w="108" w:type="dxa"/>
      </w:tblCellMar>
    </w:tblPr>
    <w:tcPr>
      <w:shd w:val="clear" w:color="auto" w:fill="EFD3D2" w:themeFill="accent2" w:themeFillTint="3F"/>
    </w:tcPr>
    <w:tblStylePr w:type="firstRow">
      <w:rPr>
        <w:b/>
        <w:bCs/>
      </w:rPr>
    </w:tblStylePr>
    <w:tblStylePr w:type="lastRow">
      <w:rPr>
        <w:b/>
        <w:bCs/>
      </w:rPr>
      <w:tblPr/>
      <w:tcPr>
        <w:tcBorders>
          <w:top w:val="single" w:sz="18" w:space="0" w:color="CF7B79" w:themeColor="accent2" w:themeTint="BF"/>
        </w:tcBorders>
      </w:tcPr>
    </w:tblStylePr>
    <w:tblStylePr w:type="firstCol">
      <w:rPr>
        <w:b/>
        <w:bCs/>
      </w:rPr>
    </w:tblStylePr>
    <w:tblStylePr w:type="lastCol">
      <w:rPr>
        <w:b/>
        <w:bCs/>
      </w:r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MediumGrid1-Accent3">
    <w:name w:val="Medium Grid 1 Accent 3"/>
    <w:basedOn w:val="TableNormal"/>
    <w:uiPriority w:val="67"/>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insideV w:val="single" w:sz="8" w:space="0" w:color="B3CC82" w:themeColor="accent3" w:themeTint="BF"/>
      </w:tblBorders>
      <w:tblCellMar>
        <w:top w:w="0" w:type="dxa"/>
        <w:left w:w="108" w:type="dxa"/>
        <w:bottom w:w="0" w:type="dxa"/>
        <w:right w:w="108" w:type="dxa"/>
      </w:tblCellMar>
    </w:tblPr>
    <w:tcPr>
      <w:shd w:val="clear" w:color="auto" w:fill="E6EED5" w:themeFill="accent3" w:themeFillTint="3F"/>
    </w:tcPr>
    <w:tblStylePr w:type="firstRow">
      <w:rPr>
        <w:b/>
        <w:bCs/>
      </w:rPr>
    </w:tblStylePr>
    <w:tblStylePr w:type="lastRow">
      <w:rPr>
        <w:b/>
        <w:bCs/>
      </w:rPr>
      <w:tblPr/>
      <w:tcPr>
        <w:tcBorders>
          <w:top w:val="single" w:sz="18" w:space="0" w:color="B3CC82" w:themeColor="accent3" w:themeTint="BF"/>
        </w:tcBorders>
      </w:tcPr>
    </w:tblStylePr>
    <w:tblStylePr w:type="firstCol">
      <w:rPr>
        <w:b/>
        <w:bCs/>
      </w:rPr>
    </w:tblStylePr>
    <w:tblStylePr w:type="lastCol">
      <w:rPr>
        <w:b/>
        <w:bCs/>
      </w:r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MediumGrid1-Accent4">
    <w:name w:val="Medium Grid 1 Accent 4"/>
    <w:basedOn w:val="TableNormal"/>
    <w:uiPriority w:val="67"/>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insideV w:val="single" w:sz="8" w:space="0" w:color="9F8AB9" w:themeColor="accent4" w:themeTint="BF"/>
      </w:tblBorders>
      <w:tblCellMar>
        <w:top w:w="0" w:type="dxa"/>
        <w:left w:w="108" w:type="dxa"/>
        <w:bottom w:w="0" w:type="dxa"/>
        <w:right w:w="108" w:type="dxa"/>
      </w:tblCellMar>
    </w:tblPr>
    <w:tcPr>
      <w:shd w:val="clear" w:color="auto" w:fill="DFD8E8" w:themeFill="accent4" w:themeFillTint="3F"/>
    </w:tcPr>
    <w:tblStylePr w:type="firstRow">
      <w:rPr>
        <w:b/>
        <w:bCs/>
      </w:rPr>
    </w:tblStylePr>
    <w:tblStylePr w:type="lastRow">
      <w:rPr>
        <w:b/>
        <w:bCs/>
      </w:rPr>
      <w:tblPr/>
      <w:tcPr>
        <w:tcBorders>
          <w:top w:val="single" w:sz="18" w:space="0" w:color="9F8AB9" w:themeColor="accent4" w:themeTint="BF"/>
        </w:tcBorders>
      </w:tcPr>
    </w:tblStylePr>
    <w:tblStylePr w:type="firstCol">
      <w:rPr>
        <w:b/>
        <w:bCs/>
      </w:rPr>
    </w:tblStylePr>
    <w:tblStylePr w:type="lastCol">
      <w:rPr>
        <w:b/>
        <w:bCs/>
      </w:r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MediumGrid1-Accent5">
    <w:name w:val="Medium Grid 1 Accent 5"/>
    <w:basedOn w:val="TableNormal"/>
    <w:uiPriority w:val="67"/>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insideV w:val="single" w:sz="8" w:space="0" w:color="78C0D4" w:themeColor="accent5" w:themeTint="BF"/>
      </w:tblBorders>
      <w:tblCellMar>
        <w:top w:w="0" w:type="dxa"/>
        <w:left w:w="108" w:type="dxa"/>
        <w:bottom w:w="0" w:type="dxa"/>
        <w:right w:w="108" w:type="dxa"/>
      </w:tblCellMar>
    </w:tblPr>
    <w:tcPr>
      <w:shd w:val="clear" w:color="auto" w:fill="D2EAF1" w:themeFill="accent5" w:themeFillTint="3F"/>
    </w:tcPr>
    <w:tblStylePr w:type="firstRow">
      <w:rPr>
        <w:b/>
        <w:bCs/>
      </w:rPr>
    </w:tblStylePr>
    <w:tblStylePr w:type="lastRow">
      <w:rPr>
        <w:b/>
        <w:bCs/>
      </w:rPr>
      <w:tblPr/>
      <w:tcPr>
        <w:tcBorders>
          <w:top w:val="single" w:sz="18" w:space="0" w:color="78C0D4" w:themeColor="accent5" w:themeTint="BF"/>
        </w:tcBorders>
      </w:tcPr>
    </w:tblStylePr>
    <w:tblStylePr w:type="firstCol">
      <w:rPr>
        <w:b/>
        <w:bCs/>
      </w:rPr>
    </w:tblStylePr>
    <w:tblStylePr w:type="lastCol">
      <w:rPr>
        <w:b/>
        <w:bCs/>
      </w:r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MediumGrid1-Accent6">
    <w:name w:val="Medium Grid 1 Accent 6"/>
    <w:basedOn w:val="TableNormal"/>
    <w:uiPriority w:val="67"/>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insideV w:val="single" w:sz="8" w:space="0" w:color="F9B074" w:themeColor="accent6" w:themeTint="BF"/>
      </w:tblBorders>
      <w:tblCellMar>
        <w:top w:w="0" w:type="dxa"/>
        <w:left w:w="108" w:type="dxa"/>
        <w:bottom w:w="0" w:type="dxa"/>
        <w:right w:w="108" w:type="dxa"/>
      </w:tblCellMar>
    </w:tblPr>
    <w:tcPr>
      <w:shd w:val="clear" w:color="auto" w:fill="FDE4D0" w:themeFill="accent6" w:themeFillTint="3F"/>
    </w:tcPr>
    <w:tblStylePr w:type="firstRow">
      <w:rPr>
        <w:b/>
        <w:bCs/>
      </w:rPr>
    </w:tblStylePr>
    <w:tblStylePr w:type="lastRow">
      <w:rPr>
        <w:b/>
        <w:bCs/>
      </w:rPr>
      <w:tblPr/>
      <w:tcPr>
        <w:tcBorders>
          <w:top w:val="single" w:sz="18" w:space="0" w:color="F9B074" w:themeColor="accent6" w:themeTint="BF"/>
        </w:tcBorders>
      </w:tcPr>
    </w:tblStylePr>
    <w:tblStylePr w:type="firstCol">
      <w:rPr>
        <w:b/>
        <w:bCs/>
      </w:rPr>
    </w:tblStylePr>
    <w:tblStylePr w:type="lastCol">
      <w:rPr>
        <w:b/>
        <w:bCs/>
      </w:r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 w:type="table" w:styleId="MediumGrid2">
    <w:name w:val="Medium Grid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cPr>
      <w:shd w:val="clear" w:color="auto" w:fill="C0C0C0" w:themeFill="text1" w:themeFillTint="3F"/>
    </w:tcPr>
    <w:tblStylePr w:type="firstRow">
      <w:rPr>
        <w:b/>
        <w:bCs/>
        <w:color w:val="000000" w:themeColor="text1"/>
      </w:rPr>
      <w:tblPr/>
      <w:tcPr>
        <w:shd w:val="clear" w:color="auto" w:fill="E6E6E6" w:themeFill="tex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CCCCCC" w:themeFill="text1" w:themeFillTint="33"/>
      </w:tcPr>
    </w:tblStylePr>
    <w:tblStylePr w:type="band1Vert">
      <w:tblPr/>
      <w:tcPr>
        <w:shd w:val="clear" w:color="auto" w:fill="808080" w:themeFill="text1" w:themeFillTint="7F"/>
      </w:tcPr>
    </w:tblStylePr>
    <w:tblStylePr w:type="band1Horz">
      <w:tblPr/>
      <w:tcPr>
        <w:tcBorders>
          <w:insideH w:val="single" w:sz="6" w:space="0" w:color="000000" w:themeColor="text1"/>
          <w:insideV w:val="single" w:sz="6" w:space="0" w:color="000000" w:themeColor="text1"/>
        </w:tcBorders>
        <w:shd w:val="clear" w:color="auto" w:fill="808080" w:themeFill="text1" w:themeFillTint="7F"/>
      </w:tcPr>
    </w:tblStylePr>
    <w:tblStylePr w:type="nwCell">
      <w:tblPr/>
      <w:tcPr>
        <w:shd w:val="clear" w:color="auto" w:fill="FFFFFF" w:themeFill="background1"/>
      </w:tcPr>
    </w:tblStylePr>
  </w:style>
  <w:style w:type="table" w:styleId="MediumGrid2-Accent1">
    <w:name w:val="Medium Grid 2 Accent 1"/>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cPr>
      <w:shd w:val="clear" w:color="auto" w:fill="D3DFEE" w:themeFill="accent1" w:themeFillTint="3F"/>
    </w:tcPr>
    <w:tblStylePr w:type="firstRow">
      <w:rPr>
        <w:b/>
        <w:bCs/>
        <w:color w:val="000000" w:themeColor="text1"/>
      </w:rPr>
      <w:tblPr/>
      <w:tcPr>
        <w:shd w:val="clear" w:color="auto" w:fill="EDF2F8" w:themeFill="accen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BE5F1" w:themeFill="accent1" w:themeFillTint="33"/>
      </w:tcPr>
    </w:tblStylePr>
    <w:tblStylePr w:type="band1Vert">
      <w:tblPr/>
      <w:tcPr>
        <w:shd w:val="clear" w:color="auto" w:fill="A7BFDE" w:themeFill="accent1" w:themeFillTint="7F"/>
      </w:tcPr>
    </w:tblStylePr>
    <w:tblStylePr w:type="band1Horz">
      <w:tblPr/>
      <w:tcPr>
        <w:tcBorders>
          <w:insideH w:val="single" w:sz="6" w:space="0" w:color="4F81BD" w:themeColor="accent1"/>
          <w:insideV w:val="single" w:sz="6" w:space="0" w:color="4F81BD" w:themeColor="accent1"/>
        </w:tcBorders>
        <w:shd w:val="clear" w:color="auto" w:fill="A7BFDE" w:themeFill="accent1" w:themeFillTint="7F"/>
      </w:tcPr>
    </w:tblStylePr>
    <w:tblStylePr w:type="nwCell">
      <w:tblPr/>
      <w:tcPr>
        <w:shd w:val="clear" w:color="auto" w:fill="FFFFFF" w:themeFill="background1"/>
      </w:tcPr>
    </w:tblStylePr>
  </w:style>
  <w:style w:type="table" w:styleId="MediumGrid2-Accent2">
    <w:name w:val="Medium Grid 2 Accent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cPr>
      <w:shd w:val="clear" w:color="auto" w:fill="EFD3D2" w:themeFill="accent2" w:themeFillTint="3F"/>
    </w:tcPr>
    <w:tblStylePr w:type="firstRow">
      <w:rPr>
        <w:b/>
        <w:bCs/>
        <w:color w:val="000000" w:themeColor="text1"/>
      </w:rPr>
      <w:tblPr/>
      <w:tcPr>
        <w:shd w:val="clear" w:color="auto" w:fill="F8EDED" w:themeFill="accent2"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2DBDB" w:themeFill="accent2" w:themeFillTint="33"/>
      </w:tcPr>
    </w:tblStylePr>
    <w:tblStylePr w:type="band1Vert">
      <w:tblPr/>
      <w:tcPr>
        <w:shd w:val="clear" w:color="auto" w:fill="DFA7A6" w:themeFill="accent2" w:themeFillTint="7F"/>
      </w:tcPr>
    </w:tblStylePr>
    <w:tblStylePr w:type="band1Horz">
      <w:tblPr/>
      <w:tcPr>
        <w:tcBorders>
          <w:insideH w:val="single" w:sz="6" w:space="0" w:color="C0504D" w:themeColor="accent2"/>
          <w:insideV w:val="single" w:sz="6" w:space="0" w:color="C0504D" w:themeColor="accent2"/>
        </w:tcBorders>
        <w:shd w:val="clear" w:color="auto" w:fill="DFA7A6" w:themeFill="accent2" w:themeFillTint="7F"/>
      </w:tcPr>
    </w:tblStylePr>
    <w:tblStylePr w:type="nwCell">
      <w:tblPr/>
      <w:tcPr>
        <w:shd w:val="clear" w:color="auto" w:fill="FFFFFF" w:themeFill="background1"/>
      </w:tcPr>
    </w:tblStylePr>
  </w:style>
  <w:style w:type="table" w:styleId="MediumGrid2-Accent3">
    <w:name w:val="Medium Grid 2 Accent 3"/>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cPr>
      <w:shd w:val="clear" w:color="auto" w:fill="E6EED5" w:themeFill="accent3" w:themeFillTint="3F"/>
    </w:tcPr>
    <w:tblStylePr w:type="firstRow">
      <w:rPr>
        <w:b/>
        <w:bCs/>
        <w:color w:val="000000" w:themeColor="text1"/>
      </w:rPr>
      <w:tblPr/>
      <w:tcPr>
        <w:shd w:val="clear" w:color="auto" w:fill="F5F8EE" w:themeFill="accent3"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AF1DD" w:themeFill="accent3" w:themeFillTint="33"/>
      </w:tcPr>
    </w:tblStylePr>
    <w:tblStylePr w:type="band1Vert">
      <w:tblPr/>
      <w:tcPr>
        <w:shd w:val="clear" w:color="auto" w:fill="CDDDAC" w:themeFill="accent3" w:themeFillTint="7F"/>
      </w:tcPr>
    </w:tblStylePr>
    <w:tblStylePr w:type="band1Horz">
      <w:tblPr/>
      <w:tcPr>
        <w:tcBorders>
          <w:insideH w:val="single" w:sz="6" w:space="0" w:color="9BBB59" w:themeColor="accent3"/>
          <w:insideV w:val="single" w:sz="6" w:space="0" w:color="9BBB59" w:themeColor="accent3"/>
        </w:tcBorders>
        <w:shd w:val="clear" w:color="auto" w:fill="CDDDAC" w:themeFill="accent3" w:themeFillTint="7F"/>
      </w:tcPr>
    </w:tblStylePr>
    <w:tblStylePr w:type="nwCell">
      <w:tblPr/>
      <w:tcPr>
        <w:shd w:val="clear" w:color="auto" w:fill="FFFFFF" w:themeFill="background1"/>
      </w:tcPr>
    </w:tblStylePr>
  </w:style>
  <w:style w:type="table" w:styleId="MediumGrid2-Accent4">
    <w:name w:val="Medium Grid 2 Accent 4"/>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cPr>
      <w:shd w:val="clear" w:color="auto" w:fill="DFD8E8" w:themeFill="accent4" w:themeFillTint="3F"/>
    </w:tcPr>
    <w:tblStylePr w:type="firstRow">
      <w:rPr>
        <w:b/>
        <w:bCs/>
        <w:color w:val="000000" w:themeColor="text1"/>
      </w:rPr>
      <w:tblPr/>
      <w:tcPr>
        <w:shd w:val="clear" w:color="auto" w:fill="F2EFF6" w:themeFill="accent4"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5DFEC" w:themeFill="accent4" w:themeFillTint="33"/>
      </w:tcPr>
    </w:tblStylePr>
    <w:tblStylePr w:type="band1Vert">
      <w:tblPr/>
      <w:tcPr>
        <w:shd w:val="clear" w:color="auto" w:fill="BFB1D0" w:themeFill="accent4" w:themeFillTint="7F"/>
      </w:tcPr>
    </w:tblStylePr>
    <w:tblStylePr w:type="band1Horz">
      <w:tblPr/>
      <w:tcPr>
        <w:tcBorders>
          <w:insideH w:val="single" w:sz="6" w:space="0" w:color="8064A2" w:themeColor="accent4"/>
          <w:insideV w:val="single" w:sz="6" w:space="0" w:color="8064A2" w:themeColor="accent4"/>
        </w:tcBorders>
        <w:shd w:val="clear" w:color="auto" w:fill="BFB1D0" w:themeFill="accent4" w:themeFillTint="7F"/>
      </w:tcPr>
    </w:tblStylePr>
    <w:tblStylePr w:type="nwCell">
      <w:tblPr/>
      <w:tcPr>
        <w:shd w:val="clear" w:color="auto" w:fill="FFFFFF" w:themeFill="background1"/>
      </w:tcPr>
    </w:tblStylePr>
  </w:style>
  <w:style w:type="table" w:styleId="MediumGrid2-Accent5">
    <w:name w:val="Medium Grid 2 Accent 5"/>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cPr>
      <w:shd w:val="clear" w:color="auto" w:fill="D2EAF1" w:themeFill="accent5" w:themeFillTint="3F"/>
    </w:tcPr>
    <w:tblStylePr w:type="firstRow">
      <w:rPr>
        <w:b/>
        <w:bCs/>
        <w:color w:val="000000" w:themeColor="text1"/>
      </w:rPr>
      <w:tblPr/>
      <w:tcPr>
        <w:shd w:val="clear" w:color="auto" w:fill="EDF6F9" w:themeFill="accent5"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AEEF3" w:themeFill="accent5" w:themeFillTint="33"/>
      </w:tcPr>
    </w:tblStylePr>
    <w:tblStylePr w:type="band1Vert">
      <w:tblPr/>
      <w:tcPr>
        <w:shd w:val="clear" w:color="auto" w:fill="A5D5E2" w:themeFill="accent5" w:themeFillTint="7F"/>
      </w:tcPr>
    </w:tblStylePr>
    <w:tblStylePr w:type="band1Horz">
      <w:tblPr/>
      <w:tcPr>
        <w:tcBorders>
          <w:insideH w:val="single" w:sz="6" w:space="0" w:color="4BACC6" w:themeColor="accent5"/>
          <w:insideV w:val="single" w:sz="6" w:space="0" w:color="4BACC6" w:themeColor="accent5"/>
        </w:tcBorders>
        <w:shd w:val="clear" w:color="auto" w:fill="A5D5E2" w:themeFill="accent5" w:themeFillTint="7F"/>
      </w:tcPr>
    </w:tblStylePr>
    <w:tblStylePr w:type="nwCell">
      <w:tblPr/>
      <w:tcPr>
        <w:shd w:val="clear" w:color="auto" w:fill="FFFFFF" w:themeFill="background1"/>
      </w:tcPr>
    </w:tblStylePr>
  </w:style>
  <w:style w:type="table" w:styleId="MediumGrid2-Accent6">
    <w:name w:val="Medium Grid 2 Accent 6"/>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cPr>
      <w:shd w:val="clear" w:color="auto" w:fill="FDE4D0" w:themeFill="accent6" w:themeFillTint="3F"/>
    </w:tcPr>
    <w:tblStylePr w:type="firstRow">
      <w:rPr>
        <w:b/>
        <w:bCs/>
        <w:color w:val="000000" w:themeColor="text1"/>
      </w:rPr>
      <w:tblPr/>
      <w:tcPr>
        <w:shd w:val="clear" w:color="auto" w:fill="FEF4EC" w:themeFill="accent6"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DE9D9" w:themeFill="accent6" w:themeFillTint="33"/>
      </w:tcPr>
    </w:tblStylePr>
    <w:tblStylePr w:type="band1Vert">
      <w:tblPr/>
      <w:tcPr>
        <w:shd w:val="clear" w:color="auto" w:fill="FBCAA2" w:themeFill="accent6" w:themeFillTint="7F"/>
      </w:tcPr>
    </w:tblStylePr>
    <w:tblStylePr w:type="band1Horz">
      <w:tblPr/>
      <w:tcPr>
        <w:tcBorders>
          <w:insideH w:val="single" w:sz="6" w:space="0" w:color="F79646" w:themeColor="accent6"/>
          <w:insideV w:val="single" w:sz="6" w:space="0" w:color="F79646" w:themeColor="accent6"/>
        </w:tcBorders>
        <w:shd w:val="clear" w:color="auto" w:fill="FBCAA2" w:themeFill="accent6" w:themeFillTint="7F"/>
      </w:tcPr>
    </w:tblStylePr>
    <w:tblStylePr w:type="nwCell">
      <w:tblPr/>
      <w:tcPr>
        <w:shd w:val="clear" w:color="auto" w:fill="FFFFFF" w:themeFill="background1"/>
      </w:tcPr>
    </w:tblStylePr>
  </w:style>
  <w:style w:type="table" w:styleId="MediumGrid3">
    <w:name w:val="Medium Grid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C0C0C0" w:themeFill="tex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000000" w:themeFill="tex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000000" w:themeFill="tex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808080" w:themeFill="tex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808080" w:themeFill="text1" w:themeFillTint="7F"/>
      </w:tcPr>
    </w:tblStylePr>
  </w:style>
  <w:style w:type="table" w:styleId="MediumGrid3-Accent1">
    <w:name w:val="Medium Grid 3 Accent 1"/>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3DFEE"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F81BD"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F81BD"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7BFDE"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7BFDE" w:themeFill="accent1" w:themeFillTint="7F"/>
      </w:tcPr>
    </w:tblStylePr>
  </w:style>
  <w:style w:type="table" w:styleId="MediumGrid3-Accent2">
    <w:name w:val="Medium Grid 3 Accent 2"/>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FD3D2" w:themeFill="accent2"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C0504D" w:themeFill="accent2"/>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C0504D"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FA7A6"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FA7A6" w:themeFill="accent2" w:themeFillTint="7F"/>
      </w:tcPr>
    </w:tblStylePr>
  </w:style>
  <w:style w:type="table" w:styleId="MediumGrid3-Accent3">
    <w:name w:val="Medium Grid 3 Accent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6EED5"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9BBB59"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9BBB59"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CDDDAC"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CDDDAC" w:themeFill="accent3" w:themeFillTint="7F"/>
      </w:tcPr>
    </w:tblStylePr>
  </w:style>
  <w:style w:type="table" w:styleId="MediumGrid3-Accent4">
    <w:name w:val="Medium Grid 3 Accent 4"/>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FD8E8" w:themeFill="accent4"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8064A2" w:themeFill="accent4"/>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8064A2" w:themeFill="accent4"/>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BFB1D0" w:themeFill="accent4"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BFB1D0" w:themeFill="accent4" w:themeFillTint="7F"/>
      </w:tcPr>
    </w:tblStylePr>
  </w:style>
  <w:style w:type="table" w:styleId="MediumGrid3-Accent5">
    <w:name w:val="Medium Grid 3 Accent 5"/>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2EAF1" w:themeFill="accent5"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BACC6" w:themeFill="accent5"/>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BACC6" w:themeFill="accent5"/>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5D5E2" w:themeFill="accent5"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5D5E2" w:themeFill="accent5" w:themeFillTint="7F"/>
      </w:tcPr>
    </w:tblStylePr>
  </w:style>
  <w:style w:type="table" w:styleId="MediumGrid3-Accent6">
    <w:name w:val="Medium Grid 3 Accent 6"/>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FDE4D0" w:themeFill="accent6"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F79646" w:themeFill="accent6"/>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F79646" w:themeFill="accent6"/>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BCAA2" w:themeFill="accent6"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BCAA2" w:themeFill="accent6" w:themeFillTint="7F"/>
      </w:tcPr>
    </w:tblStylePr>
  </w:style>
  <w:style w:type="table" w:styleId="DarkList">
    <w:name w:val="Dark List"/>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000000" w:themeFill="tex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000000" w:themeFill="text1" w:themeFillShade="7F"/>
      </w:tcPr>
    </w:tblStylePr>
    <w:tblStylePr w:type="firstCol">
      <w:tblPr/>
      <w:tcPr>
        <w:tcBorders>
          <w:top w:val="nil"/>
          <w:left w:val="nil"/>
          <w:bottom w:val="nil"/>
          <w:right w:val="single" w:sz="18" w:space="0" w:color="FFFFFF" w:themeColor="background1"/>
          <w:insideH w:val="nil"/>
          <w:insideV w:val="nil"/>
        </w:tcBorders>
        <w:shd w:val="clear" w:color="auto" w:fill="000000" w:themeFill="text1" w:themeFillShade="BF"/>
      </w:tcPr>
    </w:tblStylePr>
    <w:tblStylePr w:type="lastCol">
      <w:tblPr/>
      <w:tcPr>
        <w:tcBorders>
          <w:top w:val="nil"/>
          <w:left w:val="single" w:sz="18" w:space="0" w:color="FFFFFF" w:themeColor="background1"/>
          <w:bottom w:val="nil"/>
          <w:right w:val="nil"/>
          <w:insideH w:val="nil"/>
          <w:insideV w:val="nil"/>
        </w:tcBorders>
        <w:shd w:val="clear" w:color="auto" w:fill="000000" w:themeFill="text1" w:themeFillShade="BF"/>
      </w:tcPr>
    </w:tblStylePr>
    <w:tblStylePr w:type="band1Vert">
      <w:tblPr/>
      <w:tcPr>
        <w:tcBorders>
          <w:top w:val="nil"/>
          <w:left w:val="nil"/>
          <w:bottom w:val="nil"/>
          <w:right w:val="nil"/>
          <w:insideH w:val="nil"/>
          <w:insideV w:val="nil"/>
        </w:tcBorders>
        <w:shd w:val="clear" w:color="auto" w:fill="000000" w:themeFill="text1" w:themeFillShade="BF"/>
      </w:tcPr>
    </w:tblStylePr>
    <w:tblStylePr w:type="band1Horz">
      <w:tblPr/>
      <w:tcPr>
        <w:tcBorders>
          <w:top w:val="nil"/>
          <w:left w:val="nil"/>
          <w:bottom w:val="nil"/>
          <w:right w:val="nil"/>
          <w:insideH w:val="nil"/>
          <w:insideV w:val="nil"/>
        </w:tcBorders>
        <w:shd w:val="clear" w:color="auto" w:fill="000000" w:themeFill="text1" w:themeFillShade="BF"/>
      </w:tcPr>
    </w:tblStylePr>
  </w:style>
  <w:style w:type="table" w:styleId="DarkList-Accent1">
    <w:name w:val="Dark List Accent 1"/>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F81BD" w:themeFill="accen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43F60" w:themeFill="accent1" w:themeFillShade="7F"/>
      </w:tcPr>
    </w:tblStylePr>
    <w:tblStylePr w:type="firstCol">
      <w:tblPr/>
      <w:tcPr>
        <w:tcBorders>
          <w:top w:val="nil"/>
          <w:left w:val="nil"/>
          <w:bottom w:val="nil"/>
          <w:right w:val="single" w:sz="18" w:space="0" w:color="FFFFFF" w:themeColor="background1"/>
          <w:insideH w:val="nil"/>
          <w:insideV w:val="nil"/>
        </w:tcBorders>
        <w:shd w:val="clear" w:color="auto" w:fill="365F91" w:themeFill="accent1" w:themeFillShade="BF"/>
      </w:tcPr>
    </w:tblStylePr>
    <w:tblStylePr w:type="lastCol">
      <w:tblPr/>
      <w:tcPr>
        <w:tcBorders>
          <w:top w:val="nil"/>
          <w:left w:val="single" w:sz="18" w:space="0" w:color="FFFFFF" w:themeColor="background1"/>
          <w:bottom w:val="nil"/>
          <w:right w:val="nil"/>
          <w:insideH w:val="nil"/>
          <w:insideV w:val="nil"/>
        </w:tcBorders>
        <w:shd w:val="clear" w:color="auto" w:fill="365F91" w:themeFill="accent1" w:themeFillShade="BF"/>
      </w:tcPr>
    </w:tblStylePr>
    <w:tblStylePr w:type="band1Vert">
      <w:tblPr/>
      <w:tcPr>
        <w:tcBorders>
          <w:top w:val="nil"/>
          <w:left w:val="nil"/>
          <w:bottom w:val="nil"/>
          <w:right w:val="nil"/>
          <w:insideH w:val="nil"/>
          <w:insideV w:val="nil"/>
        </w:tcBorders>
        <w:shd w:val="clear" w:color="auto" w:fill="365F91" w:themeFill="accent1" w:themeFillShade="BF"/>
      </w:tcPr>
    </w:tblStylePr>
    <w:tblStylePr w:type="band1Horz">
      <w:tblPr/>
      <w:tcPr>
        <w:tcBorders>
          <w:top w:val="nil"/>
          <w:left w:val="nil"/>
          <w:bottom w:val="nil"/>
          <w:right w:val="nil"/>
          <w:insideH w:val="nil"/>
          <w:insideV w:val="nil"/>
        </w:tcBorders>
        <w:shd w:val="clear" w:color="auto" w:fill="365F91" w:themeFill="accent1" w:themeFillShade="BF"/>
      </w:tcPr>
    </w:tblStylePr>
  </w:style>
  <w:style w:type="table" w:styleId="DarkList-Accent2">
    <w:name w:val="Dark List Accent 2"/>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C0504D" w:themeFill="accent2"/>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622423" w:themeFill="accent2" w:themeFillShade="7F"/>
      </w:tcPr>
    </w:tblStylePr>
    <w:tblStylePr w:type="firstCol">
      <w:tblPr/>
      <w:tcPr>
        <w:tcBorders>
          <w:top w:val="nil"/>
          <w:left w:val="nil"/>
          <w:bottom w:val="nil"/>
          <w:right w:val="single" w:sz="18" w:space="0" w:color="FFFFFF" w:themeColor="background1"/>
          <w:insideH w:val="nil"/>
          <w:insideV w:val="nil"/>
        </w:tcBorders>
        <w:shd w:val="clear" w:color="auto" w:fill="943634" w:themeFill="accent2" w:themeFillShade="BF"/>
      </w:tcPr>
    </w:tblStylePr>
    <w:tblStylePr w:type="lastCol">
      <w:tblPr/>
      <w:tcPr>
        <w:tcBorders>
          <w:top w:val="nil"/>
          <w:left w:val="single" w:sz="18" w:space="0" w:color="FFFFFF" w:themeColor="background1"/>
          <w:bottom w:val="nil"/>
          <w:right w:val="nil"/>
          <w:insideH w:val="nil"/>
          <w:insideV w:val="nil"/>
        </w:tcBorders>
        <w:shd w:val="clear" w:color="auto" w:fill="943634" w:themeFill="accent2" w:themeFillShade="BF"/>
      </w:tcPr>
    </w:tblStylePr>
    <w:tblStylePr w:type="band1Vert">
      <w:tblPr/>
      <w:tcPr>
        <w:tcBorders>
          <w:top w:val="nil"/>
          <w:left w:val="nil"/>
          <w:bottom w:val="nil"/>
          <w:right w:val="nil"/>
          <w:insideH w:val="nil"/>
          <w:insideV w:val="nil"/>
        </w:tcBorders>
        <w:shd w:val="clear" w:color="auto" w:fill="943634" w:themeFill="accent2" w:themeFillShade="BF"/>
      </w:tcPr>
    </w:tblStylePr>
    <w:tblStylePr w:type="band1Horz">
      <w:tblPr/>
      <w:tcPr>
        <w:tcBorders>
          <w:top w:val="nil"/>
          <w:left w:val="nil"/>
          <w:bottom w:val="nil"/>
          <w:right w:val="nil"/>
          <w:insideH w:val="nil"/>
          <w:insideV w:val="nil"/>
        </w:tcBorders>
        <w:shd w:val="clear" w:color="auto" w:fill="943634" w:themeFill="accent2" w:themeFillShade="BF"/>
      </w:tcPr>
    </w:tblStylePr>
  </w:style>
  <w:style w:type="table" w:styleId="DarkList-Accent3">
    <w:name w:val="Dark List Accent 3"/>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9BBB59"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4E6128"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76923C"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76923C" w:themeFill="accent3" w:themeFillShade="BF"/>
      </w:tcPr>
    </w:tblStylePr>
    <w:tblStylePr w:type="band1Vert">
      <w:tblPr/>
      <w:tcPr>
        <w:tcBorders>
          <w:top w:val="nil"/>
          <w:left w:val="nil"/>
          <w:bottom w:val="nil"/>
          <w:right w:val="nil"/>
          <w:insideH w:val="nil"/>
          <w:insideV w:val="nil"/>
        </w:tcBorders>
        <w:shd w:val="clear" w:color="auto" w:fill="76923C" w:themeFill="accent3" w:themeFillShade="BF"/>
      </w:tcPr>
    </w:tblStylePr>
    <w:tblStylePr w:type="band1Horz">
      <w:tblPr/>
      <w:tcPr>
        <w:tcBorders>
          <w:top w:val="nil"/>
          <w:left w:val="nil"/>
          <w:bottom w:val="nil"/>
          <w:right w:val="nil"/>
          <w:insideH w:val="nil"/>
          <w:insideV w:val="nil"/>
        </w:tcBorders>
        <w:shd w:val="clear" w:color="auto" w:fill="76923C" w:themeFill="accent3" w:themeFillShade="BF"/>
      </w:tcPr>
    </w:tblStylePr>
  </w:style>
  <w:style w:type="table" w:styleId="DarkList-Accent4">
    <w:name w:val="Dark List Accent 4"/>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8064A2"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3F3151"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5F497A"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5F497A" w:themeFill="accent4" w:themeFillShade="BF"/>
      </w:tcPr>
    </w:tblStylePr>
    <w:tblStylePr w:type="band1Vert">
      <w:tblPr/>
      <w:tcPr>
        <w:tcBorders>
          <w:top w:val="nil"/>
          <w:left w:val="nil"/>
          <w:bottom w:val="nil"/>
          <w:right w:val="nil"/>
          <w:insideH w:val="nil"/>
          <w:insideV w:val="nil"/>
        </w:tcBorders>
        <w:shd w:val="clear" w:color="auto" w:fill="5F497A" w:themeFill="accent4" w:themeFillShade="BF"/>
      </w:tcPr>
    </w:tblStylePr>
    <w:tblStylePr w:type="band1Horz">
      <w:tblPr/>
      <w:tcPr>
        <w:tcBorders>
          <w:top w:val="nil"/>
          <w:left w:val="nil"/>
          <w:bottom w:val="nil"/>
          <w:right w:val="nil"/>
          <w:insideH w:val="nil"/>
          <w:insideV w:val="nil"/>
        </w:tcBorders>
        <w:shd w:val="clear" w:color="auto" w:fill="5F497A" w:themeFill="accent4" w:themeFillShade="BF"/>
      </w:tcPr>
    </w:tblStylePr>
  </w:style>
  <w:style w:type="table" w:styleId="DarkList-Accent5">
    <w:name w:val="Dark List Accent 5"/>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BACC6"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05867"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31849B"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31849B" w:themeFill="accent5" w:themeFillShade="BF"/>
      </w:tcPr>
    </w:tblStylePr>
    <w:tblStylePr w:type="band1Vert">
      <w:tblPr/>
      <w:tcPr>
        <w:tcBorders>
          <w:top w:val="nil"/>
          <w:left w:val="nil"/>
          <w:bottom w:val="nil"/>
          <w:right w:val="nil"/>
          <w:insideH w:val="nil"/>
          <w:insideV w:val="nil"/>
        </w:tcBorders>
        <w:shd w:val="clear" w:color="auto" w:fill="31849B" w:themeFill="accent5" w:themeFillShade="BF"/>
      </w:tcPr>
    </w:tblStylePr>
    <w:tblStylePr w:type="band1Horz">
      <w:tblPr/>
      <w:tcPr>
        <w:tcBorders>
          <w:top w:val="nil"/>
          <w:left w:val="nil"/>
          <w:bottom w:val="nil"/>
          <w:right w:val="nil"/>
          <w:insideH w:val="nil"/>
          <w:insideV w:val="nil"/>
        </w:tcBorders>
        <w:shd w:val="clear" w:color="auto" w:fill="31849B" w:themeFill="accent5" w:themeFillShade="BF"/>
      </w:tcPr>
    </w:tblStylePr>
  </w:style>
  <w:style w:type="table" w:styleId="DarkList-Accent6">
    <w:name w:val="Dark List Accent 6"/>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F79646" w:themeFill="accent6"/>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974706" w:themeFill="accent6" w:themeFillShade="7F"/>
      </w:tcPr>
    </w:tblStylePr>
    <w:tblStylePr w:type="firstCol">
      <w:tblPr/>
      <w:tcPr>
        <w:tcBorders>
          <w:top w:val="nil"/>
          <w:left w:val="nil"/>
          <w:bottom w:val="nil"/>
          <w:right w:val="single" w:sz="18" w:space="0" w:color="FFFFFF" w:themeColor="background1"/>
          <w:insideH w:val="nil"/>
          <w:insideV w:val="nil"/>
        </w:tcBorders>
        <w:shd w:val="clear" w:color="auto" w:fill="E36C0A" w:themeFill="accent6" w:themeFillShade="BF"/>
      </w:tcPr>
    </w:tblStylePr>
    <w:tblStylePr w:type="lastCol">
      <w:tblPr/>
      <w:tcPr>
        <w:tcBorders>
          <w:top w:val="nil"/>
          <w:left w:val="single" w:sz="18" w:space="0" w:color="FFFFFF" w:themeColor="background1"/>
          <w:bottom w:val="nil"/>
          <w:right w:val="nil"/>
          <w:insideH w:val="nil"/>
          <w:insideV w:val="nil"/>
        </w:tcBorders>
        <w:shd w:val="clear" w:color="auto" w:fill="E36C0A" w:themeFill="accent6" w:themeFillShade="BF"/>
      </w:tcPr>
    </w:tblStylePr>
    <w:tblStylePr w:type="band1Vert">
      <w:tblPr/>
      <w:tcPr>
        <w:tcBorders>
          <w:top w:val="nil"/>
          <w:left w:val="nil"/>
          <w:bottom w:val="nil"/>
          <w:right w:val="nil"/>
          <w:insideH w:val="nil"/>
          <w:insideV w:val="nil"/>
        </w:tcBorders>
        <w:shd w:val="clear" w:color="auto" w:fill="E36C0A" w:themeFill="accent6" w:themeFillShade="BF"/>
      </w:tcPr>
    </w:tblStylePr>
    <w:tblStylePr w:type="band1Horz">
      <w:tblPr/>
      <w:tcPr>
        <w:tcBorders>
          <w:top w:val="nil"/>
          <w:left w:val="nil"/>
          <w:bottom w:val="nil"/>
          <w:right w:val="nil"/>
          <w:insideH w:val="nil"/>
          <w:insideV w:val="nil"/>
        </w:tcBorders>
        <w:shd w:val="clear" w:color="auto" w:fill="E36C0A" w:themeFill="accent6" w:themeFillShade="BF"/>
      </w:tcPr>
    </w:tblStylePr>
  </w:style>
  <w:style w:type="table" w:styleId="ColorfulShading">
    <w:name w:val="Colorful Shading"/>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000000" w:themeColor="text1"/>
        <w:bottom w:val="single" w:sz="4" w:space="0" w:color="000000" w:themeColor="text1"/>
        <w:right w:val="single" w:sz="4" w:space="0" w:color="000000" w:themeColor="tex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6E6E6" w:themeFill="tex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00000" w:themeFill="text1" w:themeFillShade="99"/>
      </w:tcPr>
    </w:tblStylePr>
    <w:tblStylePr w:type="firstCol">
      <w:rPr>
        <w:color w:val="FFFFFF" w:themeColor="background1"/>
      </w:rPr>
      <w:tblPr/>
      <w:tcPr>
        <w:tcBorders>
          <w:top w:val="nil"/>
          <w:left w:val="nil"/>
          <w:bottom w:val="nil"/>
          <w:right w:val="nil"/>
          <w:insideH w:val="single" w:sz="4" w:space="0" w:color="000000" w:themeColor="text1" w:themeShade="99"/>
          <w:insideV w:val="nil"/>
        </w:tcBorders>
        <w:shd w:val="clear" w:color="auto" w:fill="000000" w:themeFill="text1" w:themeFillShade="99"/>
      </w:tcPr>
    </w:tblStylePr>
    <w:tblStylePr w:type="lastCol">
      <w:rPr>
        <w:color w:val="FFFFFF" w:themeColor="background1"/>
      </w:rPr>
      <w:tblPr/>
      <w:tcPr>
        <w:tcBorders>
          <w:top w:val="nil"/>
          <w:left w:val="nil"/>
          <w:bottom w:val="nil"/>
          <w:right w:val="nil"/>
          <w:insideH w:val="nil"/>
          <w:insideV w:val="nil"/>
        </w:tcBorders>
        <w:shd w:val="clear" w:color="auto" w:fill="000000" w:themeFill="text1" w:themeFillShade="BF"/>
      </w:tcPr>
    </w:tblStylePr>
    <w:tblStylePr w:type="band1Vert">
      <w:tblPr/>
      <w:tcPr>
        <w:shd w:val="clear" w:color="auto" w:fill="999999" w:themeFill="text1" w:themeFillTint="66"/>
      </w:tcPr>
    </w:tblStylePr>
    <w:tblStylePr w:type="band1Horz">
      <w:tblPr/>
      <w:tcPr>
        <w:shd w:val="clear" w:color="auto" w:fill="808080" w:themeFill="text1" w:themeFillTint="7F"/>
      </w:tcPr>
    </w:tblStylePr>
    <w:tblStylePr w:type="neCell">
      <w:rPr>
        <w:color w:val="000000" w:themeColor="text1"/>
      </w:rPr>
    </w:tblStylePr>
    <w:tblStylePr w:type="nwCell">
      <w:rPr>
        <w:color w:val="000000" w:themeColor="text1"/>
      </w:rPr>
    </w:tblStylePr>
  </w:style>
  <w:style w:type="table" w:styleId="ColorfulShading-Accent1">
    <w:name w:val="Colorful Shading Accent 1"/>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4F81BD" w:themeColor="accent1"/>
        <w:bottom w:val="single" w:sz="4" w:space="0" w:color="4F81BD" w:themeColor="accent1"/>
        <w:right w:val="single" w:sz="4" w:space="0" w:color="4F81BD" w:themeColor="accen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2F8" w:themeFill="accen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C4C74" w:themeFill="accent1" w:themeFillShade="99"/>
      </w:tcPr>
    </w:tblStylePr>
    <w:tblStylePr w:type="firstCol">
      <w:rPr>
        <w:color w:val="FFFFFF" w:themeColor="background1"/>
      </w:rPr>
      <w:tblPr/>
      <w:tcPr>
        <w:tcBorders>
          <w:top w:val="nil"/>
          <w:left w:val="nil"/>
          <w:bottom w:val="nil"/>
          <w:right w:val="nil"/>
          <w:insideH w:val="single" w:sz="4" w:space="0" w:color="2C4C74" w:themeColor="accent1" w:themeShade="99"/>
          <w:insideV w:val="nil"/>
        </w:tcBorders>
        <w:shd w:val="clear" w:color="auto" w:fill="2C4C74" w:themeFill="accent1" w:themeFillShade="99"/>
      </w:tcPr>
    </w:tblStylePr>
    <w:tblStylePr w:type="lastCol">
      <w:rPr>
        <w:color w:val="FFFFFF" w:themeColor="background1"/>
      </w:rPr>
      <w:tblPr/>
      <w:tcPr>
        <w:tcBorders>
          <w:top w:val="nil"/>
          <w:left w:val="nil"/>
          <w:bottom w:val="nil"/>
          <w:right w:val="nil"/>
          <w:insideH w:val="nil"/>
          <w:insideV w:val="nil"/>
        </w:tcBorders>
        <w:shd w:val="clear" w:color="auto" w:fill="2C4C74" w:themeFill="accent1" w:themeFillShade="99"/>
      </w:tcPr>
    </w:tblStylePr>
    <w:tblStylePr w:type="band1Vert">
      <w:tblPr/>
      <w:tcPr>
        <w:shd w:val="clear" w:color="auto" w:fill="B8CCE4" w:themeFill="accent1" w:themeFillTint="66"/>
      </w:tcPr>
    </w:tblStylePr>
    <w:tblStylePr w:type="band1Horz">
      <w:tblPr/>
      <w:tcPr>
        <w:shd w:val="clear" w:color="auto" w:fill="A7BFDE" w:themeFill="accent1" w:themeFillTint="7F"/>
      </w:tcPr>
    </w:tblStylePr>
    <w:tblStylePr w:type="neCell">
      <w:rPr>
        <w:color w:val="000000" w:themeColor="text1"/>
      </w:rPr>
    </w:tblStylePr>
    <w:tblStylePr w:type="nwCell">
      <w:rPr>
        <w:color w:val="000000" w:themeColor="text1"/>
      </w:rPr>
    </w:tblStylePr>
  </w:style>
  <w:style w:type="table" w:styleId="ColorfulShading-Accent2">
    <w:name w:val="Colorful Shading Accent 2"/>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C0504D" w:themeColor="accent2"/>
        <w:bottom w:val="single" w:sz="4" w:space="0" w:color="C0504D" w:themeColor="accent2"/>
        <w:right w:val="single" w:sz="4" w:space="0" w:color="C0504D" w:themeColor="accent2"/>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8EDED" w:themeFill="accent2"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772C2A" w:themeFill="accent2" w:themeFillShade="99"/>
      </w:tcPr>
    </w:tblStylePr>
    <w:tblStylePr w:type="firstCol">
      <w:rPr>
        <w:color w:val="FFFFFF" w:themeColor="background1"/>
      </w:rPr>
      <w:tblPr/>
      <w:tcPr>
        <w:tcBorders>
          <w:top w:val="nil"/>
          <w:left w:val="nil"/>
          <w:bottom w:val="nil"/>
          <w:right w:val="nil"/>
          <w:insideH w:val="single" w:sz="4" w:space="0" w:color="772C2A" w:themeColor="accent2" w:themeShade="99"/>
          <w:insideV w:val="nil"/>
        </w:tcBorders>
        <w:shd w:val="clear" w:color="auto" w:fill="772C2A" w:themeFill="accent2" w:themeFillShade="99"/>
      </w:tcPr>
    </w:tblStylePr>
    <w:tblStylePr w:type="lastCol">
      <w:rPr>
        <w:color w:val="FFFFFF" w:themeColor="background1"/>
      </w:rPr>
      <w:tblPr/>
      <w:tcPr>
        <w:tcBorders>
          <w:top w:val="nil"/>
          <w:left w:val="nil"/>
          <w:bottom w:val="nil"/>
          <w:right w:val="nil"/>
          <w:insideH w:val="nil"/>
          <w:insideV w:val="nil"/>
        </w:tcBorders>
        <w:shd w:val="clear" w:color="auto" w:fill="772C2A" w:themeFill="accent2" w:themeFillShade="99"/>
      </w:tcPr>
    </w:tblStylePr>
    <w:tblStylePr w:type="band1Vert">
      <w:tblPr/>
      <w:tcPr>
        <w:shd w:val="clear" w:color="auto" w:fill="E5B8B7" w:themeFill="accent2" w:themeFillTint="66"/>
      </w:tcPr>
    </w:tblStylePr>
    <w:tblStylePr w:type="band1Horz">
      <w:tblPr/>
      <w:tcPr>
        <w:shd w:val="clear" w:color="auto" w:fill="DFA7A6" w:themeFill="accent2" w:themeFillTint="7F"/>
      </w:tcPr>
    </w:tblStylePr>
    <w:tblStylePr w:type="neCell">
      <w:rPr>
        <w:color w:val="000000" w:themeColor="text1"/>
      </w:rPr>
    </w:tblStylePr>
    <w:tblStylePr w:type="nwCell">
      <w:rPr>
        <w:color w:val="000000" w:themeColor="text1"/>
      </w:rPr>
    </w:tblStylePr>
  </w:style>
  <w:style w:type="table" w:styleId="ColorfulShading-Accent3">
    <w:name w:val="Colorful Shading Accent 3"/>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8064A2" w:themeColor="accent4"/>
        <w:left w:val="single" w:sz="4" w:space="0" w:color="9BBB59" w:themeColor="accent3"/>
        <w:bottom w:val="single" w:sz="4" w:space="0" w:color="9BBB59" w:themeColor="accent3"/>
        <w:right w:val="single" w:sz="4" w:space="0" w:color="9BBB59" w:themeColor="accent3"/>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5F8EE" w:themeFill="accent3" w:themeFillTint="19"/>
    </w:tcPr>
    <w:tblStylePr w:type="firstRow">
      <w:rPr>
        <w:b/>
        <w:bCs/>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5E7530" w:themeFill="accent3" w:themeFillShade="99"/>
      </w:tcPr>
    </w:tblStylePr>
    <w:tblStylePr w:type="firstCol">
      <w:rPr>
        <w:color w:val="FFFFFF" w:themeColor="background1"/>
      </w:rPr>
      <w:tblPr/>
      <w:tcPr>
        <w:tcBorders>
          <w:top w:val="nil"/>
          <w:left w:val="nil"/>
          <w:bottom w:val="nil"/>
          <w:right w:val="nil"/>
          <w:insideH w:val="single" w:sz="4" w:space="0" w:color="5E7530" w:themeColor="accent3" w:themeShade="99"/>
          <w:insideV w:val="nil"/>
        </w:tcBorders>
        <w:shd w:val="clear" w:color="auto" w:fill="5E7530" w:themeFill="accent3" w:themeFillShade="99"/>
      </w:tcPr>
    </w:tblStylePr>
    <w:tblStylePr w:type="lastCol">
      <w:rPr>
        <w:color w:val="FFFFFF" w:themeColor="background1"/>
      </w:rPr>
      <w:tblPr/>
      <w:tcPr>
        <w:tcBorders>
          <w:top w:val="nil"/>
          <w:left w:val="nil"/>
          <w:bottom w:val="nil"/>
          <w:right w:val="nil"/>
          <w:insideH w:val="nil"/>
          <w:insideV w:val="nil"/>
        </w:tcBorders>
        <w:shd w:val="clear" w:color="auto" w:fill="5E7530" w:themeFill="accent3" w:themeFillShade="99"/>
      </w:tcPr>
    </w:tblStylePr>
    <w:tblStylePr w:type="band1Vert">
      <w:tblPr/>
      <w:tcPr>
        <w:shd w:val="clear" w:color="auto" w:fill="D6E3BC" w:themeFill="accent3" w:themeFillTint="66"/>
      </w:tcPr>
    </w:tblStylePr>
    <w:tblStylePr w:type="band1Horz">
      <w:tblPr/>
      <w:tcPr>
        <w:shd w:val="clear" w:color="auto" w:fill="CDDDAC" w:themeFill="accent3" w:themeFillTint="7F"/>
      </w:tcPr>
    </w:tblStylePr>
  </w:style>
  <w:style w:type="table" w:styleId="ColorfulShading-Accent4">
    <w:name w:val="Colorful Shading Accent 4"/>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9BBB59" w:themeColor="accent3"/>
        <w:left w:val="single" w:sz="4" w:space="0" w:color="8064A2" w:themeColor="accent4"/>
        <w:bottom w:val="single" w:sz="4" w:space="0" w:color="8064A2" w:themeColor="accent4"/>
        <w:right w:val="single" w:sz="4" w:space="0" w:color="8064A2" w:themeColor="accent4"/>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2EFF6" w:themeFill="accent4" w:themeFillTint="19"/>
    </w:tcPr>
    <w:tblStylePr w:type="firstRow">
      <w:rPr>
        <w:b/>
        <w:bCs/>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4C3B62" w:themeFill="accent4" w:themeFillShade="99"/>
      </w:tcPr>
    </w:tblStylePr>
    <w:tblStylePr w:type="firstCol">
      <w:rPr>
        <w:color w:val="FFFFFF" w:themeColor="background1"/>
      </w:rPr>
      <w:tblPr/>
      <w:tcPr>
        <w:tcBorders>
          <w:top w:val="nil"/>
          <w:left w:val="nil"/>
          <w:bottom w:val="nil"/>
          <w:right w:val="nil"/>
          <w:insideH w:val="single" w:sz="4" w:space="0" w:color="4C3B62" w:themeColor="accent4" w:themeShade="99"/>
          <w:insideV w:val="nil"/>
        </w:tcBorders>
        <w:shd w:val="clear" w:color="auto" w:fill="4C3B62" w:themeFill="accent4" w:themeFillShade="99"/>
      </w:tcPr>
    </w:tblStylePr>
    <w:tblStylePr w:type="lastCol">
      <w:rPr>
        <w:color w:val="FFFFFF" w:themeColor="background1"/>
      </w:rPr>
      <w:tblPr/>
      <w:tcPr>
        <w:tcBorders>
          <w:top w:val="nil"/>
          <w:left w:val="nil"/>
          <w:bottom w:val="nil"/>
          <w:right w:val="nil"/>
          <w:insideH w:val="nil"/>
          <w:insideV w:val="nil"/>
        </w:tcBorders>
        <w:shd w:val="clear" w:color="auto" w:fill="4C3B62" w:themeFill="accent4" w:themeFillShade="99"/>
      </w:tcPr>
    </w:tblStylePr>
    <w:tblStylePr w:type="band1Vert">
      <w:tblPr/>
      <w:tcPr>
        <w:shd w:val="clear" w:color="auto" w:fill="CCC0D9" w:themeFill="accent4" w:themeFillTint="66"/>
      </w:tcPr>
    </w:tblStylePr>
    <w:tblStylePr w:type="band1Horz">
      <w:tblPr/>
      <w:tcPr>
        <w:shd w:val="clear" w:color="auto" w:fill="BFB1D0" w:themeFill="accent4" w:themeFillTint="7F"/>
      </w:tcPr>
    </w:tblStylePr>
    <w:tblStylePr w:type="neCell">
      <w:rPr>
        <w:color w:val="000000" w:themeColor="text1"/>
      </w:rPr>
    </w:tblStylePr>
    <w:tblStylePr w:type="nwCell">
      <w:rPr>
        <w:color w:val="000000" w:themeColor="text1"/>
      </w:rPr>
    </w:tblStylePr>
  </w:style>
  <w:style w:type="table" w:styleId="ColorfulShading-Accent5">
    <w:name w:val="Colorful Shading Accent 5"/>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F79646" w:themeColor="accent6"/>
        <w:left w:val="single" w:sz="4" w:space="0" w:color="4BACC6" w:themeColor="accent5"/>
        <w:bottom w:val="single" w:sz="4" w:space="0" w:color="4BACC6" w:themeColor="accent5"/>
        <w:right w:val="single" w:sz="4" w:space="0" w:color="4BACC6" w:themeColor="accent5"/>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6F9" w:themeFill="accent5" w:themeFillTint="19"/>
    </w:tcPr>
    <w:tblStylePr w:type="firstRow">
      <w:rPr>
        <w:b/>
        <w:bCs/>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76A7C" w:themeFill="accent5" w:themeFillShade="99"/>
      </w:tcPr>
    </w:tblStylePr>
    <w:tblStylePr w:type="firstCol">
      <w:rPr>
        <w:color w:val="FFFFFF" w:themeColor="background1"/>
      </w:rPr>
      <w:tblPr/>
      <w:tcPr>
        <w:tcBorders>
          <w:top w:val="nil"/>
          <w:left w:val="nil"/>
          <w:bottom w:val="nil"/>
          <w:right w:val="nil"/>
          <w:insideH w:val="single" w:sz="4" w:space="0" w:color="276A7C" w:themeColor="accent5" w:themeShade="99"/>
          <w:insideV w:val="nil"/>
        </w:tcBorders>
        <w:shd w:val="clear" w:color="auto" w:fill="276A7C" w:themeFill="accent5" w:themeFillShade="99"/>
      </w:tcPr>
    </w:tblStylePr>
    <w:tblStylePr w:type="lastCol">
      <w:rPr>
        <w:color w:val="FFFFFF" w:themeColor="background1"/>
      </w:rPr>
      <w:tblPr/>
      <w:tcPr>
        <w:tcBorders>
          <w:top w:val="nil"/>
          <w:left w:val="nil"/>
          <w:bottom w:val="nil"/>
          <w:right w:val="nil"/>
          <w:insideH w:val="nil"/>
          <w:insideV w:val="nil"/>
        </w:tcBorders>
        <w:shd w:val="clear" w:color="auto" w:fill="276A7C" w:themeFill="accent5" w:themeFillShade="99"/>
      </w:tcPr>
    </w:tblStylePr>
    <w:tblStylePr w:type="band1Vert">
      <w:tblPr/>
      <w:tcPr>
        <w:shd w:val="clear" w:color="auto" w:fill="B6DDE8" w:themeFill="accent5" w:themeFillTint="66"/>
      </w:tcPr>
    </w:tblStylePr>
    <w:tblStylePr w:type="band1Horz">
      <w:tblPr/>
      <w:tcPr>
        <w:shd w:val="clear" w:color="auto" w:fill="A5D5E2" w:themeFill="accent5" w:themeFillTint="7F"/>
      </w:tcPr>
    </w:tblStylePr>
    <w:tblStylePr w:type="neCell">
      <w:rPr>
        <w:color w:val="000000" w:themeColor="text1"/>
      </w:rPr>
    </w:tblStylePr>
    <w:tblStylePr w:type="nwCell">
      <w:rPr>
        <w:color w:val="000000" w:themeColor="text1"/>
      </w:rPr>
    </w:tblStylePr>
  </w:style>
  <w:style w:type="table" w:styleId="ColorfulShading-Accent6">
    <w:name w:val="Colorful Shading Accent 6"/>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4BACC6" w:themeColor="accent5"/>
        <w:left w:val="single" w:sz="4" w:space="0" w:color="F79646" w:themeColor="accent6"/>
        <w:bottom w:val="single" w:sz="4" w:space="0" w:color="F79646" w:themeColor="accent6"/>
        <w:right w:val="single" w:sz="4" w:space="0" w:color="F79646" w:themeColor="accent6"/>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EF4EC" w:themeFill="accent6" w:themeFillTint="19"/>
    </w:tcPr>
    <w:tblStylePr w:type="firstRow">
      <w:rPr>
        <w:b/>
        <w:bCs/>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B65608" w:themeFill="accent6" w:themeFillShade="99"/>
      </w:tcPr>
    </w:tblStylePr>
    <w:tblStylePr w:type="firstCol">
      <w:rPr>
        <w:color w:val="FFFFFF" w:themeColor="background1"/>
      </w:rPr>
      <w:tblPr/>
      <w:tcPr>
        <w:tcBorders>
          <w:top w:val="nil"/>
          <w:left w:val="nil"/>
          <w:bottom w:val="nil"/>
          <w:right w:val="nil"/>
          <w:insideH w:val="single" w:sz="4" w:space="0" w:color="B65608" w:themeColor="accent6" w:themeShade="99"/>
          <w:insideV w:val="nil"/>
        </w:tcBorders>
        <w:shd w:val="clear" w:color="auto" w:fill="B65608" w:themeFill="accent6" w:themeFillShade="99"/>
      </w:tcPr>
    </w:tblStylePr>
    <w:tblStylePr w:type="lastCol">
      <w:rPr>
        <w:color w:val="FFFFFF" w:themeColor="background1"/>
      </w:rPr>
      <w:tblPr/>
      <w:tcPr>
        <w:tcBorders>
          <w:top w:val="nil"/>
          <w:left w:val="nil"/>
          <w:bottom w:val="nil"/>
          <w:right w:val="nil"/>
          <w:insideH w:val="nil"/>
          <w:insideV w:val="nil"/>
        </w:tcBorders>
        <w:shd w:val="clear" w:color="auto" w:fill="B65608" w:themeFill="accent6" w:themeFillShade="99"/>
      </w:tcPr>
    </w:tblStylePr>
    <w:tblStylePr w:type="band1Vert">
      <w:tblPr/>
      <w:tcPr>
        <w:shd w:val="clear" w:color="auto" w:fill="FBD4B4" w:themeFill="accent6" w:themeFillTint="66"/>
      </w:tcPr>
    </w:tblStylePr>
    <w:tblStylePr w:type="band1Horz">
      <w:tblPr/>
      <w:tcPr>
        <w:shd w:val="clear" w:color="auto" w:fill="FBCAA2" w:themeFill="accent6" w:themeFillTint="7F"/>
      </w:tcPr>
    </w:tblStylePr>
    <w:tblStylePr w:type="neCell">
      <w:rPr>
        <w:color w:val="000000" w:themeColor="text1"/>
      </w:rPr>
    </w:tblStylePr>
    <w:tblStylePr w:type="nwCell">
      <w:rPr>
        <w:color w:val="000000" w:themeColor="text1"/>
      </w:rPr>
    </w:tblStylePr>
  </w:style>
  <w:style w:type="table" w:styleId="ColorfulList">
    <w:name w:val="Colorful List"/>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6E6E6" w:themeFill="tex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C0C0" w:themeFill="text1" w:themeFillTint="3F"/>
      </w:tcPr>
    </w:tblStylePr>
    <w:tblStylePr w:type="band1Horz">
      <w:tblPr/>
      <w:tcPr>
        <w:shd w:val="clear" w:color="auto" w:fill="CCCCCC" w:themeFill="text1" w:themeFillTint="33"/>
      </w:tcPr>
    </w:tblStylePr>
  </w:style>
  <w:style w:type="table" w:styleId="ColorfulList-Accent1">
    <w:name w:val="Colorful List Accent 1"/>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2F8" w:themeFill="accen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3DFEE" w:themeFill="accent1" w:themeFillTint="3F"/>
      </w:tcPr>
    </w:tblStylePr>
    <w:tblStylePr w:type="band1Horz">
      <w:tblPr/>
      <w:tcPr>
        <w:shd w:val="clear" w:color="auto" w:fill="DBE5F1" w:themeFill="accent1" w:themeFillTint="33"/>
      </w:tcPr>
    </w:tblStylePr>
  </w:style>
  <w:style w:type="table" w:styleId="ColorfulList-Accent2">
    <w:name w:val="Colorful List Accent 2"/>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8EDED" w:themeFill="accent2"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FD3D2" w:themeFill="accent2" w:themeFillTint="3F"/>
      </w:tcPr>
    </w:tblStylePr>
    <w:tblStylePr w:type="band1Horz">
      <w:tblPr/>
      <w:tcPr>
        <w:shd w:val="clear" w:color="auto" w:fill="F2DBDB" w:themeFill="accent2" w:themeFillTint="33"/>
      </w:tcPr>
    </w:tblStylePr>
  </w:style>
  <w:style w:type="table" w:styleId="ColorfulList-Accent3">
    <w:name w:val="Colorful List Accent 3"/>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5F8EE" w:themeFill="accent3" w:themeFillTint="19"/>
    </w:tcPr>
    <w:tblStylePr w:type="firstRow">
      <w:rPr>
        <w:b/>
        <w:bCs/>
        <w:color w:val="FFFFFF" w:themeColor="background1"/>
      </w:rPr>
      <w:tblPr/>
      <w:tcPr>
        <w:tcBorders>
          <w:bottom w:val="single" w:sz="12" w:space="0" w:color="FFFFFF" w:themeColor="background1"/>
        </w:tcBorders>
        <w:shd w:val="clear" w:color="auto" w:fill="664E82" w:themeFill="accent4" w:themeFillShade="CC"/>
      </w:tcPr>
    </w:tblStylePr>
    <w:tblStylePr w:type="lastRow">
      <w:rPr>
        <w:b/>
        <w:bCs/>
        <w:color w:val="664E82" w:themeColor="accent4"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6EED5" w:themeFill="accent3" w:themeFillTint="3F"/>
      </w:tcPr>
    </w:tblStylePr>
    <w:tblStylePr w:type="band1Horz">
      <w:tblPr/>
      <w:tcPr>
        <w:shd w:val="clear" w:color="auto" w:fill="EAF1DD" w:themeFill="accent3" w:themeFillTint="33"/>
      </w:tcPr>
    </w:tblStylePr>
  </w:style>
  <w:style w:type="table" w:styleId="ColorfulList-Accent4">
    <w:name w:val="Colorful List Accent 4"/>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2EFF6" w:themeFill="accent4" w:themeFillTint="19"/>
    </w:tcPr>
    <w:tblStylePr w:type="firstRow">
      <w:rPr>
        <w:b/>
        <w:bCs/>
        <w:color w:val="FFFFFF" w:themeColor="background1"/>
      </w:rPr>
      <w:tblPr/>
      <w:tcPr>
        <w:tcBorders>
          <w:bottom w:val="single" w:sz="12" w:space="0" w:color="FFFFFF" w:themeColor="background1"/>
        </w:tcBorders>
        <w:shd w:val="clear" w:color="auto" w:fill="7E9C40" w:themeFill="accent3" w:themeFillShade="CC"/>
      </w:tcPr>
    </w:tblStylePr>
    <w:tblStylePr w:type="lastRow">
      <w:rPr>
        <w:b/>
        <w:bCs/>
        <w:color w:val="7E9C40" w:themeColor="accent3"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FD8E8" w:themeFill="accent4" w:themeFillTint="3F"/>
      </w:tcPr>
    </w:tblStylePr>
    <w:tblStylePr w:type="band1Horz">
      <w:tblPr/>
      <w:tcPr>
        <w:shd w:val="clear" w:color="auto" w:fill="E5DFEC" w:themeFill="accent4" w:themeFillTint="33"/>
      </w:tcPr>
    </w:tblStylePr>
  </w:style>
  <w:style w:type="table" w:styleId="ColorfulList-Accent5">
    <w:name w:val="Colorful List Accent 5"/>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6F9" w:themeFill="accent5" w:themeFillTint="19"/>
    </w:tcPr>
    <w:tblStylePr w:type="firstRow">
      <w:rPr>
        <w:b/>
        <w:bCs/>
        <w:color w:val="FFFFFF" w:themeColor="background1"/>
      </w:rPr>
      <w:tblPr/>
      <w:tcPr>
        <w:tcBorders>
          <w:bottom w:val="single" w:sz="12" w:space="0" w:color="FFFFFF" w:themeColor="background1"/>
        </w:tcBorders>
        <w:shd w:val="clear" w:color="auto" w:fill="F2730A" w:themeFill="accent6" w:themeFillShade="CC"/>
      </w:tcPr>
    </w:tblStylePr>
    <w:tblStylePr w:type="lastRow">
      <w:rPr>
        <w:b/>
        <w:bCs/>
        <w:color w:val="F2730A" w:themeColor="accent6"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2EAF1" w:themeFill="accent5" w:themeFillTint="3F"/>
      </w:tcPr>
    </w:tblStylePr>
    <w:tblStylePr w:type="band1Horz">
      <w:tblPr/>
      <w:tcPr>
        <w:shd w:val="clear" w:color="auto" w:fill="DAEEF3" w:themeFill="accent5" w:themeFillTint="33"/>
      </w:tcPr>
    </w:tblStylePr>
  </w:style>
  <w:style w:type="table" w:styleId="ColorfulList-Accent6">
    <w:name w:val="Colorful List Accent 6"/>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EF4EC" w:themeFill="accent6" w:themeFillTint="19"/>
    </w:tcPr>
    <w:tblStylePr w:type="firstRow">
      <w:rPr>
        <w:b/>
        <w:bCs/>
        <w:color w:val="FFFFFF" w:themeColor="background1"/>
      </w:rPr>
      <w:tblPr/>
      <w:tcPr>
        <w:tcBorders>
          <w:bottom w:val="single" w:sz="12" w:space="0" w:color="FFFFFF" w:themeColor="background1"/>
        </w:tcBorders>
        <w:shd w:val="clear" w:color="auto" w:fill="348DA5" w:themeFill="accent5" w:themeFillShade="CC"/>
      </w:tcPr>
    </w:tblStylePr>
    <w:tblStylePr w:type="lastRow">
      <w:rPr>
        <w:b/>
        <w:bCs/>
        <w:color w:val="348DA5" w:themeColor="accent5"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DE4D0" w:themeFill="accent6" w:themeFillTint="3F"/>
      </w:tcPr>
    </w:tblStylePr>
    <w:tblStylePr w:type="band1Horz">
      <w:tblPr/>
      <w:tcPr>
        <w:shd w:val="clear" w:color="auto" w:fill="FDE9D9" w:themeFill="accent6" w:themeFillTint="33"/>
      </w:tcPr>
    </w:tblStylePr>
  </w:style>
  <w:style w:type="table" w:styleId="ColorfulGrid">
    <w:name w:val="Colorful Grid"/>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CCCCCC" w:themeFill="text1" w:themeFillTint="33"/>
    </w:tcPr>
    <w:tblStylePr w:type="firstRow">
      <w:rPr>
        <w:b/>
        <w:bCs/>
      </w:rPr>
      <w:tblPr/>
      <w:tcPr>
        <w:shd w:val="clear" w:color="auto" w:fill="999999" w:themeFill="text1" w:themeFillTint="66"/>
      </w:tcPr>
    </w:tblStylePr>
    <w:tblStylePr w:type="lastRow">
      <w:rPr>
        <w:b/>
        <w:bCs/>
        <w:color w:val="000000" w:themeColor="text1"/>
      </w:rPr>
      <w:tblPr/>
      <w:tcPr>
        <w:shd w:val="clear" w:color="auto" w:fill="999999" w:themeFill="text1" w:themeFillTint="66"/>
      </w:tcPr>
    </w:tblStylePr>
    <w:tblStylePr w:type="firstCol">
      <w:rPr>
        <w:color w:val="FFFFFF" w:themeColor="background1"/>
      </w:rPr>
      <w:tblPr/>
      <w:tcPr>
        <w:shd w:val="clear" w:color="auto" w:fill="000000" w:themeFill="text1" w:themeFillShade="BF"/>
      </w:tcPr>
    </w:tblStylePr>
    <w:tblStylePr w:type="lastCol">
      <w:rPr>
        <w:color w:val="FFFFFF" w:themeColor="background1"/>
      </w:rPr>
      <w:tblPr/>
      <w:tcPr>
        <w:shd w:val="clear" w:color="auto" w:fill="000000" w:themeFill="text1" w:themeFillShade="BF"/>
      </w:tc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ColorfulGrid-Accent1">
    <w:name w:val="Colorful Grid Accent 1"/>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BE5F1" w:themeFill="accent1" w:themeFillTint="33"/>
    </w:tcPr>
    <w:tblStylePr w:type="firstRow">
      <w:rPr>
        <w:b/>
        <w:bCs/>
      </w:rPr>
      <w:tblPr/>
      <w:tcPr>
        <w:shd w:val="clear" w:color="auto" w:fill="B8CCE4" w:themeFill="accent1" w:themeFillTint="66"/>
      </w:tcPr>
    </w:tblStylePr>
    <w:tblStylePr w:type="lastRow">
      <w:rPr>
        <w:b/>
        <w:bCs/>
        <w:color w:val="000000" w:themeColor="text1"/>
      </w:rPr>
      <w:tblPr/>
      <w:tcPr>
        <w:shd w:val="clear" w:color="auto" w:fill="B8CCE4" w:themeFill="accent1" w:themeFillTint="66"/>
      </w:tcPr>
    </w:tblStylePr>
    <w:tblStylePr w:type="firstCol">
      <w:rPr>
        <w:color w:val="FFFFFF" w:themeColor="background1"/>
      </w:rPr>
      <w:tblPr/>
      <w:tcPr>
        <w:shd w:val="clear" w:color="auto" w:fill="365F91" w:themeFill="accent1" w:themeFillShade="BF"/>
      </w:tcPr>
    </w:tblStylePr>
    <w:tblStylePr w:type="lastCol">
      <w:rPr>
        <w:color w:val="FFFFFF" w:themeColor="background1"/>
      </w:rPr>
      <w:tblPr/>
      <w:tcPr>
        <w:shd w:val="clear" w:color="auto" w:fill="365F91" w:themeFill="accent1" w:themeFillShade="BF"/>
      </w:tc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ColorfulGrid-Accent2">
    <w:name w:val="Colorful Grid Accent 2"/>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2DBDB" w:themeFill="accent2" w:themeFillTint="33"/>
    </w:tcPr>
    <w:tblStylePr w:type="firstRow">
      <w:rPr>
        <w:b/>
        <w:bCs/>
      </w:rPr>
      <w:tblPr/>
      <w:tcPr>
        <w:shd w:val="clear" w:color="auto" w:fill="E5B8B7" w:themeFill="accent2" w:themeFillTint="66"/>
      </w:tcPr>
    </w:tblStylePr>
    <w:tblStylePr w:type="lastRow">
      <w:rPr>
        <w:b/>
        <w:bCs/>
        <w:color w:val="000000" w:themeColor="text1"/>
      </w:rPr>
      <w:tblPr/>
      <w:tcPr>
        <w:shd w:val="clear" w:color="auto" w:fill="E5B8B7" w:themeFill="accent2" w:themeFillTint="66"/>
      </w:tcPr>
    </w:tblStylePr>
    <w:tblStylePr w:type="firstCol">
      <w:rPr>
        <w:color w:val="FFFFFF" w:themeColor="background1"/>
      </w:rPr>
      <w:tblPr/>
      <w:tcPr>
        <w:shd w:val="clear" w:color="auto" w:fill="943634" w:themeFill="accent2" w:themeFillShade="BF"/>
      </w:tcPr>
    </w:tblStylePr>
    <w:tblStylePr w:type="lastCol">
      <w:rPr>
        <w:color w:val="FFFFFF" w:themeColor="background1"/>
      </w:rPr>
      <w:tblPr/>
      <w:tcPr>
        <w:shd w:val="clear" w:color="auto" w:fill="943634" w:themeFill="accent2" w:themeFillShade="BF"/>
      </w:tc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ColorfulGrid-Accent3">
    <w:name w:val="Colorful Grid Accent 3"/>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AF1DD" w:themeFill="accent3" w:themeFillTint="33"/>
    </w:tcPr>
    <w:tblStylePr w:type="firstRow">
      <w:rPr>
        <w:b/>
        <w:bCs/>
      </w:rPr>
      <w:tblPr/>
      <w:tcPr>
        <w:shd w:val="clear" w:color="auto" w:fill="D6E3BC" w:themeFill="accent3" w:themeFillTint="66"/>
      </w:tcPr>
    </w:tblStylePr>
    <w:tblStylePr w:type="lastRow">
      <w:rPr>
        <w:b/>
        <w:bCs/>
        <w:color w:val="000000" w:themeColor="text1"/>
      </w:rPr>
      <w:tblPr/>
      <w:tcPr>
        <w:shd w:val="clear" w:color="auto" w:fill="D6E3BC" w:themeFill="accent3" w:themeFillTint="66"/>
      </w:tcPr>
    </w:tblStylePr>
    <w:tblStylePr w:type="firstCol">
      <w:rPr>
        <w:color w:val="FFFFFF" w:themeColor="background1"/>
      </w:rPr>
      <w:tblPr/>
      <w:tcPr>
        <w:shd w:val="clear" w:color="auto" w:fill="76923C" w:themeFill="accent3" w:themeFillShade="BF"/>
      </w:tcPr>
    </w:tblStylePr>
    <w:tblStylePr w:type="lastCol">
      <w:rPr>
        <w:color w:val="FFFFFF" w:themeColor="background1"/>
      </w:rPr>
      <w:tblPr/>
      <w:tcPr>
        <w:shd w:val="clear" w:color="auto" w:fill="76923C" w:themeFill="accent3" w:themeFillShade="BF"/>
      </w:tc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ColorfulGrid-Accent4">
    <w:name w:val="Colorful Grid Accent 4"/>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5DFEC" w:themeFill="accent4" w:themeFillTint="33"/>
    </w:tcPr>
    <w:tblStylePr w:type="firstRow">
      <w:rPr>
        <w:b/>
        <w:bCs/>
      </w:rPr>
      <w:tblPr/>
      <w:tcPr>
        <w:shd w:val="clear" w:color="auto" w:fill="CCC0D9" w:themeFill="accent4" w:themeFillTint="66"/>
      </w:tcPr>
    </w:tblStylePr>
    <w:tblStylePr w:type="lastRow">
      <w:rPr>
        <w:b/>
        <w:bCs/>
        <w:color w:val="000000" w:themeColor="text1"/>
      </w:rPr>
      <w:tblPr/>
      <w:tcPr>
        <w:shd w:val="clear" w:color="auto" w:fill="CCC0D9" w:themeFill="accent4" w:themeFillTint="66"/>
      </w:tcPr>
    </w:tblStylePr>
    <w:tblStylePr w:type="firstCol">
      <w:rPr>
        <w:color w:val="FFFFFF" w:themeColor="background1"/>
      </w:rPr>
      <w:tblPr/>
      <w:tcPr>
        <w:shd w:val="clear" w:color="auto" w:fill="5F497A" w:themeFill="accent4" w:themeFillShade="BF"/>
      </w:tcPr>
    </w:tblStylePr>
    <w:tblStylePr w:type="lastCol">
      <w:rPr>
        <w:color w:val="FFFFFF" w:themeColor="background1"/>
      </w:rPr>
      <w:tblPr/>
      <w:tcPr>
        <w:shd w:val="clear" w:color="auto" w:fill="5F497A" w:themeFill="accent4" w:themeFillShade="BF"/>
      </w:tc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ColorfulGrid-Accent5">
    <w:name w:val="Colorful Grid Accent 5"/>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AEEF3" w:themeFill="accent5" w:themeFillTint="33"/>
    </w:tcPr>
    <w:tblStylePr w:type="firstRow">
      <w:rPr>
        <w:b/>
        <w:bCs/>
      </w:rPr>
      <w:tblPr/>
      <w:tcPr>
        <w:shd w:val="clear" w:color="auto" w:fill="B6DDE8" w:themeFill="accent5" w:themeFillTint="66"/>
      </w:tcPr>
    </w:tblStylePr>
    <w:tblStylePr w:type="lastRow">
      <w:rPr>
        <w:b/>
        <w:bCs/>
        <w:color w:val="000000" w:themeColor="text1"/>
      </w:rPr>
      <w:tblPr/>
      <w:tcPr>
        <w:shd w:val="clear" w:color="auto" w:fill="B6DDE8" w:themeFill="accent5" w:themeFillTint="66"/>
      </w:tcPr>
    </w:tblStylePr>
    <w:tblStylePr w:type="firstCol">
      <w:rPr>
        <w:color w:val="FFFFFF" w:themeColor="background1"/>
      </w:rPr>
      <w:tblPr/>
      <w:tcPr>
        <w:shd w:val="clear" w:color="auto" w:fill="31849B" w:themeFill="accent5" w:themeFillShade="BF"/>
      </w:tcPr>
    </w:tblStylePr>
    <w:tblStylePr w:type="lastCol">
      <w:rPr>
        <w:color w:val="FFFFFF" w:themeColor="background1"/>
      </w:rPr>
      <w:tblPr/>
      <w:tcPr>
        <w:shd w:val="clear" w:color="auto" w:fill="31849B" w:themeFill="accent5" w:themeFillShade="BF"/>
      </w:tc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ColorfulGrid-Accent6">
    <w:name w:val="Colorful Grid Accent 6"/>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DE9D9" w:themeFill="accent6" w:themeFillTint="33"/>
    </w:tcPr>
    <w:tblStylePr w:type="firstRow">
      <w:rPr>
        <w:b/>
        <w:bCs/>
      </w:rPr>
      <w:tblPr/>
      <w:tcPr>
        <w:shd w:val="clear" w:color="auto" w:fill="FBD4B4" w:themeFill="accent6" w:themeFillTint="66"/>
      </w:tcPr>
    </w:tblStylePr>
    <w:tblStylePr w:type="lastRow">
      <w:rPr>
        <w:b/>
        <w:bCs/>
        <w:color w:val="000000" w:themeColor="text1"/>
      </w:rPr>
      <w:tblPr/>
      <w:tcPr>
        <w:shd w:val="clear" w:color="auto" w:fill="FBD4B4" w:themeFill="accent6" w:themeFillTint="66"/>
      </w:tcPr>
    </w:tblStylePr>
    <w:tblStylePr w:type="firstCol">
      <w:rPr>
        <w:color w:val="FFFFFF" w:themeColor="background1"/>
      </w:rPr>
      <w:tblPr/>
      <w:tcPr>
        <w:shd w:val="clear" w:color="auto" w:fill="E36C0A" w:themeFill="accent6" w:themeFillShade="BF"/>
      </w:tcPr>
    </w:tblStylePr>
    <w:tblStylePr w:type="lastCol">
      <w:rPr>
        <w:color w:val="FFFFFF" w:themeColor="background1"/>
      </w:rPr>
      <w:tblPr/>
      <w:tcPr>
        <w:shd w:val="clear" w:color="auto" w:fill="E36C0A" w:themeFill="accent6" w:themeFillShade="BF"/>
      </w:tc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s>
</file>

<file path=word/stylesWithEffects.xml><?xml version="1.0" encoding="utf-8"?>
<w:styl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FC693F"/>
  </w:style>
  <w:style w:type="paragraph" w:styleId="Heading1">
    <w:name w:val="heading 1"/>
    <w:basedOn w:val="Normal"/>
    <w:next w:val="Normal"/>
    <w:link w:val="Heading1Char"/>
    <w:uiPriority w:val="9"/>
    <w:qFormat/>
    <w:rsid w:val="00FC693F"/>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Heading2">
    <w:name w:val="heading 2"/>
    <w:basedOn w:val="Normal"/>
    <w:next w:val="Normal"/>
    <w:link w:val="Heading2Char"/>
    <w:uiPriority w:val="9"/>
    <w:unhideWhenUsed/>
    <w:qFormat/>
    <w:rsid w:val="00FC693F"/>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Heading3">
    <w:name w:val="heading 3"/>
    <w:basedOn w:val="Normal"/>
    <w:next w:val="Normal"/>
    <w:link w:val="Heading3Char"/>
    <w:uiPriority w:val="9"/>
    <w:unhideWhenUsed/>
    <w:qFormat/>
    <w:rsid w:val="00FC693F"/>
    <w:pPr>
      <w:keepNext/>
      <w:keepLines/>
      <w:spacing w:before="200" w:after="0"/>
      <w:outlineLvl w:val="2"/>
    </w:pPr>
    <w:rPr>
      <w:rFonts w:asciiTheme="majorHAnsi" w:eastAsiaTheme="majorEastAsia" w:hAnsiTheme="majorHAnsi" w:cstheme="majorBidi"/>
      <w:b/>
      <w:bCs/>
      <w:color w:val="4F81BD" w:themeColor="accent1"/>
    </w:rPr>
  </w:style>
  <w:style w:type="paragraph" w:styleId="Heading4">
    <w:name w:val="heading 4"/>
    <w:basedOn w:val="Normal"/>
    <w:next w:val="Normal"/>
    <w:link w:val="Heading4Char"/>
    <w:uiPriority w:val="9"/>
    <w:semiHidden/>
    <w:unhideWhenUsed/>
    <w:qFormat/>
    <w:rsid w:val="00FC693F"/>
    <w:pPr>
      <w:keepNext/>
      <w:keepLines/>
      <w:spacing w:before="200" w:after="0"/>
      <w:outlineLvl w:val="3"/>
    </w:pPr>
    <w:rPr>
      <w:rFonts w:asciiTheme="majorHAnsi" w:eastAsiaTheme="majorEastAsia" w:hAnsiTheme="majorHAnsi" w:cstheme="majorBidi"/>
      <w:b/>
      <w:bCs/>
      <w:i/>
      <w:iCs/>
      <w:color w:val="4F81BD" w:themeColor="accent1"/>
    </w:rPr>
  </w:style>
  <w:style w:type="paragraph" w:styleId="Heading5">
    <w:name w:val="heading 5"/>
    <w:basedOn w:val="Normal"/>
    <w:next w:val="Normal"/>
    <w:link w:val="Heading5Char"/>
    <w:uiPriority w:val="9"/>
    <w:semiHidden/>
    <w:unhideWhenUsed/>
    <w:qFormat/>
    <w:rsid w:val="00FC693F"/>
    <w:pPr>
      <w:keepNext/>
      <w:keepLines/>
      <w:spacing w:before="200" w:after="0"/>
      <w:outlineLvl w:val="4"/>
    </w:pPr>
    <w:rPr>
      <w:rFonts w:asciiTheme="majorHAnsi" w:eastAsiaTheme="majorEastAsia" w:hAnsiTheme="majorHAnsi" w:cstheme="majorBidi"/>
      <w:color w:val="243F60" w:themeColor="accent1" w:themeShade="7F"/>
    </w:rPr>
  </w:style>
  <w:style w:type="paragraph" w:styleId="Heading6">
    <w:name w:val="heading 6"/>
    <w:basedOn w:val="Normal"/>
    <w:next w:val="Normal"/>
    <w:link w:val="Heading6Char"/>
    <w:uiPriority w:val="9"/>
    <w:semiHidden/>
    <w:unhideWhenUsed/>
    <w:qFormat/>
    <w:rsid w:val="00FC693F"/>
    <w:pPr>
      <w:keepNext/>
      <w:keepLines/>
      <w:spacing w:before="200" w:after="0"/>
      <w:outlineLvl w:val="5"/>
    </w:pPr>
    <w:rPr>
      <w:rFonts w:asciiTheme="majorHAnsi" w:eastAsiaTheme="majorEastAsia" w:hAnsiTheme="majorHAnsi" w:cstheme="majorBidi"/>
      <w:i/>
      <w:iCs/>
      <w:color w:val="243F60" w:themeColor="accent1" w:themeShade="7F"/>
    </w:rPr>
  </w:style>
  <w:style w:type="paragraph" w:styleId="Heading7">
    <w:name w:val="heading 7"/>
    <w:basedOn w:val="Normal"/>
    <w:next w:val="Normal"/>
    <w:link w:val="Heading7Char"/>
    <w:uiPriority w:val="9"/>
    <w:semiHidden/>
    <w:unhideWhenUsed/>
    <w:qFormat/>
    <w:rsid w:val="00FC693F"/>
    <w:pPr>
      <w:keepNext/>
      <w:keepLines/>
      <w:spacing w:before="200" w:after="0"/>
      <w:outlineLvl w:val="6"/>
    </w:pPr>
    <w:rPr>
      <w:rFonts w:asciiTheme="majorHAnsi" w:eastAsiaTheme="majorEastAsia" w:hAnsiTheme="majorHAnsi" w:cstheme="majorBidi"/>
      <w:i/>
      <w:iCs/>
      <w:color w:val="404040" w:themeColor="text1" w:themeTint="BF"/>
    </w:rPr>
  </w:style>
  <w:style w:type="paragraph" w:styleId="Heading8">
    <w:name w:val="heading 8"/>
    <w:basedOn w:val="Normal"/>
    <w:next w:val="Normal"/>
    <w:link w:val="Heading8Char"/>
    <w:uiPriority w:val="9"/>
    <w:semiHidden/>
    <w:unhideWhenUsed/>
    <w:qFormat/>
    <w:rsid w:val="00FC693F"/>
    <w:pPr>
      <w:keepNext/>
      <w:keepLines/>
      <w:spacing w:before="200" w:after="0"/>
      <w:outlineLvl w:val="7"/>
    </w:pPr>
    <w:rPr>
      <w:rFonts w:asciiTheme="majorHAnsi" w:eastAsiaTheme="majorEastAsia" w:hAnsiTheme="majorHAnsi" w:cstheme="majorBidi"/>
      <w:color w:val="4F81BD" w:themeColor="accent1"/>
      <w:sz w:val="20"/>
      <w:szCs w:val="20"/>
    </w:rPr>
  </w:style>
  <w:style w:type="paragraph" w:styleId="Heading9">
    <w:name w:val="heading 9"/>
    <w:basedOn w:val="Normal"/>
    <w:next w:val="Normal"/>
    <w:link w:val="Heading9Char"/>
    <w:uiPriority w:val="9"/>
    <w:semiHidden/>
    <w:unhideWhenUsed/>
    <w:qFormat/>
    <w:rsid w:val="00FC693F"/>
    <w:pPr>
      <w:keepNext/>
      <w:keepLines/>
      <w:spacing w:before="200" w:after="0"/>
      <w:outlineLvl w:val="8"/>
    </w:pPr>
    <w:rPr>
      <w:rFonts w:asciiTheme="majorHAnsi" w:eastAsiaTheme="majorEastAsia" w:hAnsiTheme="majorHAnsi" w:cstheme="majorBidi"/>
      <w:i/>
      <w:iCs/>
      <w:color w:val="404040" w:themeColor="text1" w:themeTint="BF"/>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FC693F"/>
    <w:pPr>
      <w:spacing w:after="0" w:line="240" w:lineRule="auto"/>
    </w:pPr>
  </w:style>
  <w:style w:type="character" w:customStyle="1" w:styleId="Heading1Char">
    <w:name w:val="Heading 1 Char"/>
    <w:basedOn w:val="DefaultParagraphFont"/>
    <w:link w:val="Heading1"/>
    <w:uiPriority w:val="9"/>
    <w:rsid w:val="00FC693F"/>
    <w:rPr>
      <w:rFonts w:asciiTheme="majorHAnsi" w:eastAsiaTheme="majorEastAsia" w:hAnsiTheme="majorHAnsi" w:cstheme="majorBidi"/>
      <w:b/>
      <w:bCs/>
      <w:color w:val="365F91" w:themeColor="accent1" w:themeShade="BF"/>
      <w:sz w:val="28"/>
      <w:szCs w:val="28"/>
    </w:rPr>
  </w:style>
  <w:style w:type="character" w:customStyle="1" w:styleId="Heading2Char">
    <w:name w:val="Heading 2 Char"/>
    <w:basedOn w:val="DefaultParagraphFont"/>
    <w:link w:val="Heading2"/>
    <w:uiPriority w:val="9"/>
    <w:rsid w:val="00FC693F"/>
    <w:rPr>
      <w:rFonts w:asciiTheme="majorHAnsi" w:eastAsiaTheme="majorEastAsia" w:hAnsiTheme="majorHAnsi" w:cstheme="majorBidi"/>
      <w:b/>
      <w:bCs/>
      <w:color w:val="4F81BD" w:themeColor="accent1"/>
      <w:sz w:val="26"/>
      <w:szCs w:val="26"/>
    </w:rPr>
  </w:style>
  <w:style w:type="character" w:customStyle="1" w:styleId="Heading3Char">
    <w:name w:val="Heading 3 Char"/>
    <w:basedOn w:val="DefaultParagraphFont"/>
    <w:link w:val="Heading3"/>
    <w:uiPriority w:val="9"/>
    <w:rsid w:val="00FC693F"/>
    <w:rPr>
      <w:rFonts w:asciiTheme="majorHAnsi" w:eastAsiaTheme="majorEastAsia" w:hAnsiTheme="majorHAnsi" w:cstheme="majorBidi"/>
      <w:b/>
      <w:bCs/>
      <w:color w:val="4F81BD" w:themeColor="accent1"/>
    </w:rPr>
  </w:style>
  <w:style w:type="paragraph" w:styleId="Title">
    <w:name w:val="Title"/>
    <w:basedOn w:val="Normal"/>
    <w:next w:val="Normal"/>
    <w:link w:val="TitleChar"/>
    <w:uiPriority w:val="10"/>
    <w:qFormat/>
    <w:rsid w:val="00FC693F"/>
    <w:pPr>
      <w:pBdr>
        <w:bottom w:val="single" w:sz="8" w:space="4" w:color="4F81BD" w:themeColor="accent1"/>
      </w:pBdr>
      <w:spacing w:after="300" w:line="240" w:lineRule="auto"/>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TitleChar">
    <w:name w:val="Title Char"/>
    <w:basedOn w:val="DefaultParagraphFont"/>
    <w:link w:val="Title"/>
    <w:uiPriority w:val="10"/>
    <w:rsid w:val="00FC693F"/>
    <w:rPr>
      <w:rFonts w:asciiTheme="majorHAnsi" w:eastAsiaTheme="majorEastAsia" w:hAnsiTheme="majorHAnsi" w:cstheme="majorBidi"/>
      <w:color w:val="17365D" w:themeColor="text2" w:themeShade="BF"/>
      <w:spacing w:val="5"/>
      <w:kern w:val="28"/>
      <w:sz w:val="52"/>
      <w:szCs w:val="52"/>
    </w:rPr>
  </w:style>
  <w:style w:type="paragraph" w:styleId="Subtitle">
    <w:name w:val="Subtitle"/>
    <w:basedOn w:val="Normal"/>
    <w:next w:val="Normal"/>
    <w:link w:val="SubtitleChar"/>
    <w:uiPriority w:val="11"/>
    <w:qFormat/>
    <w:rsid w:val="00FC693F"/>
    <w:pPr>
      <w:numPr>
        <w:ilvl w:val="1"/>
      </w:numPr>
    </w:pPr>
    <w:rPr>
      <w:rFonts w:asciiTheme="majorHAnsi" w:eastAsiaTheme="majorEastAsia" w:hAnsiTheme="majorHAnsi" w:cstheme="majorBidi"/>
      <w:i/>
      <w:iCs/>
      <w:color w:val="4F81BD" w:themeColor="accent1"/>
      <w:spacing w:val="15"/>
      <w:sz w:val="24"/>
      <w:szCs w:val="24"/>
    </w:rPr>
  </w:style>
  <w:style w:type="character" w:customStyle="1" w:styleId="SubtitleChar">
    <w:name w:val="Subtitle Char"/>
    <w:basedOn w:val="DefaultParagraphFont"/>
    <w:link w:val="Subtitle"/>
    <w:uiPriority w:val="11"/>
    <w:rsid w:val="00FC693F"/>
    <w:rPr>
      <w:rFonts w:asciiTheme="majorHAnsi" w:eastAsiaTheme="majorEastAsia" w:hAnsiTheme="majorHAnsi" w:cstheme="majorBidi"/>
      <w:i/>
      <w:iCs/>
      <w:color w:val="4F81BD" w:themeColor="accent1"/>
      <w:spacing w:val="15"/>
      <w:sz w:val="24"/>
      <w:szCs w:val="24"/>
    </w:rPr>
  </w:style>
  <w:style w:type="paragraph" w:styleId="ListParagraph">
    <w:name w:val="List Paragraph"/>
    <w:basedOn w:val="Normal"/>
    <w:uiPriority w:val="34"/>
    <w:qFormat/>
    <w:rsid w:val="00FC693F"/>
    <w:pPr>
      <w:ind w:left="720"/>
      <w:contextualSpacing/>
    </w:pPr>
  </w:style>
  <w:style w:type="paragraph" w:styleId="BodyText">
    <w:name w:val="Body Text"/>
    <w:basedOn w:val="Normal"/>
    <w:link w:val="BodyTextChar"/>
    <w:uiPriority w:val="99"/>
    <w:unhideWhenUsed/>
    <w:rsid w:val="00AA1D8D"/>
    <w:pPr>
      <w:spacing w:after="120"/>
    </w:pPr>
  </w:style>
  <w:style w:type="character" w:customStyle="1" w:styleId="BodyTextChar">
    <w:name w:val="Body Text Char"/>
    <w:basedOn w:val="DefaultParagraphFont"/>
    <w:link w:val="BodyText"/>
    <w:uiPriority w:val="99"/>
    <w:rsid w:val="00AA1D8D"/>
  </w:style>
  <w:style w:type="paragraph" w:styleId="BodyText2">
    <w:name w:val="Body Text 2"/>
    <w:basedOn w:val="Normal"/>
    <w:link w:val="BodyText2Char"/>
    <w:uiPriority w:val="99"/>
    <w:unhideWhenUsed/>
    <w:rsid w:val="00AA1D8D"/>
    <w:pPr>
      <w:spacing w:after="120" w:line="480" w:lineRule="auto"/>
    </w:pPr>
  </w:style>
  <w:style w:type="character" w:customStyle="1" w:styleId="BodyText2Char">
    <w:name w:val="Body Text 2 Char"/>
    <w:basedOn w:val="DefaultParagraphFont"/>
    <w:link w:val="BodyText2"/>
    <w:uiPriority w:val="99"/>
    <w:rsid w:val="00AA1D8D"/>
  </w:style>
  <w:style w:type="paragraph" w:styleId="BodyText3">
    <w:name w:val="Body Text 3"/>
    <w:basedOn w:val="Normal"/>
    <w:link w:val="BodyText3Char"/>
    <w:uiPriority w:val="99"/>
    <w:unhideWhenUsed/>
    <w:rsid w:val="00AA1D8D"/>
    <w:pPr>
      <w:spacing w:after="120"/>
    </w:pPr>
    <w:rPr>
      <w:sz w:val="16"/>
      <w:szCs w:val="16"/>
    </w:rPr>
  </w:style>
  <w:style w:type="character" w:customStyle="1" w:styleId="BodyText3Char">
    <w:name w:val="Body Text 3 Char"/>
    <w:basedOn w:val="DefaultParagraphFont"/>
    <w:link w:val="BodyText3"/>
    <w:uiPriority w:val="99"/>
    <w:rsid w:val="00AA1D8D"/>
    <w:rPr>
      <w:sz w:val="16"/>
      <w:szCs w:val="16"/>
    </w:rPr>
  </w:style>
  <w:style w:type="paragraph" w:styleId="List">
    <w:name w:val="List"/>
    <w:basedOn w:val="Normal"/>
    <w:uiPriority w:val="99"/>
    <w:unhideWhenUsed/>
    <w:rsid w:val="00AA1D8D"/>
    <w:pPr>
      <w:ind w:left="360" w:hanging="360"/>
      <w:contextualSpacing/>
    </w:pPr>
  </w:style>
  <w:style w:type="paragraph" w:styleId="List2">
    <w:name w:val="List 2"/>
    <w:basedOn w:val="Normal"/>
    <w:uiPriority w:val="99"/>
    <w:unhideWhenUsed/>
    <w:rsid w:val="00326F90"/>
    <w:pPr>
      <w:ind w:left="720" w:hanging="360"/>
      <w:contextualSpacing/>
    </w:pPr>
  </w:style>
  <w:style w:type="paragraph" w:styleId="List3">
    <w:name w:val="List 3"/>
    <w:basedOn w:val="Normal"/>
    <w:uiPriority w:val="99"/>
    <w:unhideWhenUsed/>
    <w:rsid w:val="00326F90"/>
    <w:pPr>
      <w:ind w:left="1080" w:hanging="360"/>
      <w:contextualSpacing/>
    </w:pPr>
  </w:style>
  <w:style w:type="paragraph" w:styleId="ListBullet">
    <w:name w:val="List Bullet"/>
    <w:basedOn w:val="Normal"/>
    <w:uiPriority w:val="99"/>
    <w:unhideWhenUsed/>
    <w:rsid w:val="00326F90"/>
    <w:pPr>
      <w:numPr>
        <w:numId w:val="1"/>
      </w:numPr>
      <w:contextualSpacing/>
    </w:pPr>
  </w:style>
  <w:style w:type="paragraph" w:styleId="ListBullet2">
    <w:name w:val="List Bullet 2"/>
    <w:basedOn w:val="Normal"/>
    <w:uiPriority w:val="99"/>
    <w:unhideWhenUsed/>
    <w:rsid w:val="00326F90"/>
    <w:pPr>
      <w:numPr>
        <w:numId w:val="2"/>
      </w:numPr>
      <w:contextualSpacing/>
    </w:pPr>
  </w:style>
  <w:style w:type="paragraph" w:styleId="ListBullet3">
    <w:name w:val="List Bullet 3"/>
    <w:basedOn w:val="Normal"/>
    <w:uiPriority w:val="99"/>
    <w:unhideWhenUsed/>
    <w:rsid w:val="00326F90"/>
    <w:pPr>
      <w:numPr>
        <w:numId w:val="3"/>
      </w:numPr>
      <w:contextualSpacing/>
    </w:pPr>
  </w:style>
  <w:style w:type="paragraph" w:styleId="ListNumber">
    <w:name w:val="List Number"/>
    <w:basedOn w:val="Normal"/>
    <w:uiPriority w:val="99"/>
    <w:unhideWhenUsed/>
    <w:rsid w:val="00326F90"/>
    <w:pPr>
      <w:numPr>
        <w:numId w:val="5"/>
      </w:numPr>
      <w:contextualSpacing/>
    </w:pPr>
  </w:style>
  <w:style w:type="paragraph" w:styleId="ListNumber2">
    <w:name w:val="List Number 2"/>
    <w:basedOn w:val="Normal"/>
    <w:uiPriority w:val="99"/>
    <w:unhideWhenUsed/>
    <w:rsid w:val="0029639D"/>
    <w:pPr>
      <w:numPr>
        <w:numId w:val="6"/>
      </w:numPr>
      <w:contextualSpacing/>
    </w:pPr>
  </w:style>
  <w:style w:type="paragraph" w:styleId="ListNumber3">
    <w:name w:val="List Number 3"/>
    <w:basedOn w:val="Normal"/>
    <w:uiPriority w:val="99"/>
    <w:unhideWhenUsed/>
    <w:rsid w:val="0029639D"/>
    <w:pPr>
      <w:numPr>
        <w:numId w:val="7"/>
      </w:numPr>
      <w:contextualSpacing/>
    </w:pPr>
  </w:style>
  <w:style w:type="paragraph" w:styleId="ListContinue">
    <w:name w:val="List Continue"/>
    <w:basedOn w:val="Normal"/>
    <w:uiPriority w:val="99"/>
    <w:unhideWhenUsed/>
    <w:rsid w:val="0029639D"/>
    <w:pPr>
      <w:spacing w:after="120"/>
      <w:ind w:left="360"/>
      <w:contextualSpacing/>
    </w:pPr>
  </w:style>
  <w:style w:type="paragraph" w:styleId="ListContinue2">
    <w:name w:val="List Continue 2"/>
    <w:basedOn w:val="Normal"/>
    <w:uiPriority w:val="99"/>
    <w:unhideWhenUsed/>
    <w:rsid w:val="0029639D"/>
    <w:pPr>
      <w:spacing w:after="120"/>
      <w:ind w:left="720"/>
      <w:contextualSpacing/>
    </w:pPr>
  </w:style>
  <w:style w:type="paragraph" w:styleId="ListContinue3">
    <w:name w:val="List Continue 3"/>
    <w:basedOn w:val="Normal"/>
    <w:uiPriority w:val="99"/>
    <w:unhideWhenUsed/>
    <w:rsid w:val="0029639D"/>
    <w:pPr>
      <w:spacing w:after="120"/>
      <w:ind w:left="1080"/>
      <w:contextualSpacing/>
    </w:pPr>
  </w:style>
  <w:style w:type="paragraph" w:styleId="MacroText">
    <w:name w:val="macro"/>
    <w:link w:val="MacroTextChar"/>
    <w:uiPriority w:val="99"/>
    <w:unhideWhenUsed/>
    <w:rsid w:val="0029639D"/>
    <w:pPr>
      <w:tabs>
        <w:tab w:val="left" w:pos="576"/>
        <w:tab w:val="left" w:pos="1152"/>
        <w:tab w:val="left" w:pos="1728"/>
        <w:tab w:val="left" w:pos="2304"/>
        <w:tab w:val="left" w:pos="2880"/>
        <w:tab w:val="left" w:pos="3456"/>
        <w:tab w:val="left" w:pos="4032"/>
      </w:tabs>
    </w:pPr>
    <w:rPr>
      <w:rFonts w:ascii="Courier" w:hAnsi="Courier"/>
      <w:sz w:val="20"/>
      <w:szCs w:val="20"/>
    </w:rPr>
  </w:style>
  <w:style w:type="character" w:customStyle="1" w:styleId="MacroTextChar">
    <w:name w:val="Macro Text Char"/>
    <w:basedOn w:val="DefaultParagraphFont"/>
    <w:link w:val="MacroText"/>
    <w:uiPriority w:val="99"/>
    <w:rsid w:val="0029639D"/>
    <w:rPr>
      <w:rFonts w:ascii="Courier" w:hAnsi="Courier"/>
      <w:sz w:val="20"/>
      <w:szCs w:val="20"/>
    </w:rPr>
  </w:style>
  <w:style w:type="paragraph" w:styleId="Quote">
    <w:name w:val="Quote"/>
    <w:basedOn w:val="Normal"/>
    <w:next w:val="Normal"/>
    <w:link w:val="QuoteChar"/>
    <w:uiPriority w:val="29"/>
    <w:qFormat/>
    <w:rsid w:val="00FC693F"/>
    <w:rPr>
      <w:i/>
      <w:iCs/>
      <w:color w:val="000000" w:themeColor="text1"/>
    </w:rPr>
  </w:style>
  <w:style w:type="character" w:customStyle="1" w:styleId="QuoteChar">
    <w:name w:val="Quote Char"/>
    <w:basedOn w:val="DefaultParagraphFont"/>
    <w:link w:val="Quote"/>
    <w:uiPriority w:val="29"/>
    <w:rsid w:val="00FC693F"/>
    <w:rPr>
      <w:i/>
      <w:iCs/>
      <w:color w:val="000000" w:themeColor="text1"/>
    </w:rPr>
  </w:style>
  <w:style w:type="character" w:customStyle="1" w:styleId="Heading4Char">
    <w:name w:val="Heading 4 Char"/>
    <w:basedOn w:val="DefaultParagraphFont"/>
    <w:link w:val="Heading4"/>
    <w:uiPriority w:val="9"/>
    <w:semiHidden/>
    <w:rsid w:val="00FC693F"/>
    <w:rPr>
      <w:rFonts w:asciiTheme="majorHAnsi" w:eastAsiaTheme="majorEastAsia" w:hAnsiTheme="majorHAnsi" w:cstheme="majorBidi"/>
      <w:b/>
      <w:bCs/>
      <w:i/>
      <w:iCs/>
      <w:color w:val="4F81BD" w:themeColor="accent1"/>
    </w:rPr>
  </w:style>
  <w:style w:type="character" w:customStyle="1" w:styleId="Heading5Char">
    <w:name w:val="Heading 5 Char"/>
    <w:basedOn w:val="DefaultParagraphFont"/>
    <w:link w:val="Heading5"/>
    <w:uiPriority w:val="9"/>
    <w:semiHidden/>
    <w:rsid w:val="00FC693F"/>
    <w:rPr>
      <w:rFonts w:asciiTheme="majorHAnsi" w:eastAsiaTheme="majorEastAsia" w:hAnsiTheme="majorHAnsi" w:cstheme="majorBidi"/>
      <w:color w:val="243F60" w:themeColor="accent1" w:themeShade="7F"/>
    </w:rPr>
  </w:style>
  <w:style w:type="character" w:customStyle="1" w:styleId="Heading6Char">
    <w:name w:val="Heading 6 Char"/>
    <w:basedOn w:val="DefaultParagraphFont"/>
    <w:link w:val="Heading6"/>
    <w:uiPriority w:val="9"/>
    <w:semiHidden/>
    <w:rsid w:val="00FC693F"/>
    <w:rPr>
      <w:rFonts w:asciiTheme="majorHAnsi" w:eastAsiaTheme="majorEastAsia" w:hAnsiTheme="majorHAnsi" w:cstheme="majorBidi"/>
      <w:i/>
      <w:iCs/>
      <w:color w:val="243F60" w:themeColor="accent1" w:themeShade="7F"/>
    </w:rPr>
  </w:style>
  <w:style w:type="character" w:customStyle="1" w:styleId="Heading7Char">
    <w:name w:val="Heading 7 Char"/>
    <w:basedOn w:val="DefaultParagraphFont"/>
    <w:link w:val="Heading7"/>
    <w:uiPriority w:val="9"/>
    <w:semiHidden/>
    <w:rsid w:val="00FC693F"/>
    <w:rPr>
      <w:rFonts w:asciiTheme="majorHAnsi" w:eastAsiaTheme="majorEastAsia" w:hAnsiTheme="majorHAnsi" w:cstheme="majorBidi"/>
      <w:i/>
      <w:iCs/>
      <w:color w:val="404040" w:themeColor="text1" w:themeTint="BF"/>
    </w:rPr>
  </w:style>
  <w:style w:type="character" w:customStyle="1" w:styleId="Heading8Char">
    <w:name w:val="Heading 8 Char"/>
    <w:basedOn w:val="DefaultParagraphFont"/>
    <w:link w:val="Heading8"/>
    <w:uiPriority w:val="9"/>
    <w:semiHidden/>
    <w:rsid w:val="00FC693F"/>
    <w:rPr>
      <w:rFonts w:asciiTheme="majorHAnsi" w:eastAsiaTheme="majorEastAsia" w:hAnsiTheme="majorHAnsi" w:cstheme="majorBidi"/>
      <w:color w:val="4F81BD" w:themeColor="accent1"/>
      <w:sz w:val="20"/>
      <w:szCs w:val="20"/>
    </w:rPr>
  </w:style>
  <w:style w:type="character" w:customStyle="1" w:styleId="Heading9Char">
    <w:name w:val="Heading 9 Char"/>
    <w:basedOn w:val="DefaultParagraphFont"/>
    <w:link w:val="Heading9"/>
    <w:uiPriority w:val="9"/>
    <w:semiHidden/>
    <w:rsid w:val="00FC693F"/>
    <w:rPr>
      <w:rFonts w:asciiTheme="majorHAnsi" w:eastAsiaTheme="majorEastAsia" w:hAnsiTheme="majorHAnsi" w:cstheme="majorBidi"/>
      <w:i/>
      <w:iCs/>
      <w:color w:val="404040" w:themeColor="text1" w:themeTint="BF"/>
      <w:sz w:val="20"/>
      <w:szCs w:val="20"/>
    </w:rPr>
  </w:style>
  <w:style w:type="paragraph" w:styleId="Caption">
    <w:name w:val="caption"/>
    <w:basedOn w:val="Normal"/>
    <w:next w:val="Normal"/>
    <w:uiPriority w:val="35"/>
    <w:semiHidden/>
    <w:unhideWhenUsed/>
    <w:qFormat/>
    <w:rsid w:val="00FC693F"/>
    <w:pPr>
      <w:spacing w:line="240" w:lineRule="auto"/>
    </w:pPr>
    <w:rPr>
      <w:b/>
      <w:bCs/>
      <w:color w:val="4F81BD" w:themeColor="accent1"/>
      <w:sz w:val="18"/>
      <w:szCs w:val="18"/>
    </w:rPr>
  </w:style>
  <w:style w:type="character" w:styleId="Strong">
    <w:name w:val="Strong"/>
    <w:basedOn w:val="DefaultParagraphFont"/>
    <w:uiPriority w:val="22"/>
    <w:qFormat/>
    <w:rsid w:val="00FC693F"/>
    <w:rPr>
      <w:b/>
      <w:bCs/>
    </w:rPr>
  </w:style>
  <w:style w:type="character" w:styleId="Emphasis">
    <w:name w:val="Emphasis"/>
    <w:basedOn w:val="DefaultParagraphFont"/>
    <w:uiPriority w:val="20"/>
    <w:qFormat/>
    <w:rsid w:val="00FC693F"/>
    <w:rPr>
      <w:i/>
      <w:iCs/>
    </w:rPr>
  </w:style>
  <w:style w:type="paragraph" w:styleId="IntenseQuote">
    <w:name w:val="Intense Quote"/>
    <w:basedOn w:val="Normal"/>
    <w:next w:val="Normal"/>
    <w:link w:val="IntenseQuoteChar"/>
    <w:uiPriority w:val="30"/>
    <w:qFormat/>
    <w:rsid w:val="00FC693F"/>
    <w:pPr>
      <w:pBdr>
        <w:bottom w:val="single" w:sz="4" w:space="4" w:color="4F81BD" w:themeColor="accent1"/>
      </w:pBdr>
      <w:spacing w:before="200" w:after="280"/>
      <w:ind w:left="936" w:right="936"/>
    </w:pPr>
    <w:rPr>
      <w:b/>
      <w:bCs/>
      <w:i/>
      <w:iCs/>
      <w:color w:val="4F81BD" w:themeColor="accent1"/>
    </w:rPr>
  </w:style>
  <w:style w:type="character" w:customStyle="1" w:styleId="IntenseQuoteChar">
    <w:name w:val="Intense Quote Char"/>
    <w:basedOn w:val="DefaultParagraphFont"/>
    <w:link w:val="IntenseQuote"/>
    <w:uiPriority w:val="30"/>
    <w:rsid w:val="00FC693F"/>
    <w:rPr>
      <w:b/>
      <w:bCs/>
      <w:i/>
      <w:iCs/>
      <w:color w:val="4F81BD" w:themeColor="accent1"/>
    </w:rPr>
  </w:style>
  <w:style w:type="character" w:styleId="SubtleEmphasis">
    <w:name w:val="Subtle Emphasis"/>
    <w:basedOn w:val="DefaultParagraphFont"/>
    <w:uiPriority w:val="19"/>
    <w:qFormat/>
    <w:rsid w:val="00FC693F"/>
    <w:rPr>
      <w:i/>
      <w:iCs/>
      <w:color w:val="808080" w:themeColor="text1" w:themeTint="7F"/>
    </w:rPr>
  </w:style>
  <w:style w:type="character" w:styleId="IntenseEmphasis">
    <w:name w:val="Intense Emphasis"/>
    <w:basedOn w:val="DefaultParagraphFont"/>
    <w:uiPriority w:val="21"/>
    <w:qFormat/>
    <w:rsid w:val="00FC693F"/>
    <w:rPr>
      <w:b/>
      <w:bCs/>
      <w:i/>
      <w:iCs/>
      <w:color w:val="4F81BD" w:themeColor="accent1"/>
    </w:rPr>
  </w:style>
  <w:style w:type="character" w:styleId="SubtleReference">
    <w:name w:val="Subtle Reference"/>
    <w:basedOn w:val="DefaultParagraphFont"/>
    <w:uiPriority w:val="31"/>
    <w:qFormat/>
    <w:rsid w:val="00FC693F"/>
    <w:rPr>
      <w:smallCaps/>
      <w:color w:val="C0504D" w:themeColor="accent2"/>
      <w:u w:val="single"/>
    </w:rPr>
  </w:style>
  <w:style w:type="character" w:styleId="IntenseReference">
    <w:name w:val="Intense Reference"/>
    <w:basedOn w:val="DefaultParagraphFont"/>
    <w:uiPriority w:val="32"/>
    <w:qFormat/>
    <w:rsid w:val="00FC693F"/>
    <w:rPr>
      <w:b/>
      <w:bCs/>
      <w:smallCaps/>
      <w:color w:val="C0504D" w:themeColor="accent2"/>
      <w:spacing w:val="5"/>
      <w:u w:val="single"/>
    </w:rPr>
  </w:style>
  <w:style w:type="character" w:styleId="BookTitle">
    <w:name w:val="Book Title"/>
    <w:basedOn w:val="DefaultParagraphFont"/>
    <w:uiPriority w:val="33"/>
    <w:qFormat/>
    <w:rsid w:val="00FC693F"/>
    <w:rPr>
      <w:b/>
      <w:bCs/>
      <w:smallCaps/>
      <w:spacing w:val="5"/>
    </w:rPr>
  </w:style>
  <w:style w:type="paragraph" w:styleId="TOCHeading">
    <w:name w:val="TOC Heading"/>
    <w:basedOn w:val="Heading1"/>
    <w:next w:val="Normal"/>
    <w:uiPriority w:val="39"/>
    <w:semiHidden/>
    <w:unhideWhenUsed/>
    <w:qFormat/>
    <w:rsid w:val="00FC693F"/>
    <w:pPr>
      <w:outlineLvl w:val="9"/>
    </w:pPr>
  </w:style>
  <w:style w:type="table" w:styleId="TableGrid">
    <w:name w:val="Table Grid"/>
    <w:basedOn w:val="TableNormal"/>
    <w:uiPriority w:val="59"/>
    <w:rsid w:val="00FC693F"/>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styleId="LightShading">
    <w:name w:val="Light Shading"/>
    <w:basedOn w:val="TableNormal"/>
    <w:uiPriority w:val="60"/>
    <w:rsid w:val="00FC693F"/>
    <w:pPr>
      <w:spacing w:after="0" w:line="240" w:lineRule="auto"/>
    </w:pPr>
    <w:rPr>
      <w:color w:val="000000" w:themeColor="text1" w:themeShade="BF"/>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styleId="LightShading-Accent1">
    <w:name w:val="Light Shading Accent 1"/>
    <w:basedOn w:val="TableNormal"/>
    <w:uiPriority w:val="60"/>
    <w:rsid w:val="00FC693F"/>
    <w:pPr>
      <w:spacing w:after="0" w:line="240" w:lineRule="auto"/>
    </w:pPr>
    <w:rPr>
      <w:color w:val="365F91" w:themeColor="accent1" w:themeShade="BF"/>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la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left w:val="nil"/>
          <w:right w:val="nil"/>
          <w:insideH w:val="nil"/>
          <w:insideV w:val="nil"/>
        </w:tcBorders>
        <w:shd w:val="clear" w:color="auto" w:fill="D3DFEE" w:themeFill="accent1" w:themeFillTint="3F"/>
      </w:tcPr>
    </w:tblStylePr>
  </w:style>
  <w:style w:type="table" w:styleId="LightShading-Accent2">
    <w:name w:val="Light Shading Accent 2"/>
    <w:basedOn w:val="TableNormal"/>
    <w:uiPriority w:val="60"/>
    <w:rsid w:val="00FC693F"/>
    <w:pPr>
      <w:spacing w:after="0" w:line="240" w:lineRule="auto"/>
    </w:pPr>
    <w:rPr>
      <w:color w:val="943634" w:themeColor="accent2" w:themeShade="BF"/>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la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left w:val="nil"/>
          <w:right w:val="nil"/>
          <w:insideH w:val="nil"/>
          <w:insideV w:val="nil"/>
        </w:tcBorders>
        <w:shd w:val="clear" w:color="auto" w:fill="EFD3D2" w:themeFill="accent2" w:themeFillTint="3F"/>
      </w:tcPr>
    </w:tblStylePr>
  </w:style>
  <w:style w:type="table" w:styleId="LightShading-Accent3">
    <w:name w:val="Light Shading Accent 3"/>
    <w:basedOn w:val="TableNormal"/>
    <w:uiPriority w:val="60"/>
    <w:rsid w:val="00FC693F"/>
    <w:pPr>
      <w:spacing w:after="0" w:line="240" w:lineRule="auto"/>
    </w:pPr>
    <w:rPr>
      <w:color w:val="76923C" w:themeColor="accent3" w:themeShade="BF"/>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la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left w:val="nil"/>
          <w:right w:val="nil"/>
          <w:insideH w:val="nil"/>
          <w:insideV w:val="nil"/>
        </w:tcBorders>
        <w:shd w:val="clear" w:color="auto" w:fill="E6EED5" w:themeFill="accent3" w:themeFillTint="3F"/>
      </w:tcPr>
    </w:tblStylePr>
  </w:style>
  <w:style w:type="table" w:styleId="LightShading-Accent4">
    <w:name w:val="Light Shading Accent 4"/>
    <w:basedOn w:val="TableNormal"/>
    <w:uiPriority w:val="60"/>
    <w:rsid w:val="00FC693F"/>
    <w:pPr>
      <w:spacing w:after="0" w:line="240" w:lineRule="auto"/>
    </w:pPr>
    <w:rPr>
      <w:color w:val="5F497A" w:themeColor="accent4" w:themeShade="BF"/>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la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left w:val="nil"/>
          <w:right w:val="nil"/>
          <w:insideH w:val="nil"/>
          <w:insideV w:val="nil"/>
        </w:tcBorders>
        <w:shd w:val="clear" w:color="auto" w:fill="DFD8E8" w:themeFill="accent4" w:themeFillTint="3F"/>
      </w:tcPr>
    </w:tblStylePr>
  </w:style>
  <w:style w:type="table" w:styleId="LightShading-Accent5">
    <w:name w:val="Light Shading Accent 5"/>
    <w:basedOn w:val="TableNormal"/>
    <w:uiPriority w:val="60"/>
    <w:rsid w:val="00FC693F"/>
    <w:pPr>
      <w:spacing w:after="0" w:line="240" w:lineRule="auto"/>
    </w:pPr>
    <w:rPr>
      <w:color w:val="31849B" w:themeColor="accent5" w:themeShade="BF"/>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la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left w:val="nil"/>
          <w:right w:val="nil"/>
          <w:insideH w:val="nil"/>
          <w:insideV w:val="nil"/>
        </w:tcBorders>
        <w:shd w:val="clear" w:color="auto" w:fill="D2EAF1" w:themeFill="accent5" w:themeFillTint="3F"/>
      </w:tcPr>
    </w:tblStylePr>
  </w:style>
  <w:style w:type="table" w:styleId="LightShading-Accent6">
    <w:name w:val="Light Shading Accent 6"/>
    <w:basedOn w:val="TableNormal"/>
    <w:uiPriority w:val="60"/>
    <w:rsid w:val="00FC693F"/>
    <w:pPr>
      <w:spacing w:after="0" w:line="240" w:lineRule="auto"/>
    </w:pPr>
    <w:rPr>
      <w:color w:val="E36C0A" w:themeColor="accent6" w:themeShade="BF"/>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la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left w:val="nil"/>
          <w:right w:val="nil"/>
          <w:insideH w:val="nil"/>
          <w:insideV w:val="nil"/>
        </w:tcBorders>
        <w:shd w:val="clear" w:color="auto" w:fill="FDE4D0" w:themeFill="accent6" w:themeFillTint="3F"/>
      </w:tcPr>
    </w:tblStylePr>
  </w:style>
  <w:style w:type="table" w:styleId="LightList">
    <w:name w:val="Light List"/>
    <w:basedOn w:val="TableNormal"/>
    <w:uiPriority w:val="61"/>
    <w:rsid w:val="00FC693F"/>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table" w:styleId="LightList-Accent1">
    <w:name w:val="Light List Accent 1"/>
    <w:basedOn w:val="TableNormal"/>
    <w:uiPriority w:val="61"/>
    <w:rsid w:val="00FC693F"/>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F81BD" w:themeFill="accent1"/>
      </w:tcPr>
    </w:tblStylePr>
    <w:tblStylePr w:type="lastRow">
      <w:pPr>
        <w:spacing w:before="0" w:after="0" w:line="240" w:lineRule="auto"/>
      </w:pPr>
      <w:rPr>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tcBorders>
      </w:tcPr>
    </w:tblStylePr>
    <w:tblStylePr w:type="firstCol">
      <w:rPr>
        <w:b/>
        <w:bCs/>
      </w:rPr>
    </w:tblStylePr>
    <w:tblStylePr w:type="lastCol">
      <w:rPr>
        <w:b/>
        <w:bCs/>
      </w:r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style>
  <w:style w:type="table" w:styleId="LightList-Accent2">
    <w:name w:val="Light List Accent 2"/>
    <w:basedOn w:val="TableNormal"/>
    <w:uiPriority w:val="61"/>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C0504D" w:themeFill="accent2"/>
      </w:tcPr>
    </w:tblStylePr>
    <w:tblStylePr w:type="lastRow">
      <w:pPr>
        <w:spacing w:before="0" w:after="0" w:line="240" w:lineRule="auto"/>
      </w:pPr>
      <w:rPr>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tcBorders>
      </w:tcPr>
    </w:tblStylePr>
    <w:tblStylePr w:type="firstCol">
      <w:rPr>
        <w:b/>
        <w:bCs/>
      </w:rPr>
    </w:tblStylePr>
    <w:tblStylePr w:type="lastCol">
      <w:rPr>
        <w:b/>
        <w:bCs/>
      </w:r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style>
  <w:style w:type="table" w:styleId="LightList-Accent3">
    <w:name w:val="Light List Accent 3"/>
    <w:basedOn w:val="TableNormal"/>
    <w:uiPriority w:val="61"/>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9BBB59" w:themeFill="accent3"/>
      </w:tcPr>
    </w:tblStylePr>
    <w:tblStylePr w:type="lastRow">
      <w:pPr>
        <w:spacing w:before="0" w:after="0" w:line="240" w:lineRule="auto"/>
      </w:pPr>
      <w:rPr>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tcBorders>
      </w:tcPr>
    </w:tblStylePr>
    <w:tblStylePr w:type="firstCol">
      <w:rPr>
        <w:b/>
        <w:bCs/>
      </w:rPr>
    </w:tblStylePr>
    <w:tblStylePr w:type="lastCol">
      <w:rPr>
        <w:b/>
        <w:bCs/>
      </w:r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style>
  <w:style w:type="table" w:styleId="LightList-Accent4">
    <w:name w:val="Light List Accent 4"/>
    <w:basedOn w:val="TableNormal"/>
    <w:uiPriority w:val="61"/>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8064A2" w:themeFill="accent4"/>
      </w:tcPr>
    </w:tblStylePr>
    <w:tblStylePr w:type="lastRow">
      <w:pPr>
        <w:spacing w:before="0" w:after="0" w:line="240" w:lineRule="auto"/>
      </w:pPr>
      <w:rPr>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tcBorders>
      </w:tcPr>
    </w:tblStylePr>
    <w:tblStylePr w:type="firstCol">
      <w:rPr>
        <w:b/>
        <w:bCs/>
      </w:rPr>
    </w:tblStylePr>
    <w:tblStylePr w:type="lastCol">
      <w:rPr>
        <w:b/>
        <w:bCs/>
      </w:r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style>
  <w:style w:type="table" w:styleId="LightList-Accent5">
    <w:name w:val="Light List Accent 5"/>
    <w:basedOn w:val="TableNormal"/>
    <w:uiPriority w:val="61"/>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BACC6" w:themeFill="accent5"/>
      </w:tcPr>
    </w:tblStylePr>
    <w:tblStylePr w:type="lastRow">
      <w:pPr>
        <w:spacing w:before="0" w:after="0" w:line="240" w:lineRule="auto"/>
      </w:pPr>
      <w:rPr>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tcBorders>
      </w:tcPr>
    </w:tblStylePr>
    <w:tblStylePr w:type="firstCol">
      <w:rPr>
        <w:b/>
        <w:bCs/>
      </w:rPr>
    </w:tblStylePr>
    <w:tblStylePr w:type="lastCol">
      <w:rPr>
        <w:b/>
        <w:bCs/>
      </w:r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style>
  <w:style w:type="table" w:styleId="LightList-Accent6">
    <w:name w:val="Light List Accent 6"/>
    <w:basedOn w:val="TableNormal"/>
    <w:uiPriority w:val="61"/>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F79646" w:themeFill="accent6"/>
      </w:tcPr>
    </w:tblStylePr>
    <w:tblStylePr w:type="lastRow">
      <w:pPr>
        <w:spacing w:before="0" w:after="0" w:line="240" w:lineRule="auto"/>
      </w:pPr>
      <w:rPr>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tcBorders>
      </w:tcPr>
    </w:tblStylePr>
    <w:tblStylePr w:type="firstCol">
      <w:rPr>
        <w:b/>
        <w:bCs/>
      </w:rPr>
    </w:tblStylePr>
    <w:tblStylePr w:type="lastCol">
      <w:rPr>
        <w:b/>
        <w:bCs/>
      </w:r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style>
  <w:style w:type="table" w:styleId="LightGrid">
    <w:name w:val="Light Grid"/>
    <w:basedOn w:val="TableNormal"/>
    <w:uiPriority w:val="62"/>
    <w:rsid w:val="00CB0664"/>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table" w:styleId="LightGrid-Accent1">
    <w:name w:val="Light Grid Accent 1"/>
    <w:basedOn w:val="TableNormal"/>
    <w:uiPriority w:val="62"/>
    <w:rsid w:val="00CB0664"/>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18" w:space="0" w:color="4F81BD" w:themeColor="accent1"/>
          <w:right w:val="single" w:sz="8" w:space="0" w:color="4F81BD" w:themeColor="accent1"/>
          <w:insideH w:val="nil"/>
          <w:insideV w:val="single" w:sz="8" w:space="0" w:color="4F81BD" w:themeColor="accen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insideH w:val="nil"/>
          <w:insideV w:val="single" w:sz="8" w:space="0" w:color="4F81BD" w:themeColor="accen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shd w:val="clear" w:color="auto" w:fill="D3DFEE" w:themeFill="accent1" w:themeFillTint="3F"/>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shd w:val="clear" w:color="auto" w:fill="D3DFEE" w:themeFill="accent1" w:themeFillTint="3F"/>
      </w:tcPr>
    </w:tblStylePr>
    <w:tblStylePr w:type="band2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tcPr>
    </w:tblStylePr>
  </w:style>
  <w:style w:type="table" w:styleId="LightGrid-Accent2">
    <w:name w:val="Light Grid Accent 2"/>
    <w:basedOn w:val="TableNormal"/>
    <w:uiPriority w:val="62"/>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18" w:space="0" w:color="C0504D" w:themeColor="accent2"/>
          <w:right w:val="single" w:sz="8" w:space="0" w:color="C0504D" w:themeColor="accent2"/>
          <w:insideH w:val="nil"/>
          <w:insideV w:val="single" w:sz="8" w:space="0" w:color="C0504D" w:themeColor="accent2"/>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insideH w:val="nil"/>
          <w:insideV w:val="single" w:sz="8" w:space="0" w:color="C0504D" w:themeColor="accent2"/>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shd w:val="clear" w:color="auto" w:fill="EFD3D2" w:themeFill="accent2" w:themeFillTint="3F"/>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shd w:val="clear" w:color="auto" w:fill="EFD3D2" w:themeFill="accent2" w:themeFillTint="3F"/>
      </w:tcPr>
    </w:tblStylePr>
    <w:tblStylePr w:type="band2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tcPr>
    </w:tblStylePr>
  </w:style>
  <w:style w:type="table" w:styleId="LightGrid-Accent3">
    <w:name w:val="Light Grid Accent 3"/>
    <w:basedOn w:val="TableNormal"/>
    <w:uiPriority w:val="62"/>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18" w:space="0" w:color="9BBB59" w:themeColor="accent3"/>
          <w:right w:val="single" w:sz="8" w:space="0" w:color="9BBB59" w:themeColor="accent3"/>
          <w:insideH w:val="nil"/>
          <w:insideV w:val="single" w:sz="8" w:space="0" w:color="9BBB59" w:themeColor="accent3"/>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insideH w:val="nil"/>
          <w:insideV w:val="single" w:sz="8" w:space="0" w:color="9BBB59" w:themeColor="accent3"/>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shd w:val="clear" w:color="auto" w:fill="E6EED5" w:themeFill="accent3" w:themeFillTint="3F"/>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shd w:val="clear" w:color="auto" w:fill="E6EED5" w:themeFill="accent3" w:themeFillTint="3F"/>
      </w:tcPr>
    </w:tblStylePr>
    <w:tblStylePr w:type="band2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tcPr>
    </w:tblStylePr>
  </w:style>
  <w:style w:type="table" w:styleId="LightGrid-Accent4">
    <w:name w:val="Light Grid Accent 4"/>
    <w:basedOn w:val="TableNormal"/>
    <w:uiPriority w:val="62"/>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18" w:space="0" w:color="8064A2" w:themeColor="accent4"/>
          <w:right w:val="single" w:sz="8" w:space="0" w:color="8064A2" w:themeColor="accent4"/>
          <w:insideH w:val="nil"/>
          <w:insideV w:val="single" w:sz="8" w:space="0" w:color="8064A2" w:themeColor="accent4"/>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insideH w:val="nil"/>
          <w:insideV w:val="single" w:sz="8" w:space="0" w:color="8064A2" w:themeColor="accent4"/>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shd w:val="clear" w:color="auto" w:fill="DFD8E8" w:themeFill="accent4" w:themeFillTint="3F"/>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shd w:val="clear" w:color="auto" w:fill="DFD8E8" w:themeFill="accent4" w:themeFillTint="3F"/>
      </w:tcPr>
    </w:tblStylePr>
    <w:tblStylePr w:type="band2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tcPr>
    </w:tblStylePr>
  </w:style>
  <w:style w:type="table" w:styleId="LightGrid-Accent5">
    <w:name w:val="Light Grid Accent 5"/>
    <w:basedOn w:val="TableNormal"/>
    <w:uiPriority w:val="62"/>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18" w:space="0" w:color="4BACC6" w:themeColor="accent5"/>
          <w:right w:val="single" w:sz="8" w:space="0" w:color="4BACC6" w:themeColor="accent5"/>
          <w:insideH w:val="nil"/>
          <w:insideV w:val="single" w:sz="8" w:space="0" w:color="4BACC6" w:themeColor="accent5"/>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insideH w:val="nil"/>
          <w:insideV w:val="single" w:sz="8" w:space="0" w:color="4BACC6" w:themeColor="accent5"/>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shd w:val="clear" w:color="auto" w:fill="D2EAF1" w:themeFill="accent5" w:themeFillTint="3F"/>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shd w:val="clear" w:color="auto" w:fill="D2EAF1" w:themeFill="accent5" w:themeFillTint="3F"/>
      </w:tcPr>
    </w:tblStylePr>
    <w:tblStylePr w:type="band2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tcPr>
    </w:tblStylePr>
  </w:style>
  <w:style w:type="table" w:styleId="LightGrid-Accent6">
    <w:name w:val="Light Grid Accent 6"/>
    <w:basedOn w:val="TableNormal"/>
    <w:uiPriority w:val="62"/>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18" w:space="0" w:color="F79646" w:themeColor="accent6"/>
          <w:right w:val="single" w:sz="8" w:space="0" w:color="F79646" w:themeColor="accent6"/>
          <w:insideH w:val="nil"/>
          <w:insideV w:val="single" w:sz="8" w:space="0" w:color="F79646" w:themeColor="accent6"/>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insideH w:val="nil"/>
          <w:insideV w:val="single" w:sz="8" w:space="0" w:color="F79646" w:themeColor="accent6"/>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shd w:val="clear" w:color="auto" w:fill="FDE4D0" w:themeFill="accent6" w:themeFillTint="3F"/>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shd w:val="clear" w:color="auto" w:fill="FDE4D0" w:themeFill="accent6" w:themeFillTint="3F"/>
      </w:tcPr>
    </w:tblStylePr>
    <w:tblStylePr w:type="band2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tcPr>
    </w:tblStylePr>
  </w:style>
  <w:style w:type="table" w:styleId="MediumShading1">
    <w:name w:val="Medium Shading 1"/>
    <w:basedOn w:val="TableNormal"/>
    <w:uiPriority w:val="63"/>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shd w:val="clear" w:color="auto" w:fill="000000" w:themeFill="text1"/>
      </w:tcPr>
    </w:tblStylePr>
    <w:tblStylePr w:type="lastRow">
      <w:pPr>
        <w:spacing w:before="0" w:after="0" w:line="240" w:lineRule="auto"/>
      </w:pPr>
      <w:rPr>
        <w:b/>
        <w:bCs/>
      </w:rPr>
      <w:tblPr/>
      <w:tcPr>
        <w:tcBorders>
          <w:top w:val="double" w:sz="6"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tcPr>
    </w:tblStylePr>
    <w:tblStylePr w:type="firstCol">
      <w:rPr>
        <w:b/>
        <w:bCs/>
      </w:rPr>
    </w:tblStylePr>
    <w:tblStylePr w:type="lastCol">
      <w:rPr>
        <w:b/>
        <w:bCs/>
      </w:rPr>
    </w:tblStylePr>
    <w:tblStylePr w:type="band1Vert">
      <w:tblPr/>
      <w:tcPr>
        <w:shd w:val="clear" w:color="auto" w:fill="C0C0C0" w:themeFill="text1" w:themeFillTint="3F"/>
      </w:tcPr>
    </w:tblStylePr>
    <w:tblStylePr w:type="band1Horz">
      <w:tblPr/>
      <w:tcPr>
        <w:tcBorders>
          <w:insideH w:val="nil"/>
          <w:insideV w:val="nil"/>
        </w:tcBorders>
        <w:shd w:val="clear" w:color="auto" w:fill="C0C0C0" w:themeFill="text1" w:themeFillTint="3F"/>
      </w:tcPr>
    </w:tblStylePr>
    <w:tblStylePr w:type="band2Horz">
      <w:tblPr/>
      <w:tcPr>
        <w:tcBorders>
          <w:insideH w:val="nil"/>
          <w:insideV w:val="nil"/>
        </w:tcBorders>
      </w:tcPr>
    </w:tblStylePr>
  </w:style>
  <w:style w:type="table" w:styleId="MediumShading1-Accent1">
    <w:name w:val="Medium Shading 1 Accent 1"/>
    <w:basedOn w:val="TableNormal"/>
    <w:uiPriority w:val="63"/>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shd w:val="clear" w:color="auto" w:fill="4F81BD" w:themeFill="accent1"/>
      </w:tcPr>
    </w:tblStylePr>
    <w:tblStylePr w:type="lastRow">
      <w:pPr>
        <w:spacing w:before="0" w:after="0" w:line="240" w:lineRule="auto"/>
      </w:pPr>
      <w:rPr>
        <w:b/>
        <w:bCs/>
      </w:rPr>
      <w:tblPr/>
      <w:tcPr>
        <w:tcBorders>
          <w:top w:val="double" w:sz="6"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tcPr>
    </w:tblStylePr>
    <w:tblStylePr w:type="firstCol">
      <w:rPr>
        <w:b/>
        <w:bCs/>
      </w:rPr>
    </w:tblStylePr>
    <w:tblStylePr w:type="lastCol">
      <w:rPr>
        <w:b/>
        <w:bCs/>
      </w:rPr>
    </w:tblStylePr>
    <w:tblStylePr w:type="band1Vert">
      <w:tblPr/>
      <w:tcPr>
        <w:shd w:val="clear" w:color="auto" w:fill="D3DFEE" w:themeFill="accent1" w:themeFillTint="3F"/>
      </w:tcPr>
    </w:tblStylePr>
    <w:tblStylePr w:type="band1Horz">
      <w:tblPr/>
      <w:tcPr>
        <w:tcBorders>
          <w:insideH w:val="nil"/>
          <w:insideV w:val="nil"/>
        </w:tcBorders>
        <w:shd w:val="clear" w:color="auto" w:fill="D3DFEE" w:themeFill="accent1" w:themeFillTint="3F"/>
      </w:tcPr>
    </w:tblStylePr>
    <w:tblStylePr w:type="band2Horz">
      <w:tblPr/>
      <w:tcPr>
        <w:tcBorders>
          <w:insideH w:val="nil"/>
          <w:insideV w:val="nil"/>
        </w:tcBorders>
      </w:tcPr>
    </w:tblStylePr>
  </w:style>
  <w:style w:type="table" w:styleId="MediumShading1-Accent2">
    <w:name w:val="Medium Shading 1 Accent 2"/>
    <w:basedOn w:val="TableNormal"/>
    <w:uiPriority w:val="63"/>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shd w:val="clear" w:color="auto" w:fill="C0504D" w:themeFill="accent2"/>
      </w:tcPr>
    </w:tblStylePr>
    <w:tblStylePr w:type="lastRow">
      <w:pPr>
        <w:spacing w:before="0" w:after="0" w:line="240" w:lineRule="auto"/>
      </w:pPr>
      <w:rPr>
        <w:b/>
        <w:bCs/>
      </w:rPr>
      <w:tblPr/>
      <w:tcPr>
        <w:tcBorders>
          <w:top w:val="double" w:sz="6"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tcPr>
    </w:tblStylePr>
    <w:tblStylePr w:type="firstCol">
      <w:rPr>
        <w:b/>
        <w:bCs/>
      </w:rPr>
    </w:tblStylePr>
    <w:tblStylePr w:type="lastCol">
      <w:rPr>
        <w:b/>
        <w:bCs/>
      </w:rPr>
    </w:tblStylePr>
    <w:tblStylePr w:type="band1Vert">
      <w:tblPr/>
      <w:tcPr>
        <w:shd w:val="clear" w:color="auto" w:fill="EFD3D2" w:themeFill="accent2" w:themeFillTint="3F"/>
      </w:tcPr>
    </w:tblStylePr>
    <w:tblStylePr w:type="band1Horz">
      <w:tblPr/>
      <w:tcPr>
        <w:tcBorders>
          <w:insideH w:val="nil"/>
          <w:insideV w:val="nil"/>
        </w:tcBorders>
        <w:shd w:val="clear" w:color="auto" w:fill="EFD3D2" w:themeFill="accent2" w:themeFillTint="3F"/>
      </w:tcPr>
    </w:tblStylePr>
    <w:tblStylePr w:type="band2Horz">
      <w:tblPr/>
      <w:tcPr>
        <w:tcBorders>
          <w:insideH w:val="nil"/>
          <w:insideV w:val="nil"/>
        </w:tcBorders>
      </w:tcPr>
    </w:tblStylePr>
  </w:style>
  <w:style w:type="table" w:styleId="MediumShading1-Accent3">
    <w:name w:val="Medium Shading 1 Accent 3"/>
    <w:basedOn w:val="TableNormal"/>
    <w:uiPriority w:val="63"/>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shd w:val="clear" w:color="auto" w:fill="9BBB59" w:themeFill="accent3"/>
      </w:tcPr>
    </w:tblStylePr>
    <w:tblStylePr w:type="lastRow">
      <w:pPr>
        <w:spacing w:before="0" w:after="0" w:line="240" w:lineRule="auto"/>
      </w:pPr>
      <w:rPr>
        <w:b/>
        <w:bCs/>
      </w:rPr>
      <w:tblPr/>
      <w:tcPr>
        <w:tcBorders>
          <w:top w:val="double" w:sz="6"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tcPr>
    </w:tblStylePr>
    <w:tblStylePr w:type="firstCol">
      <w:rPr>
        <w:b/>
        <w:bCs/>
      </w:rPr>
    </w:tblStylePr>
    <w:tblStylePr w:type="lastCol">
      <w:rPr>
        <w:b/>
        <w:bCs/>
      </w:rPr>
    </w:tblStylePr>
    <w:tblStylePr w:type="band1Vert">
      <w:tblPr/>
      <w:tcPr>
        <w:shd w:val="clear" w:color="auto" w:fill="E6EED5" w:themeFill="accent3" w:themeFillTint="3F"/>
      </w:tcPr>
    </w:tblStylePr>
    <w:tblStylePr w:type="band1Horz">
      <w:tblPr/>
      <w:tcPr>
        <w:tcBorders>
          <w:insideH w:val="nil"/>
          <w:insideV w:val="nil"/>
        </w:tcBorders>
        <w:shd w:val="clear" w:color="auto" w:fill="E6EED5" w:themeFill="accent3" w:themeFillTint="3F"/>
      </w:tcPr>
    </w:tblStylePr>
    <w:tblStylePr w:type="band2Horz">
      <w:tblPr/>
      <w:tcPr>
        <w:tcBorders>
          <w:insideH w:val="nil"/>
          <w:insideV w:val="nil"/>
        </w:tcBorders>
      </w:tcPr>
    </w:tblStylePr>
  </w:style>
  <w:style w:type="table" w:styleId="MediumShading1-Accent4">
    <w:name w:val="Medium Shading 1 Accent 4"/>
    <w:basedOn w:val="TableNormal"/>
    <w:uiPriority w:val="63"/>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shd w:val="clear" w:color="auto" w:fill="8064A2" w:themeFill="accent4"/>
      </w:tcPr>
    </w:tblStylePr>
    <w:tblStylePr w:type="lastRow">
      <w:pPr>
        <w:spacing w:before="0" w:after="0" w:line="240" w:lineRule="auto"/>
      </w:pPr>
      <w:rPr>
        <w:b/>
        <w:bCs/>
      </w:rPr>
      <w:tblPr/>
      <w:tcPr>
        <w:tcBorders>
          <w:top w:val="double" w:sz="6"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tcPr>
    </w:tblStylePr>
    <w:tblStylePr w:type="firstCol">
      <w:rPr>
        <w:b/>
        <w:bCs/>
      </w:rPr>
    </w:tblStylePr>
    <w:tblStylePr w:type="lastCol">
      <w:rPr>
        <w:b/>
        <w:bCs/>
      </w:rPr>
    </w:tblStylePr>
    <w:tblStylePr w:type="band1Vert">
      <w:tblPr/>
      <w:tcPr>
        <w:shd w:val="clear" w:color="auto" w:fill="DFD8E8" w:themeFill="accent4" w:themeFillTint="3F"/>
      </w:tcPr>
    </w:tblStylePr>
    <w:tblStylePr w:type="band1Horz">
      <w:tblPr/>
      <w:tcPr>
        <w:tcBorders>
          <w:insideH w:val="nil"/>
          <w:insideV w:val="nil"/>
        </w:tcBorders>
        <w:shd w:val="clear" w:color="auto" w:fill="DFD8E8" w:themeFill="accent4" w:themeFillTint="3F"/>
      </w:tcPr>
    </w:tblStylePr>
    <w:tblStylePr w:type="band2Horz">
      <w:tblPr/>
      <w:tcPr>
        <w:tcBorders>
          <w:insideH w:val="nil"/>
          <w:insideV w:val="nil"/>
        </w:tcBorders>
      </w:tcPr>
    </w:tblStylePr>
  </w:style>
  <w:style w:type="table" w:styleId="MediumShading1-Accent5">
    <w:name w:val="Medium Shading 1 Accent 5"/>
    <w:basedOn w:val="TableNormal"/>
    <w:uiPriority w:val="63"/>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shd w:val="clear" w:color="auto" w:fill="4BACC6" w:themeFill="accent5"/>
      </w:tcPr>
    </w:tblStylePr>
    <w:tblStylePr w:type="lastRow">
      <w:pPr>
        <w:spacing w:before="0" w:after="0" w:line="240" w:lineRule="auto"/>
      </w:pPr>
      <w:rPr>
        <w:b/>
        <w:bCs/>
      </w:rPr>
      <w:tblPr/>
      <w:tcPr>
        <w:tcBorders>
          <w:top w:val="double" w:sz="6"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tcPr>
    </w:tblStylePr>
    <w:tblStylePr w:type="firstCol">
      <w:rPr>
        <w:b/>
        <w:bCs/>
      </w:rPr>
    </w:tblStylePr>
    <w:tblStylePr w:type="lastCol">
      <w:rPr>
        <w:b/>
        <w:bCs/>
      </w:rPr>
    </w:tblStylePr>
    <w:tblStylePr w:type="band1Vert">
      <w:tblPr/>
      <w:tcPr>
        <w:shd w:val="clear" w:color="auto" w:fill="D2EAF1" w:themeFill="accent5" w:themeFillTint="3F"/>
      </w:tcPr>
    </w:tblStylePr>
    <w:tblStylePr w:type="band1Horz">
      <w:tblPr/>
      <w:tcPr>
        <w:tcBorders>
          <w:insideH w:val="nil"/>
          <w:insideV w:val="nil"/>
        </w:tcBorders>
        <w:shd w:val="clear" w:color="auto" w:fill="D2EAF1" w:themeFill="accent5" w:themeFillTint="3F"/>
      </w:tcPr>
    </w:tblStylePr>
    <w:tblStylePr w:type="band2Horz">
      <w:tblPr/>
      <w:tcPr>
        <w:tcBorders>
          <w:insideH w:val="nil"/>
          <w:insideV w:val="nil"/>
        </w:tcBorders>
      </w:tcPr>
    </w:tblStylePr>
  </w:style>
  <w:style w:type="table" w:styleId="MediumShading1-Accent6">
    <w:name w:val="Medium Shading 1 Accent 6"/>
    <w:basedOn w:val="TableNormal"/>
    <w:uiPriority w:val="63"/>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shd w:val="clear" w:color="auto" w:fill="F79646" w:themeFill="accent6"/>
      </w:tcPr>
    </w:tblStylePr>
    <w:tblStylePr w:type="lastRow">
      <w:pPr>
        <w:spacing w:before="0" w:after="0" w:line="240" w:lineRule="auto"/>
      </w:pPr>
      <w:rPr>
        <w:b/>
        <w:bCs/>
      </w:rPr>
      <w:tblPr/>
      <w:tcPr>
        <w:tcBorders>
          <w:top w:val="double" w:sz="6"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tcPr>
    </w:tblStylePr>
    <w:tblStylePr w:type="firstCol">
      <w:rPr>
        <w:b/>
        <w:bCs/>
      </w:rPr>
    </w:tblStylePr>
    <w:tblStylePr w:type="lastCol">
      <w:rPr>
        <w:b/>
        <w:bCs/>
      </w:rPr>
    </w:tblStylePr>
    <w:tblStylePr w:type="band1Vert">
      <w:tblPr/>
      <w:tcPr>
        <w:shd w:val="clear" w:color="auto" w:fill="FDE4D0" w:themeFill="accent6" w:themeFillTint="3F"/>
      </w:tcPr>
    </w:tblStylePr>
    <w:tblStylePr w:type="band1Horz">
      <w:tblPr/>
      <w:tcPr>
        <w:tcBorders>
          <w:insideH w:val="nil"/>
          <w:insideV w:val="nil"/>
        </w:tcBorders>
        <w:shd w:val="clear" w:color="auto" w:fill="FDE4D0" w:themeFill="accent6" w:themeFillTint="3F"/>
      </w:tcPr>
    </w:tblStylePr>
    <w:tblStylePr w:type="band2Horz">
      <w:tblPr/>
      <w:tcPr>
        <w:tcBorders>
          <w:insideH w:val="nil"/>
          <w:insideV w:val="nil"/>
        </w:tcBorders>
      </w:tcPr>
    </w:tblStylePr>
  </w:style>
  <w:style w:type="table" w:styleId="MediumShading2">
    <w:name w:val="Medium Shading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000000" w:themeFill="tex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000000" w:themeFill="text1"/>
      </w:tcPr>
    </w:tblStylePr>
    <w:tblStylePr w:type="lastCol">
      <w:rPr>
        <w:b/>
        <w:bCs/>
        <w:color w:val="FFFFFF" w:themeColor="background1"/>
      </w:rPr>
      <w:tblPr/>
      <w:tcPr>
        <w:tcBorders>
          <w:left w:val="nil"/>
          <w:right w:val="nil"/>
          <w:insideH w:val="nil"/>
          <w:insideV w:val="nil"/>
        </w:tcBorders>
        <w:shd w:val="clear" w:color="auto" w:fill="000000" w:themeFill="tex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1">
    <w:name w:val="Medium Shading 2 Accent 1"/>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F81BD"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F81BD" w:themeFill="accent1"/>
      </w:tcPr>
    </w:tblStylePr>
    <w:tblStylePr w:type="lastCol">
      <w:rPr>
        <w:b/>
        <w:bCs/>
        <w:color w:val="FFFFFF" w:themeColor="background1"/>
      </w:rPr>
      <w:tblPr/>
      <w:tcPr>
        <w:tcBorders>
          <w:left w:val="nil"/>
          <w:right w:val="nil"/>
          <w:insideH w:val="nil"/>
          <w:insideV w:val="nil"/>
        </w:tcBorders>
        <w:shd w:val="clear" w:color="auto" w:fill="4F81BD"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2">
    <w:name w:val="Medium Shading 2 Accent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C0504D"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C0504D" w:themeFill="accent2"/>
      </w:tcPr>
    </w:tblStylePr>
    <w:tblStylePr w:type="lastCol">
      <w:rPr>
        <w:b/>
        <w:bCs/>
        <w:color w:val="FFFFFF" w:themeColor="background1"/>
      </w:rPr>
      <w:tblPr/>
      <w:tcPr>
        <w:tcBorders>
          <w:left w:val="nil"/>
          <w:right w:val="nil"/>
          <w:insideH w:val="nil"/>
          <w:insideV w:val="nil"/>
        </w:tcBorders>
        <w:shd w:val="clear" w:color="auto" w:fill="C0504D"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3">
    <w:name w:val="Medium Shading 2 Accent 3"/>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9BBB59"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9BBB59" w:themeFill="accent3"/>
      </w:tcPr>
    </w:tblStylePr>
    <w:tblStylePr w:type="lastCol">
      <w:rPr>
        <w:b/>
        <w:bCs/>
        <w:color w:val="FFFFFF" w:themeColor="background1"/>
      </w:rPr>
      <w:tblPr/>
      <w:tcPr>
        <w:tcBorders>
          <w:left w:val="nil"/>
          <w:right w:val="nil"/>
          <w:insideH w:val="nil"/>
          <w:insideV w:val="nil"/>
        </w:tcBorders>
        <w:shd w:val="clear" w:color="auto" w:fill="9BBB59"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4">
    <w:name w:val="Medium Shading 2 Accent 4"/>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8064A2" w:themeFill="accent4"/>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8064A2" w:themeFill="accent4"/>
      </w:tcPr>
    </w:tblStylePr>
    <w:tblStylePr w:type="lastCol">
      <w:rPr>
        <w:b/>
        <w:bCs/>
        <w:color w:val="FFFFFF" w:themeColor="background1"/>
      </w:rPr>
      <w:tblPr/>
      <w:tcPr>
        <w:tcBorders>
          <w:left w:val="nil"/>
          <w:right w:val="nil"/>
          <w:insideH w:val="nil"/>
          <w:insideV w:val="nil"/>
        </w:tcBorders>
        <w:shd w:val="clear" w:color="auto" w:fill="8064A2" w:themeFill="accent4"/>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5">
    <w:name w:val="Medium Shading 2 Accent 5"/>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BACC6"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BACC6" w:themeFill="accent5"/>
      </w:tcPr>
    </w:tblStylePr>
    <w:tblStylePr w:type="lastCol">
      <w:rPr>
        <w:b/>
        <w:bCs/>
        <w:color w:val="FFFFFF" w:themeColor="background1"/>
      </w:rPr>
      <w:tblPr/>
      <w:tcPr>
        <w:tcBorders>
          <w:left w:val="nil"/>
          <w:right w:val="nil"/>
          <w:insideH w:val="nil"/>
          <w:insideV w:val="nil"/>
        </w:tcBorders>
        <w:shd w:val="clear" w:color="auto" w:fill="4BACC6"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6">
    <w:name w:val="Medium Shading 2 Accent 6"/>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F79646" w:themeFill="accent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F79646" w:themeFill="accent6"/>
      </w:tcPr>
    </w:tblStylePr>
    <w:tblStylePr w:type="lastCol">
      <w:rPr>
        <w:b/>
        <w:bCs/>
        <w:color w:val="FFFFFF" w:themeColor="background1"/>
      </w:rPr>
      <w:tblPr/>
      <w:tcPr>
        <w:tcBorders>
          <w:left w:val="nil"/>
          <w:right w:val="nil"/>
          <w:insideH w:val="nil"/>
          <w:insideV w:val="nil"/>
        </w:tcBorders>
        <w:shd w:val="clear" w:color="auto" w:fill="F79646" w:themeFill="accent6"/>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List1">
    <w:name w:val="Medium Lis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000000" w:themeColor="text1"/>
        </w:tcBorders>
      </w:tcPr>
    </w:tblStylePr>
    <w:tblStylePr w:type="lastRow">
      <w:rPr>
        <w:b/>
        <w:bCs/>
        <w:color w:val="1F497D" w:themeColor="text2"/>
      </w:rPr>
      <w:tblPr/>
      <w:tcPr>
        <w:tcBorders>
          <w:top w:val="single" w:sz="8" w:space="0" w:color="000000" w:themeColor="text1"/>
          <w:bottom w:val="single" w:sz="8" w:space="0" w:color="000000" w:themeColor="text1"/>
        </w:tcBorders>
      </w:tcPr>
    </w:tblStylePr>
    <w:tblStylePr w:type="firstCol">
      <w:rPr>
        <w:b/>
        <w:bCs/>
      </w:rPr>
    </w:tblStylePr>
    <w:tblStylePr w:type="lastCol">
      <w:rPr>
        <w:b/>
        <w:bCs/>
      </w:rPr>
      <w:tblPr/>
      <w:tcPr>
        <w:tcBorders>
          <w:top w:val="single" w:sz="8" w:space="0" w:color="000000" w:themeColor="text1"/>
          <w:bottom w:val="single" w:sz="8" w:space="0" w:color="000000" w:themeColor="text1"/>
        </w:tcBorders>
      </w:tcPr>
    </w:tblStylePr>
    <w:tblStylePr w:type="band1Vert">
      <w:tblPr/>
      <w:tcPr>
        <w:shd w:val="clear" w:color="auto" w:fill="C0C0C0" w:themeFill="text1" w:themeFillTint="3F"/>
      </w:tcPr>
    </w:tblStylePr>
    <w:tblStylePr w:type="band1Horz">
      <w:tblPr/>
      <w:tcPr>
        <w:shd w:val="clear" w:color="auto" w:fill="C0C0C0" w:themeFill="text1" w:themeFillTint="3F"/>
      </w:tcPr>
    </w:tblStylePr>
  </w:style>
  <w:style w:type="table" w:styleId="MediumList1-Accent1">
    <w:name w:val="Medium List 1 Accen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F81BD" w:themeColor="accent1"/>
        </w:tcBorders>
      </w:tcPr>
    </w:tblStylePr>
    <w:tblStylePr w:type="lastRow">
      <w:rPr>
        <w:b/>
        <w:bCs/>
        <w:color w:val="1F497D" w:themeColor="text2"/>
      </w:rPr>
      <w:tblPr/>
      <w:tcPr>
        <w:tcBorders>
          <w:top w:val="single" w:sz="8" w:space="0" w:color="4F81BD" w:themeColor="accent1"/>
          <w:bottom w:val="single" w:sz="8" w:space="0" w:color="4F81BD" w:themeColor="accent1"/>
        </w:tcBorders>
      </w:tcPr>
    </w:tblStylePr>
    <w:tblStylePr w:type="firstCol">
      <w:rPr>
        <w:b/>
        <w:bCs/>
      </w:rPr>
    </w:tblStylePr>
    <w:tblStylePr w:type="lastCol">
      <w:rPr>
        <w:b/>
        <w:bCs/>
      </w:rPr>
      <w:tblPr/>
      <w:tcPr>
        <w:tcBorders>
          <w:top w:val="single" w:sz="8" w:space="0" w:color="4F81BD" w:themeColor="accent1"/>
          <w:bottom w:val="single" w:sz="8" w:space="0" w:color="4F81BD" w:themeColor="accent1"/>
        </w:tcBorders>
      </w:tcPr>
    </w:tblStylePr>
    <w:tblStylePr w:type="band1Vert">
      <w:tblPr/>
      <w:tcPr>
        <w:shd w:val="clear" w:color="auto" w:fill="D3DFEE" w:themeFill="accent1" w:themeFillTint="3F"/>
      </w:tcPr>
    </w:tblStylePr>
    <w:tblStylePr w:type="band1Horz">
      <w:tblPr/>
      <w:tcPr>
        <w:shd w:val="clear" w:color="auto" w:fill="D3DFEE" w:themeFill="accent1" w:themeFillTint="3F"/>
      </w:tcPr>
    </w:tblStylePr>
  </w:style>
  <w:style w:type="table" w:styleId="MediumList1-Accent2">
    <w:name w:val="Medium List 1 Accent 2"/>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C0504D" w:themeColor="accent2"/>
        </w:tcBorders>
      </w:tcPr>
    </w:tblStylePr>
    <w:tblStylePr w:type="lastRow">
      <w:rPr>
        <w:b/>
        <w:bCs/>
        <w:color w:val="1F497D" w:themeColor="text2"/>
      </w:rPr>
      <w:tblPr/>
      <w:tcPr>
        <w:tcBorders>
          <w:top w:val="single" w:sz="8" w:space="0" w:color="C0504D" w:themeColor="accent2"/>
          <w:bottom w:val="single" w:sz="8" w:space="0" w:color="C0504D" w:themeColor="accent2"/>
        </w:tcBorders>
      </w:tcPr>
    </w:tblStylePr>
    <w:tblStylePr w:type="firstCol">
      <w:rPr>
        <w:b/>
        <w:bCs/>
      </w:rPr>
    </w:tblStylePr>
    <w:tblStylePr w:type="lastCol">
      <w:rPr>
        <w:b/>
        <w:bCs/>
      </w:rPr>
      <w:tblPr/>
      <w:tcPr>
        <w:tcBorders>
          <w:top w:val="single" w:sz="8" w:space="0" w:color="C0504D" w:themeColor="accent2"/>
          <w:bottom w:val="single" w:sz="8" w:space="0" w:color="C0504D" w:themeColor="accent2"/>
        </w:tcBorders>
      </w:tcPr>
    </w:tblStylePr>
    <w:tblStylePr w:type="band1Vert">
      <w:tblPr/>
      <w:tcPr>
        <w:shd w:val="clear" w:color="auto" w:fill="EFD3D2" w:themeFill="accent2" w:themeFillTint="3F"/>
      </w:tcPr>
    </w:tblStylePr>
    <w:tblStylePr w:type="band1Horz">
      <w:tblPr/>
      <w:tcPr>
        <w:shd w:val="clear" w:color="auto" w:fill="EFD3D2" w:themeFill="accent2" w:themeFillTint="3F"/>
      </w:tcPr>
    </w:tblStylePr>
  </w:style>
  <w:style w:type="table" w:styleId="MediumList1-Accent3">
    <w:name w:val="Medium List 1 Accent 3"/>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9BBB59" w:themeColor="accent3"/>
        </w:tcBorders>
      </w:tcPr>
    </w:tblStylePr>
    <w:tblStylePr w:type="lastRow">
      <w:rPr>
        <w:b/>
        <w:bCs/>
        <w:color w:val="1F497D" w:themeColor="text2"/>
      </w:rPr>
      <w:tblPr/>
      <w:tcPr>
        <w:tcBorders>
          <w:top w:val="single" w:sz="8" w:space="0" w:color="9BBB59" w:themeColor="accent3"/>
          <w:bottom w:val="single" w:sz="8" w:space="0" w:color="9BBB59" w:themeColor="accent3"/>
        </w:tcBorders>
      </w:tcPr>
    </w:tblStylePr>
    <w:tblStylePr w:type="firstCol">
      <w:rPr>
        <w:b/>
        <w:bCs/>
      </w:rPr>
    </w:tblStylePr>
    <w:tblStylePr w:type="lastCol">
      <w:rPr>
        <w:b/>
        <w:bCs/>
      </w:rPr>
      <w:tblPr/>
      <w:tcPr>
        <w:tcBorders>
          <w:top w:val="single" w:sz="8" w:space="0" w:color="9BBB59" w:themeColor="accent3"/>
          <w:bottom w:val="single" w:sz="8" w:space="0" w:color="9BBB59" w:themeColor="accent3"/>
        </w:tcBorders>
      </w:tcPr>
    </w:tblStylePr>
    <w:tblStylePr w:type="band1Vert">
      <w:tblPr/>
      <w:tcPr>
        <w:shd w:val="clear" w:color="auto" w:fill="E6EED5" w:themeFill="accent3" w:themeFillTint="3F"/>
      </w:tcPr>
    </w:tblStylePr>
    <w:tblStylePr w:type="band1Horz">
      <w:tblPr/>
      <w:tcPr>
        <w:shd w:val="clear" w:color="auto" w:fill="E6EED5" w:themeFill="accent3" w:themeFillTint="3F"/>
      </w:tcPr>
    </w:tblStylePr>
  </w:style>
  <w:style w:type="table" w:styleId="MediumList1-Accent4">
    <w:name w:val="Medium List 1 Accent 4"/>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8064A2" w:themeColor="accent4"/>
        </w:tcBorders>
      </w:tcPr>
    </w:tblStylePr>
    <w:tblStylePr w:type="lastRow">
      <w:rPr>
        <w:b/>
        <w:bCs/>
        <w:color w:val="1F497D" w:themeColor="text2"/>
      </w:rPr>
      <w:tblPr/>
      <w:tcPr>
        <w:tcBorders>
          <w:top w:val="single" w:sz="8" w:space="0" w:color="8064A2" w:themeColor="accent4"/>
          <w:bottom w:val="single" w:sz="8" w:space="0" w:color="8064A2" w:themeColor="accent4"/>
        </w:tcBorders>
      </w:tcPr>
    </w:tblStylePr>
    <w:tblStylePr w:type="firstCol">
      <w:rPr>
        <w:b/>
        <w:bCs/>
      </w:rPr>
    </w:tblStylePr>
    <w:tblStylePr w:type="lastCol">
      <w:rPr>
        <w:b/>
        <w:bCs/>
      </w:rPr>
      <w:tblPr/>
      <w:tcPr>
        <w:tcBorders>
          <w:top w:val="single" w:sz="8" w:space="0" w:color="8064A2" w:themeColor="accent4"/>
          <w:bottom w:val="single" w:sz="8" w:space="0" w:color="8064A2" w:themeColor="accent4"/>
        </w:tcBorders>
      </w:tcPr>
    </w:tblStylePr>
    <w:tblStylePr w:type="band1Vert">
      <w:tblPr/>
      <w:tcPr>
        <w:shd w:val="clear" w:color="auto" w:fill="DFD8E8" w:themeFill="accent4" w:themeFillTint="3F"/>
      </w:tcPr>
    </w:tblStylePr>
    <w:tblStylePr w:type="band1Horz">
      <w:tblPr/>
      <w:tcPr>
        <w:shd w:val="clear" w:color="auto" w:fill="DFD8E8" w:themeFill="accent4" w:themeFillTint="3F"/>
      </w:tcPr>
    </w:tblStylePr>
  </w:style>
  <w:style w:type="table" w:styleId="MediumList1-Accent5">
    <w:name w:val="Medium List 1 Accent 5"/>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BACC6" w:themeColor="accent5"/>
        </w:tcBorders>
      </w:tcPr>
    </w:tblStylePr>
    <w:tblStylePr w:type="lastRow">
      <w:rPr>
        <w:b/>
        <w:bCs/>
        <w:color w:val="1F497D" w:themeColor="text2"/>
      </w:rPr>
      <w:tblPr/>
      <w:tcPr>
        <w:tcBorders>
          <w:top w:val="single" w:sz="8" w:space="0" w:color="4BACC6" w:themeColor="accent5"/>
          <w:bottom w:val="single" w:sz="8" w:space="0" w:color="4BACC6" w:themeColor="accent5"/>
        </w:tcBorders>
      </w:tcPr>
    </w:tblStylePr>
    <w:tblStylePr w:type="firstCol">
      <w:rPr>
        <w:b/>
        <w:bCs/>
      </w:rPr>
    </w:tblStylePr>
    <w:tblStylePr w:type="lastCol">
      <w:rPr>
        <w:b/>
        <w:bCs/>
      </w:rPr>
      <w:tblPr/>
      <w:tcPr>
        <w:tcBorders>
          <w:top w:val="single" w:sz="8" w:space="0" w:color="4BACC6" w:themeColor="accent5"/>
          <w:bottom w:val="single" w:sz="8" w:space="0" w:color="4BACC6" w:themeColor="accent5"/>
        </w:tcBorders>
      </w:tcPr>
    </w:tblStylePr>
    <w:tblStylePr w:type="band1Vert">
      <w:tblPr/>
      <w:tcPr>
        <w:shd w:val="clear" w:color="auto" w:fill="D2EAF1" w:themeFill="accent5" w:themeFillTint="3F"/>
      </w:tcPr>
    </w:tblStylePr>
    <w:tblStylePr w:type="band1Horz">
      <w:tblPr/>
      <w:tcPr>
        <w:shd w:val="clear" w:color="auto" w:fill="D2EAF1" w:themeFill="accent5" w:themeFillTint="3F"/>
      </w:tcPr>
    </w:tblStylePr>
  </w:style>
  <w:style w:type="table" w:styleId="MediumList1-Accent6">
    <w:name w:val="Medium List 1 Accent 6"/>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F79646" w:themeColor="accent6"/>
        </w:tcBorders>
      </w:tcPr>
    </w:tblStylePr>
    <w:tblStylePr w:type="lastRow">
      <w:rPr>
        <w:b/>
        <w:bCs/>
        <w:color w:val="1F497D" w:themeColor="text2"/>
      </w:rPr>
      <w:tblPr/>
      <w:tcPr>
        <w:tcBorders>
          <w:top w:val="single" w:sz="8" w:space="0" w:color="F79646" w:themeColor="accent6"/>
          <w:bottom w:val="single" w:sz="8" w:space="0" w:color="F79646" w:themeColor="accent6"/>
        </w:tcBorders>
      </w:tcPr>
    </w:tblStylePr>
    <w:tblStylePr w:type="firstCol">
      <w:rPr>
        <w:b/>
        <w:bCs/>
      </w:rPr>
    </w:tblStylePr>
    <w:tblStylePr w:type="lastCol">
      <w:rPr>
        <w:b/>
        <w:bCs/>
      </w:rPr>
      <w:tblPr/>
      <w:tcPr>
        <w:tcBorders>
          <w:top w:val="single" w:sz="8" w:space="0" w:color="F79646" w:themeColor="accent6"/>
          <w:bottom w:val="single" w:sz="8" w:space="0" w:color="F79646" w:themeColor="accent6"/>
        </w:tcBorders>
      </w:tcPr>
    </w:tblStylePr>
    <w:tblStylePr w:type="band1Vert">
      <w:tblPr/>
      <w:tcPr>
        <w:shd w:val="clear" w:color="auto" w:fill="FDE4D0" w:themeFill="accent6" w:themeFillTint="3F"/>
      </w:tcPr>
    </w:tblStylePr>
    <w:tblStylePr w:type="band1Horz">
      <w:tblPr/>
      <w:tcPr>
        <w:shd w:val="clear" w:color="auto" w:fill="FDE4D0" w:themeFill="accent6" w:themeFillTint="3F"/>
      </w:tcPr>
    </w:tblStylePr>
  </w:style>
  <w:style w:type="table" w:styleId="MediumList2">
    <w:name w:val="Medium Lis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rPr>
        <w:sz w:val="24"/>
        <w:szCs w:val="24"/>
      </w:rPr>
      <w:tblPr/>
      <w:tcPr>
        <w:tcBorders>
          <w:top w:val="nil"/>
          <w:left w:val="nil"/>
          <w:bottom w:val="single" w:sz="24" w:space="0" w:color="000000" w:themeColor="text1"/>
          <w:right w:val="nil"/>
          <w:insideH w:val="nil"/>
          <w:insideV w:val="nil"/>
        </w:tcBorders>
        <w:shd w:val="clear" w:color="auto" w:fill="FFFFFF" w:themeFill="background1"/>
      </w:tcPr>
    </w:tblStylePr>
    <w:tblStylePr w:type="lastRow">
      <w:tblPr/>
      <w:tcPr>
        <w:tcBorders>
          <w:top w:val="single" w:sz="8" w:space="0" w:color="000000"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000000" w:themeColor="text1"/>
          <w:insideH w:val="nil"/>
          <w:insideV w:val="nil"/>
        </w:tcBorders>
        <w:shd w:val="clear" w:color="auto" w:fill="FFFFFF" w:themeFill="background1"/>
      </w:tcPr>
    </w:tblStylePr>
    <w:tblStylePr w:type="lastCol">
      <w:tblPr/>
      <w:tcPr>
        <w:tcBorders>
          <w:top w:val="nil"/>
          <w:left w:val="single" w:sz="8" w:space="0" w:color="000000" w:themeColor="tex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top w:val="nil"/>
          <w:bottom w:val="nil"/>
          <w:insideH w:val="nil"/>
          <w:insideV w:val="nil"/>
        </w:tcBorders>
        <w:shd w:val="clear" w:color="auto" w:fill="C0C0C0" w:themeFill="tex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1">
    <w:name w:val="Medium List 2 Accent 1"/>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rPr>
        <w:sz w:val="24"/>
        <w:szCs w:val="24"/>
      </w:rPr>
      <w:tblPr/>
      <w:tcPr>
        <w:tcBorders>
          <w:top w:val="nil"/>
          <w:left w:val="nil"/>
          <w:bottom w:val="single" w:sz="24" w:space="0" w:color="4F81BD" w:themeColor="accent1"/>
          <w:right w:val="nil"/>
          <w:insideH w:val="nil"/>
          <w:insideV w:val="nil"/>
        </w:tcBorders>
        <w:shd w:val="clear" w:color="auto" w:fill="FFFFFF" w:themeFill="background1"/>
      </w:tcPr>
    </w:tblStylePr>
    <w:tblStylePr w:type="lastRow">
      <w:tblPr/>
      <w:tcPr>
        <w:tcBorders>
          <w:top w:val="single" w:sz="8" w:space="0" w:color="4F81BD" w:themeColor="accen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F81BD" w:themeColor="accent1"/>
          <w:insideH w:val="nil"/>
          <w:insideV w:val="nil"/>
        </w:tcBorders>
        <w:shd w:val="clear" w:color="auto" w:fill="FFFFFF" w:themeFill="background1"/>
      </w:tcPr>
    </w:tblStylePr>
    <w:tblStylePr w:type="lastCol">
      <w:tblPr/>
      <w:tcPr>
        <w:tcBorders>
          <w:top w:val="nil"/>
          <w:left w:val="single" w:sz="8" w:space="0" w:color="4F81BD" w:themeColor="accen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top w:val="nil"/>
          <w:bottom w:val="nil"/>
          <w:insideH w:val="nil"/>
          <w:insideV w:val="nil"/>
        </w:tcBorders>
        <w:shd w:val="clear" w:color="auto" w:fill="D3DFEE" w:themeFill="accen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2">
    <w:name w:val="Medium List 2 Accen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rPr>
        <w:sz w:val="24"/>
        <w:szCs w:val="24"/>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tblPr/>
      <w:tcPr>
        <w:tcBorders>
          <w:top w:val="single" w:sz="8" w:space="0" w:color="C0504D" w:themeColor="accent2"/>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C0504D" w:themeColor="accent2"/>
          <w:insideH w:val="nil"/>
          <w:insideV w:val="nil"/>
        </w:tcBorders>
        <w:shd w:val="clear" w:color="auto" w:fill="FFFFFF" w:themeFill="background1"/>
      </w:tcPr>
    </w:tblStylePr>
    <w:tblStylePr w:type="lastCol">
      <w:tblPr/>
      <w:tcPr>
        <w:tcBorders>
          <w:top w:val="nil"/>
          <w:left w:val="single" w:sz="8" w:space="0" w:color="C0504D" w:themeColor="accent2"/>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top w:val="nil"/>
          <w:bottom w:val="nil"/>
          <w:insideH w:val="nil"/>
          <w:insideV w:val="nil"/>
        </w:tcBorders>
        <w:shd w:val="clear" w:color="auto" w:fill="EFD3D2" w:themeFill="accent2"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3">
    <w:name w:val="Medium List 2 Accent 3"/>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rPr>
        <w:sz w:val="24"/>
        <w:szCs w:val="24"/>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tblPr/>
      <w:tcPr>
        <w:tcBorders>
          <w:top w:val="single" w:sz="8" w:space="0" w:color="9BBB59" w:themeColor="accent3"/>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9BBB59" w:themeColor="accent3"/>
          <w:insideH w:val="nil"/>
          <w:insideV w:val="nil"/>
        </w:tcBorders>
        <w:shd w:val="clear" w:color="auto" w:fill="FFFFFF" w:themeFill="background1"/>
      </w:tcPr>
    </w:tblStylePr>
    <w:tblStylePr w:type="lastCol">
      <w:tblPr/>
      <w:tcPr>
        <w:tcBorders>
          <w:top w:val="nil"/>
          <w:left w:val="single" w:sz="8" w:space="0" w:color="9BBB59" w:themeColor="accent3"/>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top w:val="nil"/>
          <w:bottom w:val="nil"/>
          <w:insideH w:val="nil"/>
          <w:insideV w:val="nil"/>
        </w:tcBorders>
        <w:shd w:val="clear" w:color="auto" w:fill="E6EED5" w:themeFill="accent3"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4">
    <w:name w:val="Medium List 2 Accent 4"/>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rPr>
        <w:sz w:val="24"/>
        <w:szCs w:val="24"/>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tblPr/>
      <w:tcPr>
        <w:tcBorders>
          <w:top w:val="single" w:sz="8" w:space="0" w:color="8064A2" w:themeColor="accent4"/>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8064A2" w:themeColor="accent4"/>
          <w:insideH w:val="nil"/>
          <w:insideV w:val="nil"/>
        </w:tcBorders>
        <w:shd w:val="clear" w:color="auto" w:fill="FFFFFF" w:themeFill="background1"/>
      </w:tcPr>
    </w:tblStylePr>
    <w:tblStylePr w:type="lastCol">
      <w:tblPr/>
      <w:tcPr>
        <w:tcBorders>
          <w:top w:val="nil"/>
          <w:left w:val="single" w:sz="8" w:space="0" w:color="8064A2" w:themeColor="accent4"/>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top w:val="nil"/>
          <w:bottom w:val="nil"/>
          <w:insideH w:val="nil"/>
          <w:insideV w:val="nil"/>
        </w:tcBorders>
        <w:shd w:val="clear" w:color="auto" w:fill="DFD8E8" w:themeFill="accent4"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5">
    <w:name w:val="Medium List 2 Accent 5"/>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rPr>
        <w:sz w:val="24"/>
        <w:szCs w:val="24"/>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tblPr/>
      <w:tcPr>
        <w:tcBorders>
          <w:top w:val="single" w:sz="8" w:space="0" w:color="4BACC6" w:themeColor="accent5"/>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BACC6" w:themeColor="accent5"/>
          <w:insideH w:val="nil"/>
          <w:insideV w:val="nil"/>
        </w:tcBorders>
        <w:shd w:val="clear" w:color="auto" w:fill="FFFFFF" w:themeFill="background1"/>
      </w:tcPr>
    </w:tblStylePr>
    <w:tblStylePr w:type="lastCol">
      <w:tblPr/>
      <w:tcPr>
        <w:tcBorders>
          <w:top w:val="nil"/>
          <w:left w:val="single" w:sz="8" w:space="0" w:color="4BACC6" w:themeColor="accent5"/>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top w:val="nil"/>
          <w:bottom w:val="nil"/>
          <w:insideH w:val="nil"/>
          <w:insideV w:val="nil"/>
        </w:tcBorders>
        <w:shd w:val="clear" w:color="auto" w:fill="D2EAF1" w:themeFill="accent5"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6">
    <w:name w:val="Medium List 2 Accent 6"/>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rPr>
        <w:sz w:val="24"/>
        <w:szCs w:val="24"/>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tblPr/>
      <w:tcPr>
        <w:tcBorders>
          <w:top w:val="single" w:sz="8" w:space="0" w:color="F79646" w:themeColor="accent6"/>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F79646" w:themeColor="accent6"/>
          <w:insideH w:val="nil"/>
          <w:insideV w:val="nil"/>
        </w:tcBorders>
        <w:shd w:val="clear" w:color="auto" w:fill="FFFFFF" w:themeFill="background1"/>
      </w:tcPr>
    </w:tblStylePr>
    <w:tblStylePr w:type="lastCol">
      <w:tblPr/>
      <w:tcPr>
        <w:tcBorders>
          <w:top w:val="nil"/>
          <w:left w:val="single" w:sz="8" w:space="0" w:color="F79646" w:themeColor="accent6"/>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top w:val="nil"/>
          <w:bottom w:val="nil"/>
          <w:insideH w:val="nil"/>
          <w:insideV w:val="nil"/>
        </w:tcBorders>
        <w:shd w:val="clear" w:color="auto" w:fill="FDE4D0" w:themeFill="accent6"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Grid1">
    <w:name w:val="Medium Grid 1"/>
    <w:basedOn w:val="TableNormal"/>
    <w:uiPriority w:val="67"/>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insideV w:val="single" w:sz="8" w:space="0" w:color="404040" w:themeColor="text1" w:themeTint="BF"/>
      </w:tblBorders>
      <w:tblCellMar>
        <w:top w:w="0" w:type="dxa"/>
        <w:left w:w="108" w:type="dxa"/>
        <w:bottom w:w="0" w:type="dxa"/>
        <w:right w:w="108" w:type="dxa"/>
      </w:tblCellMar>
    </w:tblPr>
    <w:tcPr>
      <w:shd w:val="clear" w:color="auto" w:fill="C0C0C0" w:themeFill="text1" w:themeFillTint="3F"/>
    </w:tcPr>
    <w:tblStylePr w:type="firstRow">
      <w:rPr>
        <w:b/>
        <w:bCs/>
      </w:rPr>
    </w:tblStylePr>
    <w:tblStylePr w:type="lastRow">
      <w:rPr>
        <w:b/>
        <w:bCs/>
      </w:rPr>
      <w:tblPr/>
      <w:tcPr>
        <w:tcBorders>
          <w:top w:val="single" w:sz="18" w:space="0" w:color="404040" w:themeColor="text1" w:themeTint="BF"/>
        </w:tcBorders>
      </w:tcPr>
    </w:tblStylePr>
    <w:tblStylePr w:type="firstCol">
      <w:rPr>
        <w:b/>
        <w:bCs/>
      </w:rPr>
    </w:tblStylePr>
    <w:tblStylePr w:type="lastCol">
      <w:rPr>
        <w:b/>
        <w:bCs/>
      </w:r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MediumGrid1-Accent1">
    <w:name w:val="Medium Grid 1 Accent 1"/>
    <w:basedOn w:val="TableNormal"/>
    <w:uiPriority w:val="67"/>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insideV w:val="single" w:sz="8" w:space="0" w:color="7BA0CD" w:themeColor="accent1" w:themeTint="BF"/>
      </w:tblBorders>
      <w:tblCellMar>
        <w:top w:w="0" w:type="dxa"/>
        <w:left w:w="108" w:type="dxa"/>
        <w:bottom w:w="0" w:type="dxa"/>
        <w:right w:w="108" w:type="dxa"/>
      </w:tblCellMar>
    </w:tblPr>
    <w:tcPr>
      <w:shd w:val="clear" w:color="auto" w:fill="D3DFEE" w:themeFill="accent1" w:themeFillTint="3F"/>
    </w:tcPr>
    <w:tblStylePr w:type="firstRow">
      <w:rPr>
        <w:b/>
        <w:bCs/>
      </w:rPr>
    </w:tblStylePr>
    <w:tblStylePr w:type="lastRow">
      <w:rPr>
        <w:b/>
        <w:bCs/>
      </w:rPr>
      <w:tblPr/>
      <w:tcPr>
        <w:tcBorders>
          <w:top w:val="single" w:sz="18" w:space="0" w:color="7BA0CD" w:themeColor="accent1" w:themeTint="BF"/>
        </w:tcBorders>
      </w:tcPr>
    </w:tblStylePr>
    <w:tblStylePr w:type="firstCol">
      <w:rPr>
        <w:b/>
        <w:bCs/>
      </w:rPr>
    </w:tblStylePr>
    <w:tblStylePr w:type="lastCol">
      <w:rPr>
        <w:b/>
        <w:bCs/>
      </w:r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MediumGrid1-Accent2">
    <w:name w:val="Medium Grid 1 Accent 2"/>
    <w:basedOn w:val="TableNormal"/>
    <w:uiPriority w:val="67"/>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insideV w:val="single" w:sz="8" w:space="0" w:color="CF7B79" w:themeColor="accent2" w:themeTint="BF"/>
      </w:tblBorders>
      <w:tblCellMar>
        <w:top w:w="0" w:type="dxa"/>
        <w:left w:w="108" w:type="dxa"/>
        <w:bottom w:w="0" w:type="dxa"/>
        <w:right w:w="108" w:type="dxa"/>
      </w:tblCellMar>
    </w:tblPr>
    <w:tcPr>
      <w:shd w:val="clear" w:color="auto" w:fill="EFD3D2" w:themeFill="accent2" w:themeFillTint="3F"/>
    </w:tcPr>
    <w:tblStylePr w:type="firstRow">
      <w:rPr>
        <w:b/>
        <w:bCs/>
      </w:rPr>
    </w:tblStylePr>
    <w:tblStylePr w:type="lastRow">
      <w:rPr>
        <w:b/>
        <w:bCs/>
      </w:rPr>
      <w:tblPr/>
      <w:tcPr>
        <w:tcBorders>
          <w:top w:val="single" w:sz="18" w:space="0" w:color="CF7B79" w:themeColor="accent2" w:themeTint="BF"/>
        </w:tcBorders>
      </w:tcPr>
    </w:tblStylePr>
    <w:tblStylePr w:type="firstCol">
      <w:rPr>
        <w:b/>
        <w:bCs/>
      </w:rPr>
    </w:tblStylePr>
    <w:tblStylePr w:type="lastCol">
      <w:rPr>
        <w:b/>
        <w:bCs/>
      </w:r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MediumGrid1-Accent3">
    <w:name w:val="Medium Grid 1 Accent 3"/>
    <w:basedOn w:val="TableNormal"/>
    <w:uiPriority w:val="67"/>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insideV w:val="single" w:sz="8" w:space="0" w:color="B3CC82" w:themeColor="accent3" w:themeTint="BF"/>
      </w:tblBorders>
      <w:tblCellMar>
        <w:top w:w="0" w:type="dxa"/>
        <w:left w:w="108" w:type="dxa"/>
        <w:bottom w:w="0" w:type="dxa"/>
        <w:right w:w="108" w:type="dxa"/>
      </w:tblCellMar>
    </w:tblPr>
    <w:tcPr>
      <w:shd w:val="clear" w:color="auto" w:fill="E6EED5" w:themeFill="accent3" w:themeFillTint="3F"/>
    </w:tcPr>
    <w:tblStylePr w:type="firstRow">
      <w:rPr>
        <w:b/>
        <w:bCs/>
      </w:rPr>
    </w:tblStylePr>
    <w:tblStylePr w:type="lastRow">
      <w:rPr>
        <w:b/>
        <w:bCs/>
      </w:rPr>
      <w:tblPr/>
      <w:tcPr>
        <w:tcBorders>
          <w:top w:val="single" w:sz="18" w:space="0" w:color="B3CC82" w:themeColor="accent3" w:themeTint="BF"/>
        </w:tcBorders>
      </w:tcPr>
    </w:tblStylePr>
    <w:tblStylePr w:type="firstCol">
      <w:rPr>
        <w:b/>
        <w:bCs/>
      </w:rPr>
    </w:tblStylePr>
    <w:tblStylePr w:type="lastCol">
      <w:rPr>
        <w:b/>
        <w:bCs/>
      </w:r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MediumGrid1-Accent4">
    <w:name w:val="Medium Grid 1 Accent 4"/>
    <w:basedOn w:val="TableNormal"/>
    <w:uiPriority w:val="67"/>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insideV w:val="single" w:sz="8" w:space="0" w:color="9F8AB9" w:themeColor="accent4" w:themeTint="BF"/>
      </w:tblBorders>
      <w:tblCellMar>
        <w:top w:w="0" w:type="dxa"/>
        <w:left w:w="108" w:type="dxa"/>
        <w:bottom w:w="0" w:type="dxa"/>
        <w:right w:w="108" w:type="dxa"/>
      </w:tblCellMar>
    </w:tblPr>
    <w:tcPr>
      <w:shd w:val="clear" w:color="auto" w:fill="DFD8E8" w:themeFill="accent4" w:themeFillTint="3F"/>
    </w:tcPr>
    <w:tblStylePr w:type="firstRow">
      <w:rPr>
        <w:b/>
        <w:bCs/>
      </w:rPr>
    </w:tblStylePr>
    <w:tblStylePr w:type="lastRow">
      <w:rPr>
        <w:b/>
        <w:bCs/>
      </w:rPr>
      <w:tblPr/>
      <w:tcPr>
        <w:tcBorders>
          <w:top w:val="single" w:sz="18" w:space="0" w:color="9F8AB9" w:themeColor="accent4" w:themeTint="BF"/>
        </w:tcBorders>
      </w:tcPr>
    </w:tblStylePr>
    <w:tblStylePr w:type="firstCol">
      <w:rPr>
        <w:b/>
        <w:bCs/>
      </w:rPr>
    </w:tblStylePr>
    <w:tblStylePr w:type="lastCol">
      <w:rPr>
        <w:b/>
        <w:bCs/>
      </w:r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MediumGrid1-Accent5">
    <w:name w:val="Medium Grid 1 Accent 5"/>
    <w:basedOn w:val="TableNormal"/>
    <w:uiPriority w:val="67"/>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insideV w:val="single" w:sz="8" w:space="0" w:color="78C0D4" w:themeColor="accent5" w:themeTint="BF"/>
      </w:tblBorders>
      <w:tblCellMar>
        <w:top w:w="0" w:type="dxa"/>
        <w:left w:w="108" w:type="dxa"/>
        <w:bottom w:w="0" w:type="dxa"/>
        <w:right w:w="108" w:type="dxa"/>
      </w:tblCellMar>
    </w:tblPr>
    <w:tcPr>
      <w:shd w:val="clear" w:color="auto" w:fill="D2EAF1" w:themeFill="accent5" w:themeFillTint="3F"/>
    </w:tcPr>
    <w:tblStylePr w:type="firstRow">
      <w:rPr>
        <w:b/>
        <w:bCs/>
      </w:rPr>
    </w:tblStylePr>
    <w:tblStylePr w:type="lastRow">
      <w:rPr>
        <w:b/>
        <w:bCs/>
      </w:rPr>
      <w:tblPr/>
      <w:tcPr>
        <w:tcBorders>
          <w:top w:val="single" w:sz="18" w:space="0" w:color="78C0D4" w:themeColor="accent5" w:themeTint="BF"/>
        </w:tcBorders>
      </w:tcPr>
    </w:tblStylePr>
    <w:tblStylePr w:type="firstCol">
      <w:rPr>
        <w:b/>
        <w:bCs/>
      </w:rPr>
    </w:tblStylePr>
    <w:tblStylePr w:type="lastCol">
      <w:rPr>
        <w:b/>
        <w:bCs/>
      </w:r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MediumGrid1-Accent6">
    <w:name w:val="Medium Grid 1 Accent 6"/>
    <w:basedOn w:val="TableNormal"/>
    <w:uiPriority w:val="67"/>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insideV w:val="single" w:sz="8" w:space="0" w:color="F9B074" w:themeColor="accent6" w:themeTint="BF"/>
      </w:tblBorders>
      <w:tblCellMar>
        <w:top w:w="0" w:type="dxa"/>
        <w:left w:w="108" w:type="dxa"/>
        <w:bottom w:w="0" w:type="dxa"/>
        <w:right w:w="108" w:type="dxa"/>
      </w:tblCellMar>
    </w:tblPr>
    <w:tcPr>
      <w:shd w:val="clear" w:color="auto" w:fill="FDE4D0" w:themeFill="accent6" w:themeFillTint="3F"/>
    </w:tcPr>
    <w:tblStylePr w:type="firstRow">
      <w:rPr>
        <w:b/>
        <w:bCs/>
      </w:rPr>
    </w:tblStylePr>
    <w:tblStylePr w:type="lastRow">
      <w:rPr>
        <w:b/>
        <w:bCs/>
      </w:rPr>
      <w:tblPr/>
      <w:tcPr>
        <w:tcBorders>
          <w:top w:val="single" w:sz="18" w:space="0" w:color="F9B074" w:themeColor="accent6" w:themeTint="BF"/>
        </w:tcBorders>
      </w:tcPr>
    </w:tblStylePr>
    <w:tblStylePr w:type="firstCol">
      <w:rPr>
        <w:b/>
        <w:bCs/>
      </w:rPr>
    </w:tblStylePr>
    <w:tblStylePr w:type="lastCol">
      <w:rPr>
        <w:b/>
        <w:bCs/>
      </w:r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 w:type="table" w:styleId="MediumGrid2">
    <w:name w:val="Medium Grid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cPr>
      <w:shd w:val="clear" w:color="auto" w:fill="C0C0C0" w:themeFill="text1" w:themeFillTint="3F"/>
    </w:tcPr>
    <w:tblStylePr w:type="firstRow">
      <w:rPr>
        <w:b/>
        <w:bCs/>
        <w:color w:val="000000" w:themeColor="text1"/>
      </w:rPr>
      <w:tblPr/>
      <w:tcPr>
        <w:shd w:val="clear" w:color="auto" w:fill="E6E6E6" w:themeFill="tex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CCCCCC" w:themeFill="text1" w:themeFillTint="33"/>
      </w:tcPr>
    </w:tblStylePr>
    <w:tblStylePr w:type="band1Vert">
      <w:tblPr/>
      <w:tcPr>
        <w:shd w:val="clear" w:color="auto" w:fill="808080" w:themeFill="text1" w:themeFillTint="7F"/>
      </w:tcPr>
    </w:tblStylePr>
    <w:tblStylePr w:type="band1Horz">
      <w:tblPr/>
      <w:tcPr>
        <w:tcBorders>
          <w:insideH w:val="single" w:sz="6" w:space="0" w:color="000000" w:themeColor="text1"/>
          <w:insideV w:val="single" w:sz="6" w:space="0" w:color="000000" w:themeColor="text1"/>
        </w:tcBorders>
        <w:shd w:val="clear" w:color="auto" w:fill="808080" w:themeFill="text1" w:themeFillTint="7F"/>
      </w:tcPr>
    </w:tblStylePr>
    <w:tblStylePr w:type="nwCell">
      <w:tblPr/>
      <w:tcPr>
        <w:shd w:val="clear" w:color="auto" w:fill="FFFFFF" w:themeFill="background1"/>
      </w:tcPr>
    </w:tblStylePr>
  </w:style>
  <w:style w:type="table" w:styleId="MediumGrid2-Accent1">
    <w:name w:val="Medium Grid 2 Accent 1"/>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cPr>
      <w:shd w:val="clear" w:color="auto" w:fill="D3DFEE" w:themeFill="accent1" w:themeFillTint="3F"/>
    </w:tcPr>
    <w:tblStylePr w:type="firstRow">
      <w:rPr>
        <w:b/>
        <w:bCs/>
        <w:color w:val="000000" w:themeColor="text1"/>
      </w:rPr>
      <w:tblPr/>
      <w:tcPr>
        <w:shd w:val="clear" w:color="auto" w:fill="EDF2F8" w:themeFill="accen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BE5F1" w:themeFill="accent1" w:themeFillTint="33"/>
      </w:tcPr>
    </w:tblStylePr>
    <w:tblStylePr w:type="band1Vert">
      <w:tblPr/>
      <w:tcPr>
        <w:shd w:val="clear" w:color="auto" w:fill="A7BFDE" w:themeFill="accent1" w:themeFillTint="7F"/>
      </w:tcPr>
    </w:tblStylePr>
    <w:tblStylePr w:type="band1Horz">
      <w:tblPr/>
      <w:tcPr>
        <w:tcBorders>
          <w:insideH w:val="single" w:sz="6" w:space="0" w:color="4F81BD" w:themeColor="accent1"/>
          <w:insideV w:val="single" w:sz="6" w:space="0" w:color="4F81BD" w:themeColor="accent1"/>
        </w:tcBorders>
        <w:shd w:val="clear" w:color="auto" w:fill="A7BFDE" w:themeFill="accent1" w:themeFillTint="7F"/>
      </w:tcPr>
    </w:tblStylePr>
    <w:tblStylePr w:type="nwCell">
      <w:tblPr/>
      <w:tcPr>
        <w:shd w:val="clear" w:color="auto" w:fill="FFFFFF" w:themeFill="background1"/>
      </w:tcPr>
    </w:tblStylePr>
  </w:style>
  <w:style w:type="table" w:styleId="MediumGrid2-Accent2">
    <w:name w:val="Medium Grid 2 Accent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cPr>
      <w:shd w:val="clear" w:color="auto" w:fill="EFD3D2" w:themeFill="accent2" w:themeFillTint="3F"/>
    </w:tcPr>
    <w:tblStylePr w:type="firstRow">
      <w:rPr>
        <w:b/>
        <w:bCs/>
        <w:color w:val="000000" w:themeColor="text1"/>
      </w:rPr>
      <w:tblPr/>
      <w:tcPr>
        <w:shd w:val="clear" w:color="auto" w:fill="F8EDED" w:themeFill="accent2"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2DBDB" w:themeFill="accent2" w:themeFillTint="33"/>
      </w:tcPr>
    </w:tblStylePr>
    <w:tblStylePr w:type="band1Vert">
      <w:tblPr/>
      <w:tcPr>
        <w:shd w:val="clear" w:color="auto" w:fill="DFA7A6" w:themeFill="accent2" w:themeFillTint="7F"/>
      </w:tcPr>
    </w:tblStylePr>
    <w:tblStylePr w:type="band1Horz">
      <w:tblPr/>
      <w:tcPr>
        <w:tcBorders>
          <w:insideH w:val="single" w:sz="6" w:space="0" w:color="C0504D" w:themeColor="accent2"/>
          <w:insideV w:val="single" w:sz="6" w:space="0" w:color="C0504D" w:themeColor="accent2"/>
        </w:tcBorders>
        <w:shd w:val="clear" w:color="auto" w:fill="DFA7A6" w:themeFill="accent2" w:themeFillTint="7F"/>
      </w:tcPr>
    </w:tblStylePr>
    <w:tblStylePr w:type="nwCell">
      <w:tblPr/>
      <w:tcPr>
        <w:shd w:val="clear" w:color="auto" w:fill="FFFFFF" w:themeFill="background1"/>
      </w:tcPr>
    </w:tblStylePr>
  </w:style>
  <w:style w:type="table" w:styleId="MediumGrid2-Accent3">
    <w:name w:val="Medium Grid 2 Accent 3"/>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cPr>
      <w:shd w:val="clear" w:color="auto" w:fill="E6EED5" w:themeFill="accent3" w:themeFillTint="3F"/>
    </w:tcPr>
    <w:tblStylePr w:type="firstRow">
      <w:rPr>
        <w:b/>
        <w:bCs/>
        <w:color w:val="000000" w:themeColor="text1"/>
      </w:rPr>
      <w:tblPr/>
      <w:tcPr>
        <w:shd w:val="clear" w:color="auto" w:fill="F5F8EE" w:themeFill="accent3"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AF1DD" w:themeFill="accent3" w:themeFillTint="33"/>
      </w:tcPr>
    </w:tblStylePr>
    <w:tblStylePr w:type="band1Vert">
      <w:tblPr/>
      <w:tcPr>
        <w:shd w:val="clear" w:color="auto" w:fill="CDDDAC" w:themeFill="accent3" w:themeFillTint="7F"/>
      </w:tcPr>
    </w:tblStylePr>
    <w:tblStylePr w:type="band1Horz">
      <w:tblPr/>
      <w:tcPr>
        <w:tcBorders>
          <w:insideH w:val="single" w:sz="6" w:space="0" w:color="9BBB59" w:themeColor="accent3"/>
          <w:insideV w:val="single" w:sz="6" w:space="0" w:color="9BBB59" w:themeColor="accent3"/>
        </w:tcBorders>
        <w:shd w:val="clear" w:color="auto" w:fill="CDDDAC" w:themeFill="accent3" w:themeFillTint="7F"/>
      </w:tcPr>
    </w:tblStylePr>
    <w:tblStylePr w:type="nwCell">
      <w:tblPr/>
      <w:tcPr>
        <w:shd w:val="clear" w:color="auto" w:fill="FFFFFF" w:themeFill="background1"/>
      </w:tcPr>
    </w:tblStylePr>
  </w:style>
  <w:style w:type="table" w:styleId="MediumGrid2-Accent4">
    <w:name w:val="Medium Grid 2 Accent 4"/>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cPr>
      <w:shd w:val="clear" w:color="auto" w:fill="DFD8E8" w:themeFill="accent4" w:themeFillTint="3F"/>
    </w:tcPr>
    <w:tblStylePr w:type="firstRow">
      <w:rPr>
        <w:b/>
        <w:bCs/>
        <w:color w:val="000000" w:themeColor="text1"/>
      </w:rPr>
      <w:tblPr/>
      <w:tcPr>
        <w:shd w:val="clear" w:color="auto" w:fill="F2EFF6" w:themeFill="accent4"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5DFEC" w:themeFill="accent4" w:themeFillTint="33"/>
      </w:tcPr>
    </w:tblStylePr>
    <w:tblStylePr w:type="band1Vert">
      <w:tblPr/>
      <w:tcPr>
        <w:shd w:val="clear" w:color="auto" w:fill="BFB1D0" w:themeFill="accent4" w:themeFillTint="7F"/>
      </w:tcPr>
    </w:tblStylePr>
    <w:tblStylePr w:type="band1Horz">
      <w:tblPr/>
      <w:tcPr>
        <w:tcBorders>
          <w:insideH w:val="single" w:sz="6" w:space="0" w:color="8064A2" w:themeColor="accent4"/>
          <w:insideV w:val="single" w:sz="6" w:space="0" w:color="8064A2" w:themeColor="accent4"/>
        </w:tcBorders>
        <w:shd w:val="clear" w:color="auto" w:fill="BFB1D0" w:themeFill="accent4" w:themeFillTint="7F"/>
      </w:tcPr>
    </w:tblStylePr>
    <w:tblStylePr w:type="nwCell">
      <w:tblPr/>
      <w:tcPr>
        <w:shd w:val="clear" w:color="auto" w:fill="FFFFFF" w:themeFill="background1"/>
      </w:tcPr>
    </w:tblStylePr>
  </w:style>
  <w:style w:type="table" w:styleId="MediumGrid2-Accent5">
    <w:name w:val="Medium Grid 2 Accent 5"/>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cPr>
      <w:shd w:val="clear" w:color="auto" w:fill="D2EAF1" w:themeFill="accent5" w:themeFillTint="3F"/>
    </w:tcPr>
    <w:tblStylePr w:type="firstRow">
      <w:rPr>
        <w:b/>
        <w:bCs/>
        <w:color w:val="000000" w:themeColor="text1"/>
      </w:rPr>
      <w:tblPr/>
      <w:tcPr>
        <w:shd w:val="clear" w:color="auto" w:fill="EDF6F9" w:themeFill="accent5"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AEEF3" w:themeFill="accent5" w:themeFillTint="33"/>
      </w:tcPr>
    </w:tblStylePr>
    <w:tblStylePr w:type="band1Vert">
      <w:tblPr/>
      <w:tcPr>
        <w:shd w:val="clear" w:color="auto" w:fill="A5D5E2" w:themeFill="accent5" w:themeFillTint="7F"/>
      </w:tcPr>
    </w:tblStylePr>
    <w:tblStylePr w:type="band1Horz">
      <w:tblPr/>
      <w:tcPr>
        <w:tcBorders>
          <w:insideH w:val="single" w:sz="6" w:space="0" w:color="4BACC6" w:themeColor="accent5"/>
          <w:insideV w:val="single" w:sz="6" w:space="0" w:color="4BACC6" w:themeColor="accent5"/>
        </w:tcBorders>
        <w:shd w:val="clear" w:color="auto" w:fill="A5D5E2" w:themeFill="accent5" w:themeFillTint="7F"/>
      </w:tcPr>
    </w:tblStylePr>
    <w:tblStylePr w:type="nwCell">
      <w:tblPr/>
      <w:tcPr>
        <w:shd w:val="clear" w:color="auto" w:fill="FFFFFF" w:themeFill="background1"/>
      </w:tcPr>
    </w:tblStylePr>
  </w:style>
  <w:style w:type="table" w:styleId="MediumGrid2-Accent6">
    <w:name w:val="Medium Grid 2 Accent 6"/>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cPr>
      <w:shd w:val="clear" w:color="auto" w:fill="FDE4D0" w:themeFill="accent6" w:themeFillTint="3F"/>
    </w:tcPr>
    <w:tblStylePr w:type="firstRow">
      <w:rPr>
        <w:b/>
        <w:bCs/>
        <w:color w:val="000000" w:themeColor="text1"/>
      </w:rPr>
      <w:tblPr/>
      <w:tcPr>
        <w:shd w:val="clear" w:color="auto" w:fill="FEF4EC" w:themeFill="accent6"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DE9D9" w:themeFill="accent6" w:themeFillTint="33"/>
      </w:tcPr>
    </w:tblStylePr>
    <w:tblStylePr w:type="band1Vert">
      <w:tblPr/>
      <w:tcPr>
        <w:shd w:val="clear" w:color="auto" w:fill="FBCAA2" w:themeFill="accent6" w:themeFillTint="7F"/>
      </w:tcPr>
    </w:tblStylePr>
    <w:tblStylePr w:type="band1Horz">
      <w:tblPr/>
      <w:tcPr>
        <w:tcBorders>
          <w:insideH w:val="single" w:sz="6" w:space="0" w:color="F79646" w:themeColor="accent6"/>
          <w:insideV w:val="single" w:sz="6" w:space="0" w:color="F79646" w:themeColor="accent6"/>
        </w:tcBorders>
        <w:shd w:val="clear" w:color="auto" w:fill="FBCAA2" w:themeFill="accent6" w:themeFillTint="7F"/>
      </w:tcPr>
    </w:tblStylePr>
    <w:tblStylePr w:type="nwCell">
      <w:tblPr/>
      <w:tcPr>
        <w:shd w:val="clear" w:color="auto" w:fill="FFFFFF" w:themeFill="background1"/>
      </w:tcPr>
    </w:tblStylePr>
  </w:style>
  <w:style w:type="table" w:styleId="MediumGrid3">
    <w:name w:val="Medium Grid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C0C0C0" w:themeFill="tex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000000" w:themeFill="tex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000000" w:themeFill="tex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808080" w:themeFill="tex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808080" w:themeFill="text1" w:themeFillTint="7F"/>
      </w:tcPr>
    </w:tblStylePr>
  </w:style>
  <w:style w:type="table" w:styleId="MediumGrid3-Accent1">
    <w:name w:val="Medium Grid 3 Accent 1"/>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3DFEE"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F81BD"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F81BD"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7BFDE"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7BFDE" w:themeFill="accent1" w:themeFillTint="7F"/>
      </w:tcPr>
    </w:tblStylePr>
  </w:style>
  <w:style w:type="table" w:styleId="MediumGrid3-Accent2">
    <w:name w:val="Medium Grid 3 Accent 2"/>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FD3D2" w:themeFill="accent2"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C0504D" w:themeFill="accent2"/>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C0504D"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FA7A6"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FA7A6" w:themeFill="accent2" w:themeFillTint="7F"/>
      </w:tcPr>
    </w:tblStylePr>
  </w:style>
  <w:style w:type="table" w:styleId="MediumGrid3-Accent3">
    <w:name w:val="Medium Grid 3 Accent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6EED5"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9BBB59"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9BBB59"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CDDDAC"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CDDDAC" w:themeFill="accent3" w:themeFillTint="7F"/>
      </w:tcPr>
    </w:tblStylePr>
  </w:style>
  <w:style w:type="table" w:styleId="MediumGrid3-Accent4">
    <w:name w:val="Medium Grid 3 Accent 4"/>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FD8E8" w:themeFill="accent4"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8064A2" w:themeFill="accent4"/>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8064A2" w:themeFill="accent4"/>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BFB1D0" w:themeFill="accent4"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BFB1D0" w:themeFill="accent4" w:themeFillTint="7F"/>
      </w:tcPr>
    </w:tblStylePr>
  </w:style>
  <w:style w:type="table" w:styleId="MediumGrid3-Accent5">
    <w:name w:val="Medium Grid 3 Accent 5"/>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2EAF1" w:themeFill="accent5"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BACC6" w:themeFill="accent5"/>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BACC6" w:themeFill="accent5"/>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5D5E2" w:themeFill="accent5"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5D5E2" w:themeFill="accent5" w:themeFillTint="7F"/>
      </w:tcPr>
    </w:tblStylePr>
  </w:style>
  <w:style w:type="table" w:styleId="MediumGrid3-Accent6">
    <w:name w:val="Medium Grid 3 Accent 6"/>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FDE4D0" w:themeFill="accent6"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F79646" w:themeFill="accent6"/>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F79646" w:themeFill="accent6"/>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BCAA2" w:themeFill="accent6"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BCAA2" w:themeFill="accent6" w:themeFillTint="7F"/>
      </w:tcPr>
    </w:tblStylePr>
  </w:style>
  <w:style w:type="table" w:styleId="DarkList">
    <w:name w:val="Dark List"/>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000000" w:themeFill="tex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000000" w:themeFill="text1" w:themeFillShade="7F"/>
      </w:tcPr>
    </w:tblStylePr>
    <w:tblStylePr w:type="firstCol">
      <w:tblPr/>
      <w:tcPr>
        <w:tcBorders>
          <w:top w:val="nil"/>
          <w:left w:val="nil"/>
          <w:bottom w:val="nil"/>
          <w:right w:val="single" w:sz="18" w:space="0" w:color="FFFFFF" w:themeColor="background1"/>
          <w:insideH w:val="nil"/>
          <w:insideV w:val="nil"/>
        </w:tcBorders>
        <w:shd w:val="clear" w:color="auto" w:fill="000000" w:themeFill="text1" w:themeFillShade="BF"/>
      </w:tcPr>
    </w:tblStylePr>
    <w:tblStylePr w:type="lastCol">
      <w:tblPr/>
      <w:tcPr>
        <w:tcBorders>
          <w:top w:val="nil"/>
          <w:left w:val="single" w:sz="18" w:space="0" w:color="FFFFFF" w:themeColor="background1"/>
          <w:bottom w:val="nil"/>
          <w:right w:val="nil"/>
          <w:insideH w:val="nil"/>
          <w:insideV w:val="nil"/>
        </w:tcBorders>
        <w:shd w:val="clear" w:color="auto" w:fill="000000" w:themeFill="text1" w:themeFillShade="BF"/>
      </w:tcPr>
    </w:tblStylePr>
    <w:tblStylePr w:type="band1Vert">
      <w:tblPr/>
      <w:tcPr>
        <w:tcBorders>
          <w:top w:val="nil"/>
          <w:left w:val="nil"/>
          <w:bottom w:val="nil"/>
          <w:right w:val="nil"/>
          <w:insideH w:val="nil"/>
          <w:insideV w:val="nil"/>
        </w:tcBorders>
        <w:shd w:val="clear" w:color="auto" w:fill="000000" w:themeFill="text1" w:themeFillShade="BF"/>
      </w:tcPr>
    </w:tblStylePr>
    <w:tblStylePr w:type="band1Horz">
      <w:tblPr/>
      <w:tcPr>
        <w:tcBorders>
          <w:top w:val="nil"/>
          <w:left w:val="nil"/>
          <w:bottom w:val="nil"/>
          <w:right w:val="nil"/>
          <w:insideH w:val="nil"/>
          <w:insideV w:val="nil"/>
        </w:tcBorders>
        <w:shd w:val="clear" w:color="auto" w:fill="000000" w:themeFill="text1" w:themeFillShade="BF"/>
      </w:tcPr>
    </w:tblStylePr>
  </w:style>
  <w:style w:type="table" w:styleId="DarkList-Accent1">
    <w:name w:val="Dark List Accent 1"/>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F81BD" w:themeFill="accen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43F60" w:themeFill="accent1" w:themeFillShade="7F"/>
      </w:tcPr>
    </w:tblStylePr>
    <w:tblStylePr w:type="firstCol">
      <w:tblPr/>
      <w:tcPr>
        <w:tcBorders>
          <w:top w:val="nil"/>
          <w:left w:val="nil"/>
          <w:bottom w:val="nil"/>
          <w:right w:val="single" w:sz="18" w:space="0" w:color="FFFFFF" w:themeColor="background1"/>
          <w:insideH w:val="nil"/>
          <w:insideV w:val="nil"/>
        </w:tcBorders>
        <w:shd w:val="clear" w:color="auto" w:fill="365F91" w:themeFill="accent1" w:themeFillShade="BF"/>
      </w:tcPr>
    </w:tblStylePr>
    <w:tblStylePr w:type="lastCol">
      <w:tblPr/>
      <w:tcPr>
        <w:tcBorders>
          <w:top w:val="nil"/>
          <w:left w:val="single" w:sz="18" w:space="0" w:color="FFFFFF" w:themeColor="background1"/>
          <w:bottom w:val="nil"/>
          <w:right w:val="nil"/>
          <w:insideH w:val="nil"/>
          <w:insideV w:val="nil"/>
        </w:tcBorders>
        <w:shd w:val="clear" w:color="auto" w:fill="365F91" w:themeFill="accent1" w:themeFillShade="BF"/>
      </w:tcPr>
    </w:tblStylePr>
    <w:tblStylePr w:type="band1Vert">
      <w:tblPr/>
      <w:tcPr>
        <w:tcBorders>
          <w:top w:val="nil"/>
          <w:left w:val="nil"/>
          <w:bottom w:val="nil"/>
          <w:right w:val="nil"/>
          <w:insideH w:val="nil"/>
          <w:insideV w:val="nil"/>
        </w:tcBorders>
        <w:shd w:val="clear" w:color="auto" w:fill="365F91" w:themeFill="accent1" w:themeFillShade="BF"/>
      </w:tcPr>
    </w:tblStylePr>
    <w:tblStylePr w:type="band1Horz">
      <w:tblPr/>
      <w:tcPr>
        <w:tcBorders>
          <w:top w:val="nil"/>
          <w:left w:val="nil"/>
          <w:bottom w:val="nil"/>
          <w:right w:val="nil"/>
          <w:insideH w:val="nil"/>
          <w:insideV w:val="nil"/>
        </w:tcBorders>
        <w:shd w:val="clear" w:color="auto" w:fill="365F91" w:themeFill="accent1" w:themeFillShade="BF"/>
      </w:tcPr>
    </w:tblStylePr>
  </w:style>
  <w:style w:type="table" w:styleId="DarkList-Accent2">
    <w:name w:val="Dark List Accent 2"/>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C0504D" w:themeFill="accent2"/>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622423" w:themeFill="accent2" w:themeFillShade="7F"/>
      </w:tcPr>
    </w:tblStylePr>
    <w:tblStylePr w:type="firstCol">
      <w:tblPr/>
      <w:tcPr>
        <w:tcBorders>
          <w:top w:val="nil"/>
          <w:left w:val="nil"/>
          <w:bottom w:val="nil"/>
          <w:right w:val="single" w:sz="18" w:space="0" w:color="FFFFFF" w:themeColor="background1"/>
          <w:insideH w:val="nil"/>
          <w:insideV w:val="nil"/>
        </w:tcBorders>
        <w:shd w:val="clear" w:color="auto" w:fill="943634" w:themeFill="accent2" w:themeFillShade="BF"/>
      </w:tcPr>
    </w:tblStylePr>
    <w:tblStylePr w:type="lastCol">
      <w:tblPr/>
      <w:tcPr>
        <w:tcBorders>
          <w:top w:val="nil"/>
          <w:left w:val="single" w:sz="18" w:space="0" w:color="FFFFFF" w:themeColor="background1"/>
          <w:bottom w:val="nil"/>
          <w:right w:val="nil"/>
          <w:insideH w:val="nil"/>
          <w:insideV w:val="nil"/>
        </w:tcBorders>
        <w:shd w:val="clear" w:color="auto" w:fill="943634" w:themeFill="accent2" w:themeFillShade="BF"/>
      </w:tcPr>
    </w:tblStylePr>
    <w:tblStylePr w:type="band1Vert">
      <w:tblPr/>
      <w:tcPr>
        <w:tcBorders>
          <w:top w:val="nil"/>
          <w:left w:val="nil"/>
          <w:bottom w:val="nil"/>
          <w:right w:val="nil"/>
          <w:insideH w:val="nil"/>
          <w:insideV w:val="nil"/>
        </w:tcBorders>
        <w:shd w:val="clear" w:color="auto" w:fill="943634" w:themeFill="accent2" w:themeFillShade="BF"/>
      </w:tcPr>
    </w:tblStylePr>
    <w:tblStylePr w:type="band1Horz">
      <w:tblPr/>
      <w:tcPr>
        <w:tcBorders>
          <w:top w:val="nil"/>
          <w:left w:val="nil"/>
          <w:bottom w:val="nil"/>
          <w:right w:val="nil"/>
          <w:insideH w:val="nil"/>
          <w:insideV w:val="nil"/>
        </w:tcBorders>
        <w:shd w:val="clear" w:color="auto" w:fill="943634" w:themeFill="accent2" w:themeFillShade="BF"/>
      </w:tcPr>
    </w:tblStylePr>
  </w:style>
  <w:style w:type="table" w:styleId="DarkList-Accent3">
    <w:name w:val="Dark List Accent 3"/>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9BBB59"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4E6128"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76923C"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76923C" w:themeFill="accent3" w:themeFillShade="BF"/>
      </w:tcPr>
    </w:tblStylePr>
    <w:tblStylePr w:type="band1Vert">
      <w:tblPr/>
      <w:tcPr>
        <w:tcBorders>
          <w:top w:val="nil"/>
          <w:left w:val="nil"/>
          <w:bottom w:val="nil"/>
          <w:right w:val="nil"/>
          <w:insideH w:val="nil"/>
          <w:insideV w:val="nil"/>
        </w:tcBorders>
        <w:shd w:val="clear" w:color="auto" w:fill="76923C" w:themeFill="accent3" w:themeFillShade="BF"/>
      </w:tcPr>
    </w:tblStylePr>
    <w:tblStylePr w:type="band1Horz">
      <w:tblPr/>
      <w:tcPr>
        <w:tcBorders>
          <w:top w:val="nil"/>
          <w:left w:val="nil"/>
          <w:bottom w:val="nil"/>
          <w:right w:val="nil"/>
          <w:insideH w:val="nil"/>
          <w:insideV w:val="nil"/>
        </w:tcBorders>
        <w:shd w:val="clear" w:color="auto" w:fill="76923C" w:themeFill="accent3" w:themeFillShade="BF"/>
      </w:tcPr>
    </w:tblStylePr>
  </w:style>
  <w:style w:type="table" w:styleId="DarkList-Accent4">
    <w:name w:val="Dark List Accent 4"/>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8064A2"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3F3151"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5F497A"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5F497A" w:themeFill="accent4" w:themeFillShade="BF"/>
      </w:tcPr>
    </w:tblStylePr>
    <w:tblStylePr w:type="band1Vert">
      <w:tblPr/>
      <w:tcPr>
        <w:tcBorders>
          <w:top w:val="nil"/>
          <w:left w:val="nil"/>
          <w:bottom w:val="nil"/>
          <w:right w:val="nil"/>
          <w:insideH w:val="nil"/>
          <w:insideV w:val="nil"/>
        </w:tcBorders>
        <w:shd w:val="clear" w:color="auto" w:fill="5F497A" w:themeFill="accent4" w:themeFillShade="BF"/>
      </w:tcPr>
    </w:tblStylePr>
    <w:tblStylePr w:type="band1Horz">
      <w:tblPr/>
      <w:tcPr>
        <w:tcBorders>
          <w:top w:val="nil"/>
          <w:left w:val="nil"/>
          <w:bottom w:val="nil"/>
          <w:right w:val="nil"/>
          <w:insideH w:val="nil"/>
          <w:insideV w:val="nil"/>
        </w:tcBorders>
        <w:shd w:val="clear" w:color="auto" w:fill="5F497A" w:themeFill="accent4" w:themeFillShade="BF"/>
      </w:tcPr>
    </w:tblStylePr>
  </w:style>
  <w:style w:type="table" w:styleId="DarkList-Accent5">
    <w:name w:val="Dark List Accent 5"/>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BACC6"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05867"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31849B"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31849B" w:themeFill="accent5" w:themeFillShade="BF"/>
      </w:tcPr>
    </w:tblStylePr>
    <w:tblStylePr w:type="band1Vert">
      <w:tblPr/>
      <w:tcPr>
        <w:tcBorders>
          <w:top w:val="nil"/>
          <w:left w:val="nil"/>
          <w:bottom w:val="nil"/>
          <w:right w:val="nil"/>
          <w:insideH w:val="nil"/>
          <w:insideV w:val="nil"/>
        </w:tcBorders>
        <w:shd w:val="clear" w:color="auto" w:fill="31849B" w:themeFill="accent5" w:themeFillShade="BF"/>
      </w:tcPr>
    </w:tblStylePr>
    <w:tblStylePr w:type="band1Horz">
      <w:tblPr/>
      <w:tcPr>
        <w:tcBorders>
          <w:top w:val="nil"/>
          <w:left w:val="nil"/>
          <w:bottom w:val="nil"/>
          <w:right w:val="nil"/>
          <w:insideH w:val="nil"/>
          <w:insideV w:val="nil"/>
        </w:tcBorders>
        <w:shd w:val="clear" w:color="auto" w:fill="31849B" w:themeFill="accent5" w:themeFillShade="BF"/>
      </w:tcPr>
    </w:tblStylePr>
  </w:style>
  <w:style w:type="table" w:styleId="DarkList-Accent6">
    <w:name w:val="Dark List Accent 6"/>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F79646" w:themeFill="accent6"/>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974706" w:themeFill="accent6" w:themeFillShade="7F"/>
      </w:tcPr>
    </w:tblStylePr>
    <w:tblStylePr w:type="firstCol">
      <w:tblPr/>
      <w:tcPr>
        <w:tcBorders>
          <w:top w:val="nil"/>
          <w:left w:val="nil"/>
          <w:bottom w:val="nil"/>
          <w:right w:val="single" w:sz="18" w:space="0" w:color="FFFFFF" w:themeColor="background1"/>
          <w:insideH w:val="nil"/>
          <w:insideV w:val="nil"/>
        </w:tcBorders>
        <w:shd w:val="clear" w:color="auto" w:fill="E36C0A" w:themeFill="accent6" w:themeFillShade="BF"/>
      </w:tcPr>
    </w:tblStylePr>
    <w:tblStylePr w:type="lastCol">
      <w:tblPr/>
      <w:tcPr>
        <w:tcBorders>
          <w:top w:val="nil"/>
          <w:left w:val="single" w:sz="18" w:space="0" w:color="FFFFFF" w:themeColor="background1"/>
          <w:bottom w:val="nil"/>
          <w:right w:val="nil"/>
          <w:insideH w:val="nil"/>
          <w:insideV w:val="nil"/>
        </w:tcBorders>
        <w:shd w:val="clear" w:color="auto" w:fill="E36C0A" w:themeFill="accent6" w:themeFillShade="BF"/>
      </w:tcPr>
    </w:tblStylePr>
    <w:tblStylePr w:type="band1Vert">
      <w:tblPr/>
      <w:tcPr>
        <w:tcBorders>
          <w:top w:val="nil"/>
          <w:left w:val="nil"/>
          <w:bottom w:val="nil"/>
          <w:right w:val="nil"/>
          <w:insideH w:val="nil"/>
          <w:insideV w:val="nil"/>
        </w:tcBorders>
        <w:shd w:val="clear" w:color="auto" w:fill="E36C0A" w:themeFill="accent6" w:themeFillShade="BF"/>
      </w:tcPr>
    </w:tblStylePr>
    <w:tblStylePr w:type="band1Horz">
      <w:tblPr/>
      <w:tcPr>
        <w:tcBorders>
          <w:top w:val="nil"/>
          <w:left w:val="nil"/>
          <w:bottom w:val="nil"/>
          <w:right w:val="nil"/>
          <w:insideH w:val="nil"/>
          <w:insideV w:val="nil"/>
        </w:tcBorders>
        <w:shd w:val="clear" w:color="auto" w:fill="E36C0A" w:themeFill="accent6" w:themeFillShade="BF"/>
      </w:tcPr>
    </w:tblStylePr>
  </w:style>
  <w:style w:type="table" w:styleId="ColorfulShading">
    <w:name w:val="Colorful Shading"/>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000000" w:themeColor="text1"/>
        <w:bottom w:val="single" w:sz="4" w:space="0" w:color="000000" w:themeColor="text1"/>
        <w:right w:val="single" w:sz="4" w:space="0" w:color="000000" w:themeColor="tex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6E6E6" w:themeFill="tex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00000" w:themeFill="text1" w:themeFillShade="99"/>
      </w:tcPr>
    </w:tblStylePr>
    <w:tblStylePr w:type="firstCol">
      <w:rPr>
        <w:color w:val="FFFFFF" w:themeColor="background1"/>
      </w:rPr>
      <w:tblPr/>
      <w:tcPr>
        <w:tcBorders>
          <w:top w:val="nil"/>
          <w:left w:val="nil"/>
          <w:bottom w:val="nil"/>
          <w:right w:val="nil"/>
          <w:insideH w:val="single" w:sz="4" w:space="0" w:color="000000" w:themeColor="text1" w:themeShade="99"/>
          <w:insideV w:val="nil"/>
        </w:tcBorders>
        <w:shd w:val="clear" w:color="auto" w:fill="000000" w:themeFill="text1" w:themeFillShade="99"/>
      </w:tcPr>
    </w:tblStylePr>
    <w:tblStylePr w:type="lastCol">
      <w:rPr>
        <w:color w:val="FFFFFF" w:themeColor="background1"/>
      </w:rPr>
      <w:tblPr/>
      <w:tcPr>
        <w:tcBorders>
          <w:top w:val="nil"/>
          <w:left w:val="nil"/>
          <w:bottom w:val="nil"/>
          <w:right w:val="nil"/>
          <w:insideH w:val="nil"/>
          <w:insideV w:val="nil"/>
        </w:tcBorders>
        <w:shd w:val="clear" w:color="auto" w:fill="000000" w:themeFill="text1" w:themeFillShade="BF"/>
      </w:tcPr>
    </w:tblStylePr>
    <w:tblStylePr w:type="band1Vert">
      <w:tblPr/>
      <w:tcPr>
        <w:shd w:val="clear" w:color="auto" w:fill="999999" w:themeFill="text1" w:themeFillTint="66"/>
      </w:tcPr>
    </w:tblStylePr>
    <w:tblStylePr w:type="band1Horz">
      <w:tblPr/>
      <w:tcPr>
        <w:shd w:val="clear" w:color="auto" w:fill="808080" w:themeFill="text1" w:themeFillTint="7F"/>
      </w:tcPr>
    </w:tblStylePr>
    <w:tblStylePr w:type="neCell">
      <w:rPr>
        <w:color w:val="000000" w:themeColor="text1"/>
      </w:rPr>
    </w:tblStylePr>
    <w:tblStylePr w:type="nwCell">
      <w:rPr>
        <w:color w:val="000000" w:themeColor="text1"/>
      </w:rPr>
    </w:tblStylePr>
  </w:style>
  <w:style w:type="table" w:styleId="ColorfulShading-Accent1">
    <w:name w:val="Colorful Shading Accent 1"/>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4F81BD" w:themeColor="accent1"/>
        <w:bottom w:val="single" w:sz="4" w:space="0" w:color="4F81BD" w:themeColor="accent1"/>
        <w:right w:val="single" w:sz="4" w:space="0" w:color="4F81BD" w:themeColor="accen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2F8" w:themeFill="accen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C4C74" w:themeFill="accent1" w:themeFillShade="99"/>
      </w:tcPr>
    </w:tblStylePr>
    <w:tblStylePr w:type="firstCol">
      <w:rPr>
        <w:color w:val="FFFFFF" w:themeColor="background1"/>
      </w:rPr>
      <w:tblPr/>
      <w:tcPr>
        <w:tcBorders>
          <w:top w:val="nil"/>
          <w:left w:val="nil"/>
          <w:bottom w:val="nil"/>
          <w:right w:val="nil"/>
          <w:insideH w:val="single" w:sz="4" w:space="0" w:color="2C4C74" w:themeColor="accent1" w:themeShade="99"/>
          <w:insideV w:val="nil"/>
        </w:tcBorders>
        <w:shd w:val="clear" w:color="auto" w:fill="2C4C74" w:themeFill="accent1" w:themeFillShade="99"/>
      </w:tcPr>
    </w:tblStylePr>
    <w:tblStylePr w:type="lastCol">
      <w:rPr>
        <w:color w:val="FFFFFF" w:themeColor="background1"/>
      </w:rPr>
      <w:tblPr/>
      <w:tcPr>
        <w:tcBorders>
          <w:top w:val="nil"/>
          <w:left w:val="nil"/>
          <w:bottom w:val="nil"/>
          <w:right w:val="nil"/>
          <w:insideH w:val="nil"/>
          <w:insideV w:val="nil"/>
        </w:tcBorders>
        <w:shd w:val="clear" w:color="auto" w:fill="2C4C74" w:themeFill="accent1" w:themeFillShade="99"/>
      </w:tcPr>
    </w:tblStylePr>
    <w:tblStylePr w:type="band1Vert">
      <w:tblPr/>
      <w:tcPr>
        <w:shd w:val="clear" w:color="auto" w:fill="B8CCE4" w:themeFill="accent1" w:themeFillTint="66"/>
      </w:tcPr>
    </w:tblStylePr>
    <w:tblStylePr w:type="band1Horz">
      <w:tblPr/>
      <w:tcPr>
        <w:shd w:val="clear" w:color="auto" w:fill="A7BFDE" w:themeFill="accent1" w:themeFillTint="7F"/>
      </w:tcPr>
    </w:tblStylePr>
    <w:tblStylePr w:type="neCell">
      <w:rPr>
        <w:color w:val="000000" w:themeColor="text1"/>
      </w:rPr>
    </w:tblStylePr>
    <w:tblStylePr w:type="nwCell">
      <w:rPr>
        <w:color w:val="000000" w:themeColor="text1"/>
      </w:rPr>
    </w:tblStylePr>
  </w:style>
  <w:style w:type="table" w:styleId="ColorfulShading-Accent2">
    <w:name w:val="Colorful Shading Accent 2"/>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C0504D" w:themeColor="accent2"/>
        <w:bottom w:val="single" w:sz="4" w:space="0" w:color="C0504D" w:themeColor="accent2"/>
        <w:right w:val="single" w:sz="4" w:space="0" w:color="C0504D" w:themeColor="accent2"/>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8EDED" w:themeFill="accent2"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772C2A" w:themeFill="accent2" w:themeFillShade="99"/>
      </w:tcPr>
    </w:tblStylePr>
    <w:tblStylePr w:type="firstCol">
      <w:rPr>
        <w:color w:val="FFFFFF" w:themeColor="background1"/>
      </w:rPr>
      <w:tblPr/>
      <w:tcPr>
        <w:tcBorders>
          <w:top w:val="nil"/>
          <w:left w:val="nil"/>
          <w:bottom w:val="nil"/>
          <w:right w:val="nil"/>
          <w:insideH w:val="single" w:sz="4" w:space="0" w:color="772C2A" w:themeColor="accent2" w:themeShade="99"/>
          <w:insideV w:val="nil"/>
        </w:tcBorders>
        <w:shd w:val="clear" w:color="auto" w:fill="772C2A" w:themeFill="accent2" w:themeFillShade="99"/>
      </w:tcPr>
    </w:tblStylePr>
    <w:tblStylePr w:type="lastCol">
      <w:rPr>
        <w:color w:val="FFFFFF" w:themeColor="background1"/>
      </w:rPr>
      <w:tblPr/>
      <w:tcPr>
        <w:tcBorders>
          <w:top w:val="nil"/>
          <w:left w:val="nil"/>
          <w:bottom w:val="nil"/>
          <w:right w:val="nil"/>
          <w:insideH w:val="nil"/>
          <w:insideV w:val="nil"/>
        </w:tcBorders>
        <w:shd w:val="clear" w:color="auto" w:fill="772C2A" w:themeFill="accent2" w:themeFillShade="99"/>
      </w:tcPr>
    </w:tblStylePr>
    <w:tblStylePr w:type="band1Vert">
      <w:tblPr/>
      <w:tcPr>
        <w:shd w:val="clear" w:color="auto" w:fill="E5B8B7" w:themeFill="accent2" w:themeFillTint="66"/>
      </w:tcPr>
    </w:tblStylePr>
    <w:tblStylePr w:type="band1Horz">
      <w:tblPr/>
      <w:tcPr>
        <w:shd w:val="clear" w:color="auto" w:fill="DFA7A6" w:themeFill="accent2" w:themeFillTint="7F"/>
      </w:tcPr>
    </w:tblStylePr>
    <w:tblStylePr w:type="neCell">
      <w:rPr>
        <w:color w:val="000000" w:themeColor="text1"/>
      </w:rPr>
    </w:tblStylePr>
    <w:tblStylePr w:type="nwCell">
      <w:rPr>
        <w:color w:val="000000" w:themeColor="text1"/>
      </w:rPr>
    </w:tblStylePr>
  </w:style>
  <w:style w:type="table" w:styleId="ColorfulShading-Accent3">
    <w:name w:val="Colorful Shading Accent 3"/>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8064A2" w:themeColor="accent4"/>
        <w:left w:val="single" w:sz="4" w:space="0" w:color="9BBB59" w:themeColor="accent3"/>
        <w:bottom w:val="single" w:sz="4" w:space="0" w:color="9BBB59" w:themeColor="accent3"/>
        <w:right w:val="single" w:sz="4" w:space="0" w:color="9BBB59" w:themeColor="accent3"/>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5F8EE" w:themeFill="accent3" w:themeFillTint="19"/>
    </w:tcPr>
    <w:tblStylePr w:type="firstRow">
      <w:rPr>
        <w:b/>
        <w:bCs/>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5E7530" w:themeFill="accent3" w:themeFillShade="99"/>
      </w:tcPr>
    </w:tblStylePr>
    <w:tblStylePr w:type="firstCol">
      <w:rPr>
        <w:color w:val="FFFFFF" w:themeColor="background1"/>
      </w:rPr>
      <w:tblPr/>
      <w:tcPr>
        <w:tcBorders>
          <w:top w:val="nil"/>
          <w:left w:val="nil"/>
          <w:bottom w:val="nil"/>
          <w:right w:val="nil"/>
          <w:insideH w:val="single" w:sz="4" w:space="0" w:color="5E7530" w:themeColor="accent3" w:themeShade="99"/>
          <w:insideV w:val="nil"/>
        </w:tcBorders>
        <w:shd w:val="clear" w:color="auto" w:fill="5E7530" w:themeFill="accent3" w:themeFillShade="99"/>
      </w:tcPr>
    </w:tblStylePr>
    <w:tblStylePr w:type="lastCol">
      <w:rPr>
        <w:color w:val="FFFFFF" w:themeColor="background1"/>
      </w:rPr>
      <w:tblPr/>
      <w:tcPr>
        <w:tcBorders>
          <w:top w:val="nil"/>
          <w:left w:val="nil"/>
          <w:bottom w:val="nil"/>
          <w:right w:val="nil"/>
          <w:insideH w:val="nil"/>
          <w:insideV w:val="nil"/>
        </w:tcBorders>
        <w:shd w:val="clear" w:color="auto" w:fill="5E7530" w:themeFill="accent3" w:themeFillShade="99"/>
      </w:tcPr>
    </w:tblStylePr>
    <w:tblStylePr w:type="band1Vert">
      <w:tblPr/>
      <w:tcPr>
        <w:shd w:val="clear" w:color="auto" w:fill="D6E3BC" w:themeFill="accent3" w:themeFillTint="66"/>
      </w:tcPr>
    </w:tblStylePr>
    <w:tblStylePr w:type="band1Horz">
      <w:tblPr/>
      <w:tcPr>
        <w:shd w:val="clear" w:color="auto" w:fill="CDDDAC" w:themeFill="accent3" w:themeFillTint="7F"/>
      </w:tcPr>
    </w:tblStylePr>
  </w:style>
  <w:style w:type="table" w:styleId="ColorfulShading-Accent4">
    <w:name w:val="Colorful Shading Accent 4"/>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9BBB59" w:themeColor="accent3"/>
        <w:left w:val="single" w:sz="4" w:space="0" w:color="8064A2" w:themeColor="accent4"/>
        <w:bottom w:val="single" w:sz="4" w:space="0" w:color="8064A2" w:themeColor="accent4"/>
        <w:right w:val="single" w:sz="4" w:space="0" w:color="8064A2" w:themeColor="accent4"/>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2EFF6" w:themeFill="accent4" w:themeFillTint="19"/>
    </w:tcPr>
    <w:tblStylePr w:type="firstRow">
      <w:rPr>
        <w:b/>
        <w:bCs/>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4C3B62" w:themeFill="accent4" w:themeFillShade="99"/>
      </w:tcPr>
    </w:tblStylePr>
    <w:tblStylePr w:type="firstCol">
      <w:rPr>
        <w:color w:val="FFFFFF" w:themeColor="background1"/>
      </w:rPr>
      <w:tblPr/>
      <w:tcPr>
        <w:tcBorders>
          <w:top w:val="nil"/>
          <w:left w:val="nil"/>
          <w:bottom w:val="nil"/>
          <w:right w:val="nil"/>
          <w:insideH w:val="single" w:sz="4" w:space="0" w:color="4C3B62" w:themeColor="accent4" w:themeShade="99"/>
          <w:insideV w:val="nil"/>
        </w:tcBorders>
        <w:shd w:val="clear" w:color="auto" w:fill="4C3B62" w:themeFill="accent4" w:themeFillShade="99"/>
      </w:tcPr>
    </w:tblStylePr>
    <w:tblStylePr w:type="lastCol">
      <w:rPr>
        <w:color w:val="FFFFFF" w:themeColor="background1"/>
      </w:rPr>
      <w:tblPr/>
      <w:tcPr>
        <w:tcBorders>
          <w:top w:val="nil"/>
          <w:left w:val="nil"/>
          <w:bottom w:val="nil"/>
          <w:right w:val="nil"/>
          <w:insideH w:val="nil"/>
          <w:insideV w:val="nil"/>
        </w:tcBorders>
        <w:shd w:val="clear" w:color="auto" w:fill="4C3B62" w:themeFill="accent4" w:themeFillShade="99"/>
      </w:tcPr>
    </w:tblStylePr>
    <w:tblStylePr w:type="band1Vert">
      <w:tblPr/>
      <w:tcPr>
        <w:shd w:val="clear" w:color="auto" w:fill="CCC0D9" w:themeFill="accent4" w:themeFillTint="66"/>
      </w:tcPr>
    </w:tblStylePr>
    <w:tblStylePr w:type="band1Horz">
      <w:tblPr/>
      <w:tcPr>
        <w:shd w:val="clear" w:color="auto" w:fill="BFB1D0" w:themeFill="accent4" w:themeFillTint="7F"/>
      </w:tcPr>
    </w:tblStylePr>
    <w:tblStylePr w:type="neCell">
      <w:rPr>
        <w:color w:val="000000" w:themeColor="text1"/>
      </w:rPr>
    </w:tblStylePr>
    <w:tblStylePr w:type="nwCell">
      <w:rPr>
        <w:color w:val="000000" w:themeColor="text1"/>
      </w:rPr>
    </w:tblStylePr>
  </w:style>
  <w:style w:type="table" w:styleId="ColorfulShading-Accent5">
    <w:name w:val="Colorful Shading Accent 5"/>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F79646" w:themeColor="accent6"/>
        <w:left w:val="single" w:sz="4" w:space="0" w:color="4BACC6" w:themeColor="accent5"/>
        <w:bottom w:val="single" w:sz="4" w:space="0" w:color="4BACC6" w:themeColor="accent5"/>
        <w:right w:val="single" w:sz="4" w:space="0" w:color="4BACC6" w:themeColor="accent5"/>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6F9" w:themeFill="accent5" w:themeFillTint="19"/>
    </w:tcPr>
    <w:tblStylePr w:type="firstRow">
      <w:rPr>
        <w:b/>
        <w:bCs/>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76A7C" w:themeFill="accent5" w:themeFillShade="99"/>
      </w:tcPr>
    </w:tblStylePr>
    <w:tblStylePr w:type="firstCol">
      <w:rPr>
        <w:color w:val="FFFFFF" w:themeColor="background1"/>
      </w:rPr>
      <w:tblPr/>
      <w:tcPr>
        <w:tcBorders>
          <w:top w:val="nil"/>
          <w:left w:val="nil"/>
          <w:bottom w:val="nil"/>
          <w:right w:val="nil"/>
          <w:insideH w:val="single" w:sz="4" w:space="0" w:color="276A7C" w:themeColor="accent5" w:themeShade="99"/>
          <w:insideV w:val="nil"/>
        </w:tcBorders>
        <w:shd w:val="clear" w:color="auto" w:fill="276A7C" w:themeFill="accent5" w:themeFillShade="99"/>
      </w:tcPr>
    </w:tblStylePr>
    <w:tblStylePr w:type="lastCol">
      <w:rPr>
        <w:color w:val="FFFFFF" w:themeColor="background1"/>
      </w:rPr>
      <w:tblPr/>
      <w:tcPr>
        <w:tcBorders>
          <w:top w:val="nil"/>
          <w:left w:val="nil"/>
          <w:bottom w:val="nil"/>
          <w:right w:val="nil"/>
          <w:insideH w:val="nil"/>
          <w:insideV w:val="nil"/>
        </w:tcBorders>
        <w:shd w:val="clear" w:color="auto" w:fill="276A7C" w:themeFill="accent5" w:themeFillShade="99"/>
      </w:tcPr>
    </w:tblStylePr>
    <w:tblStylePr w:type="band1Vert">
      <w:tblPr/>
      <w:tcPr>
        <w:shd w:val="clear" w:color="auto" w:fill="B6DDE8" w:themeFill="accent5" w:themeFillTint="66"/>
      </w:tcPr>
    </w:tblStylePr>
    <w:tblStylePr w:type="band1Horz">
      <w:tblPr/>
      <w:tcPr>
        <w:shd w:val="clear" w:color="auto" w:fill="A5D5E2" w:themeFill="accent5" w:themeFillTint="7F"/>
      </w:tcPr>
    </w:tblStylePr>
    <w:tblStylePr w:type="neCell">
      <w:rPr>
        <w:color w:val="000000" w:themeColor="text1"/>
      </w:rPr>
    </w:tblStylePr>
    <w:tblStylePr w:type="nwCell">
      <w:rPr>
        <w:color w:val="000000" w:themeColor="text1"/>
      </w:rPr>
    </w:tblStylePr>
  </w:style>
  <w:style w:type="table" w:styleId="ColorfulShading-Accent6">
    <w:name w:val="Colorful Shading Accent 6"/>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4BACC6" w:themeColor="accent5"/>
        <w:left w:val="single" w:sz="4" w:space="0" w:color="F79646" w:themeColor="accent6"/>
        <w:bottom w:val="single" w:sz="4" w:space="0" w:color="F79646" w:themeColor="accent6"/>
        <w:right w:val="single" w:sz="4" w:space="0" w:color="F79646" w:themeColor="accent6"/>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EF4EC" w:themeFill="accent6" w:themeFillTint="19"/>
    </w:tcPr>
    <w:tblStylePr w:type="firstRow">
      <w:rPr>
        <w:b/>
        <w:bCs/>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B65608" w:themeFill="accent6" w:themeFillShade="99"/>
      </w:tcPr>
    </w:tblStylePr>
    <w:tblStylePr w:type="firstCol">
      <w:rPr>
        <w:color w:val="FFFFFF" w:themeColor="background1"/>
      </w:rPr>
      <w:tblPr/>
      <w:tcPr>
        <w:tcBorders>
          <w:top w:val="nil"/>
          <w:left w:val="nil"/>
          <w:bottom w:val="nil"/>
          <w:right w:val="nil"/>
          <w:insideH w:val="single" w:sz="4" w:space="0" w:color="B65608" w:themeColor="accent6" w:themeShade="99"/>
          <w:insideV w:val="nil"/>
        </w:tcBorders>
        <w:shd w:val="clear" w:color="auto" w:fill="B65608" w:themeFill="accent6" w:themeFillShade="99"/>
      </w:tcPr>
    </w:tblStylePr>
    <w:tblStylePr w:type="lastCol">
      <w:rPr>
        <w:color w:val="FFFFFF" w:themeColor="background1"/>
      </w:rPr>
      <w:tblPr/>
      <w:tcPr>
        <w:tcBorders>
          <w:top w:val="nil"/>
          <w:left w:val="nil"/>
          <w:bottom w:val="nil"/>
          <w:right w:val="nil"/>
          <w:insideH w:val="nil"/>
          <w:insideV w:val="nil"/>
        </w:tcBorders>
        <w:shd w:val="clear" w:color="auto" w:fill="B65608" w:themeFill="accent6" w:themeFillShade="99"/>
      </w:tcPr>
    </w:tblStylePr>
    <w:tblStylePr w:type="band1Vert">
      <w:tblPr/>
      <w:tcPr>
        <w:shd w:val="clear" w:color="auto" w:fill="FBD4B4" w:themeFill="accent6" w:themeFillTint="66"/>
      </w:tcPr>
    </w:tblStylePr>
    <w:tblStylePr w:type="band1Horz">
      <w:tblPr/>
      <w:tcPr>
        <w:shd w:val="clear" w:color="auto" w:fill="FBCAA2" w:themeFill="accent6" w:themeFillTint="7F"/>
      </w:tcPr>
    </w:tblStylePr>
    <w:tblStylePr w:type="neCell">
      <w:rPr>
        <w:color w:val="000000" w:themeColor="text1"/>
      </w:rPr>
    </w:tblStylePr>
    <w:tblStylePr w:type="nwCell">
      <w:rPr>
        <w:color w:val="000000" w:themeColor="text1"/>
      </w:rPr>
    </w:tblStylePr>
  </w:style>
  <w:style w:type="table" w:styleId="ColorfulList">
    <w:name w:val="Colorful List"/>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6E6E6" w:themeFill="tex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C0C0" w:themeFill="text1" w:themeFillTint="3F"/>
      </w:tcPr>
    </w:tblStylePr>
    <w:tblStylePr w:type="band1Horz">
      <w:tblPr/>
      <w:tcPr>
        <w:shd w:val="clear" w:color="auto" w:fill="CCCCCC" w:themeFill="text1" w:themeFillTint="33"/>
      </w:tcPr>
    </w:tblStylePr>
  </w:style>
  <w:style w:type="table" w:styleId="ColorfulList-Accent1">
    <w:name w:val="Colorful List Accent 1"/>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2F8" w:themeFill="accen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3DFEE" w:themeFill="accent1" w:themeFillTint="3F"/>
      </w:tcPr>
    </w:tblStylePr>
    <w:tblStylePr w:type="band1Horz">
      <w:tblPr/>
      <w:tcPr>
        <w:shd w:val="clear" w:color="auto" w:fill="DBE5F1" w:themeFill="accent1" w:themeFillTint="33"/>
      </w:tcPr>
    </w:tblStylePr>
  </w:style>
  <w:style w:type="table" w:styleId="ColorfulList-Accent2">
    <w:name w:val="Colorful List Accent 2"/>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8EDED" w:themeFill="accent2"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FD3D2" w:themeFill="accent2" w:themeFillTint="3F"/>
      </w:tcPr>
    </w:tblStylePr>
    <w:tblStylePr w:type="band1Horz">
      <w:tblPr/>
      <w:tcPr>
        <w:shd w:val="clear" w:color="auto" w:fill="F2DBDB" w:themeFill="accent2" w:themeFillTint="33"/>
      </w:tcPr>
    </w:tblStylePr>
  </w:style>
  <w:style w:type="table" w:styleId="ColorfulList-Accent3">
    <w:name w:val="Colorful List Accent 3"/>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5F8EE" w:themeFill="accent3" w:themeFillTint="19"/>
    </w:tcPr>
    <w:tblStylePr w:type="firstRow">
      <w:rPr>
        <w:b/>
        <w:bCs/>
        <w:color w:val="FFFFFF" w:themeColor="background1"/>
      </w:rPr>
      <w:tblPr/>
      <w:tcPr>
        <w:tcBorders>
          <w:bottom w:val="single" w:sz="12" w:space="0" w:color="FFFFFF" w:themeColor="background1"/>
        </w:tcBorders>
        <w:shd w:val="clear" w:color="auto" w:fill="664E82" w:themeFill="accent4" w:themeFillShade="CC"/>
      </w:tcPr>
    </w:tblStylePr>
    <w:tblStylePr w:type="lastRow">
      <w:rPr>
        <w:b/>
        <w:bCs/>
        <w:color w:val="664E82" w:themeColor="accent4"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6EED5" w:themeFill="accent3" w:themeFillTint="3F"/>
      </w:tcPr>
    </w:tblStylePr>
    <w:tblStylePr w:type="band1Horz">
      <w:tblPr/>
      <w:tcPr>
        <w:shd w:val="clear" w:color="auto" w:fill="EAF1DD" w:themeFill="accent3" w:themeFillTint="33"/>
      </w:tcPr>
    </w:tblStylePr>
  </w:style>
  <w:style w:type="table" w:styleId="ColorfulList-Accent4">
    <w:name w:val="Colorful List Accent 4"/>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2EFF6" w:themeFill="accent4" w:themeFillTint="19"/>
    </w:tcPr>
    <w:tblStylePr w:type="firstRow">
      <w:rPr>
        <w:b/>
        <w:bCs/>
        <w:color w:val="FFFFFF" w:themeColor="background1"/>
      </w:rPr>
      <w:tblPr/>
      <w:tcPr>
        <w:tcBorders>
          <w:bottom w:val="single" w:sz="12" w:space="0" w:color="FFFFFF" w:themeColor="background1"/>
        </w:tcBorders>
        <w:shd w:val="clear" w:color="auto" w:fill="7E9C40" w:themeFill="accent3" w:themeFillShade="CC"/>
      </w:tcPr>
    </w:tblStylePr>
    <w:tblStylePr w:type="lastRow">
      <w:rPr>
        <w:b/>
        <w:bCs/>
        <w:color w:val="7E9C40" w:themeColor="accent3"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FD8E8" w:themeFill="accent4" w:themeFillTint="3F"/>
      </w:tcPr>
    </w:tblStylePr>
    <w:tblStylePr w:type="band1Horz">
      <w:tblPr/>
      <w:tcPr>
        <w:shd w:val="clear" w:color="auto" w:fill="E5DFEC" w:themeFill="accent4" w:themeFillTint="33"/>
      </w:tcPr>
    </w:tblStylePr>
  </w:style>
  <w:style w:type="table" w:styleId="ColorfulList-Accent5">
    <w:name w:val="Colorful List Accent 5"/>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6F9" w:themeFill="accent5" w:themeFillTint="19"/>
    </w:tcPr>
    <w:tblStylePr w:type="firstRow">
      <w:rPr>
        <w:b/>
        <w:bCs/>
        <w:color w:val="FFFFFF" w:themeColor="background1"/>
      </w:rPr>
      <w:tblPr/>
      <w:tcPr>
        <w:tcBorders>
          <w:bottom w:val="single" w:sz="12" w:space="0" w:color="FFFFFF" w:themeColor="background1"/>
        </w:tcBorders>
        <w:shd w:val="clear" w:color="auto" w:fill="F2730A" w:themeFill="accent6" w:themeFillShade="CC"/>
      </w:tcPr>
    </w:tblStylePr>
    <w:tblStylePr w:type="lastRow">
      <w:rPr>
        <w:b/>
        <w:bCs/>
        <w:color w:val="F2730A" w:themeColor="accent6"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2EAF1" w:themeFill="accent5" w:themeFillTint="3F"/>
      </w:tcPr>
    </w:tblStylePr>
    <w:tblStylePr w:type="band1Horz">
      <w:tblPr/>
      <w:tcPr>
        <w:shd w:val="clear" w:color="auto" w:fill="DAEEF3" w:themeFill="accent5" w:themeFillTint="33"/>
      </w:tcPr>
    </w:tblStylePr>
  </w:style>
  <w:style w:type="table" w:styleId="ColorfulList-Accent6">
    <w:name w:val="Colorful List Accent 6"/>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EF4EC" w:themeFill="accent6" w:themeFillTint="19"/>
    </w:tcPr>
    <w:tblStylePr w:type="firstRow">
      <w:rPr>
        <w:b/>
        <w:bCs/>
        <w:color w:val="FFFFFF" w:themeColor="background1"/>
      </w:rPr>
      <w:tblPr/>
      <w:tcPr>
        <w:tcBorders>
          <w:bottom w:val="single" w:sz="12" w:space="0" w:color="FFFFFF" w:themeColor="background1"/>
        </w:tcBorders>
        <w:shd w:val="clear" w:color="auto" w:fill="348DA5" w:themeFill="accent5" w:themeFillShade="CC"/>
      </w:tcPr>
    </w:tblStylePr>
    <w:tblStylePr w:type="lastRow">
      <w:rPr>
        <w:b/>
        <w:bCs/>
        <w:color w:val="348DA5" w:themeColor="accent5"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DE4D0" w:themeFill="accent6" w:themeFillTint="3F"/>
      </w:tcPr>
    </w:tblStylePr>
    <w:tblStylePr w:type="band1Horz">
      <w:tblPr/>
      <w:tcPr>
        <w:shd w:val="clear" w:color="auto" w:fill="FDE9D9" w:themeFill="accent6" w:themeFillTint="33"/>
      </w:tcPr>
    </w:tblStylePr>
  </w:style>
  <w:style w:type="table" w:styleId="ColorfulGrid">
    <w:name w:val="Colorful Grid"/>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CCCCCC" w:themeFill="text1" w:themeFillTint="33"/>
    </w:tcPr>
    <w:tblStylePr w:type="firstRow">
      <w:rPr>
        <w:b/>
        <w:bCs/>
      </w:rPr>
      <w:tblPr/>
      <w:tcPr>
        <w:shd w:val="clear" w:color="auto" w:fill="999999" w:themeFill="text1" w:themeFillTint="66"/>
      </w:tcPr>
    </w:tblStylePr>
    <w:tblStylePr w:type="lastRow">
      <w:rPr>
        <w:b/>
        <w:bCs/>
        <w:color w:val="000000" w:themeColor="text1"/>
      </w:rPr>
      <w:tblPr/>
      <w:tcPr>
        <w:shd w:val="clear" w:color="auto" w:fill="999999" w:themeFill="text1" w:themeFillTint="66"/>
      </w:tcPr>
    </w:tblStylePr>
    <w:tblStylePr w:type="firstCol">
      <w:rPr>
        <w:color w:val="FFFFFF" w:themeColor="background1"/>
      </w:rPr>
      <w:tblPr/>
      <w:tcPr>
        <w:shd w:val="clear" w:color="auto" w:fill="000000" w:themeFill="text1" w:themeFillShade="BF"/>
      </w:tcPr>
    </w:tblStylePr>
    <w:tblStylePr w:type="lastCol">
      <w:rPr>
        <w:color w:val="FFFFFF" w:themeColor="background1"/>
      </w:rPr>
      <w:tblPr/>
      <w:tcPr>
        <w:shd w:val="clear" w:color="auto" w:fill="000000" w:themeFill="text1" w:themeFillShade="BF"/>
      </w:tc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ColorfulGrid-Accent1">
    <w:name w:val="Colorful Grid Accent 1"/>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BE5F1" w:themeFill="accent1" w:themeFillTint="33"/>
    </w:tcPr>
    <w:tblStylePr w:type="firstRow">
      <w:rPr>
        <w:b/>
        <w:bCs/>
      </w:rPr>
      <w:tblPr/>
      <w:tcPr>
        <w:shd w:val="clear" w:color="auto" w:fill="B8CCE4" w:themeFill="accent1" w:themeFillTint="66"/>
      </w:tcPr>
    </w:tblStylePr>
    <w:tblStylePr w:type="lastRow">
      <w:rPr>
        <w:b/>
        <w:bCs/>
        <w:color w:val="000000" w:themeColor="text1"/>
      </w:rPr>
      <w:tblPr/>
      <w:tcPr>
        <w:shd w:val="clear" w:color="auto" w:fill="B8CCE4" w:themeFill="accent1" w:themeFillTint="66"/>
      </w:tcPr>
    </w:tblStylePr>
    <w:tblStylePr w:type="firstCol">
      <w:rPr>
        <w:color w:val="FFFFFF" w:themeColor="background1"/>
      </w:rPr>
      <w:tblPr/>
      <w:tcPr>
        <w:shd w:val="clear" w:color="auto" w:fill="365F91" w:themeFill="accent1" w:themeFillShade="BF"/>
      </w:tcPr>
    </w:tblStylePr>
    <w:tblStylePr w:type="lastCol">
      <w:rPr>
        <w:color w:val="FFFFFF" w:themeColor="background1"/>
      </w:rPr>
      <w:tblPr/>
      <w:tcPr>
        <w:shd w:val="clear" w:color="auto" w:fill="365F91" w:themeFill="accent1" w:themeFillShade="BF"/>
      </w:tc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ColorfulGrid-Accent2">
    <w:name w:val="Colorful Grid Accent 2"/>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2DBDB" w:themeFill="accent2" w:themeFillTint="33"/>
    </w:tcPr>
    <w:tblStylePr w:type="firstRow">
      <w:rPr>
        <w:b/>
        <w:bCs/>
      </w:rPr>
      <w:tblPr/>
      <w:tcPr>
        <w:shd w:val="clear" w:color="auto" w:fill="E5B8B7" w:themeFill="accent2" w:themeFillTint="66"/>
      </w:tcPr>
    </w:tblStylePr>
    <w:tblStylePr w:type="lastRow">
      <w:rPr>
        <w:b/>
        <w:bCs/>
        <w:color w:val="000000" w:themeColor="text1"/>
      </w:rPr>
      <w:tblPr/>
      <w:tcPr>
        <w:shd w:val="clear" w:color="auto" w:fill="E5B8B7" w:themeFill="accent2" w:themeFillTint="66"/>
      </w:tcPr>
    </w:tblStylePr>
    <w:tblStylePr w:type="firstCol">
      <w:rPr>
        <w:color w:val="FFFFFF" w:themeColor="background1"/>
      </w:rPr>
      <w:tblPr/>
      <w:tcPr>
        <w:shd w:val="clear" w:color="auto" w:fill="943634" w:themeFill="accent2" w:themeFillShade="BF"/>
      </w:tcPr>
    </w:tblStylePr>
    <w:tblStylePr w:type="lastCol">
      <w:rPr>
        <w:color w:val="FFFFFF" w:themeColor="background1"/>
      </w:rPr>
      <w:tblPr/>
      <w:tcPr>
        <w:shd w:val="clear" w:color="auto" w:fill="943634" w:themeFill="accent2" w:themeFillShade="BF"/>
      </w:tc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ColorfulGrid-Accent3">
    <w:name w:val="Colorful Grid Accent 3"/>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AF1DD" w:themeFill="accent3" w:themeFillTint="33"/>
    </w:tcPr>
    <w:tblStylePr w:type="firstRow">
      <w:rPr>
        <w:b/>
        <w:bCs/>
      </w:rPr>
      <w:tblPr/>
      <w:tcPr>
        <w:shd w:val="clear" w:color="auto" w:fill="D6E3BC" w:themeFill="accent3" w:themeFillTint="66"/>
      </w:tcPr>
    </w:tblStylePr>
    <w:tblStylePr w:type="lastRow">
      <w:rPr>
        <w:b/>
        <w:bCs/>
        <w:color w:val="000000" w:themeColor="text1"/>
      </w:rPr>
      <w:tblPr/>
      <w:tcPr>
        <w:shd w:val="clear" w:color="auto" w:fill="D6E3BC" w:themeFill="accent3" w:themeFillTint="66"/>
      </w:tcPr>
    </w:tblStylePr>
    <w:tblStylePr w:type="firstCol">
      <w:rPr>
        <w:color w:val="FFFFFF" w:themeColor="background1"/>
      </w:rPr>
      <w:tblPr/>
      <w:tcPr>
        <w:shd w:val="clear" w:color="auto" w:fill="76923C" w:themeFill="accent3" w:themeFillShade="BF"/>
      </w:tcPr>
    </w:tblStylePr>
    <w:tblStylePr w:type="lastCol">
      <w:rPr>
        <w:color w:val="FFFFFF" w:themeColor="background1"/>
      </w:rPr>
      <w:tblPr/>
      <w:tcPr>
        <w:shd w:val="clear" w:color="auto" w:fill="76923C" w:themeFill="accent3" w:themeFillShade="BF"/>
      </w:tc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ColorfulGrid-Accent4">
    <w:name w:val="Colorful Grid Accent 4"/>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5DFEC" w:themeFill="accent4" w:themeFillTint="33"/>
    </w:tcPr>
    <w:tblStylePr w:type="firstRow">
      <w:rPr>
        <w:b/>
        <w:bCs/>
      </w:rPr>
      <w:tblPr/>
      <w:tcPr>
        <w:shd w:val="clear" w:color="auto" w:fill="CCC0D9" w:themeFill="accent4" w:themeFillTint="66"/>
      </w:tcPr>
    </w:tblStylePr>
    <w:tblStylePr w:type="lastRow">
      <w:rPr>
        <w:b/>
        <w:bCs/>
        <w:color w:val="000000" w:themeColor="text1"/>
      </w:rPr>
      <w:tblPr/>
      <w:tcPr>
        <w:shd w:val="clear" w:color="auto" w:fill="CCC0D9" w:themeFill="accent4" w:themeFillTint="66"/>
      </w:tcPr>
    </w:tblStylePr>
    <w:tblStylePr w:type="firstCol">
      <w:rPr>
        <w:color w:val="FFFFFF" w:themeColor="background1"/>
      </w:rPr>
      <w:tblPr/>
      <w:tcPr>
        <w:shd w:val="clear" w:color="auto" w:fill="5F497A" w:themeFill="accent4" w:themeFillShade="BF"/>
      </w:tcPr>
    </w:tblStylePr>
    <w:tblStylePr w:type="lastCol">
      <w:rPr>
        <w:color w:val="FFFFFF" w:themeColor="background1"/>
      </w:rPr>
      <w:tblPr/>
      <w:tcPr>
        <w:shd w:val="clear" w:color="auto" w:fill="5F497A" w:themeFill="accent4" w:themeFillShade="BF"/>
      </w:tc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ColorfulGrid-Accent5">
    <w:name w:val="Colorful Grid Accent 5"/>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AEEF3" w:themeFill="accent5" w:themeFillTint="33"/>
    </w:tcPr>
    <w:tblStylePr w:type="firstRow">
      <w:rPr>
        <w:b/>
        <w:bCs/>
      </w:rPr>
      <w:tblPr/>
      <w:tcPr>
        <w:shd w:val="clear" w:color="auto" w:fill="B6DDE8" w:themeFill="accent5" w:themeFillTint="66"/>
      </w:tcPr>
    </w:tblStylePr>
    <w:tblStylePr w:type="lastRow">
      <w:rPr>
        <w:b/>
        <w:bCs/>
        <w:color w:val="000000" w:themeColor="text1"/>
      </w:rPr>
      <w:tblPr/>
      <w:tcPr>
        <w:shd w:val="clear" w:color="auto" w:fill="B6DDE8" w:themeFill="accent5" w:themeFillTint="66"/>
      </w:tcPr>
    </w:tblStylePr>
    <w:tblStylePr w:type="firstCol">
      <w:rPr>
        <w:color w:val="FFFFFF" w:themeColor="background1"/>
      </w:rPr>
      <w:tblPr/>
      <w:tcPr>
        <w:shd w:val="clear" w:color="auto" w:fill="31849B" w:themeFill="accent5" w:themeFillShade="BF"/>
      </w:tcPr>
    </w:tblStylePr>
    <w:tblStylePr w:type="lastCol">
      <w:rPr>
        <w:color w:val="FFFFFF" w:themeColor="background1"/>
      </w:rPr>
      <w:tblPr/>
      <w:tcPr>
        <w:shd w:val="clear" w:color="auto" w:fill="31849B" w:themeFill="accent5" w:themeFillShade="BF"/>
      </w:tc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ColorfulGrid-Accent6">
    <w:name w:val="Colorful Grid Accent 6"/>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DE9D9" w:themeFill="accent6" w:themeFillTint="33"/>
    </w:tcPr>
    <w:tblStylePr w:type="firstRow">
      <w:rPr>
        <w:b/>
        <w:bCs/>
      </w:rPr>
      <w:tblPr/>
      <w:tcPr>
        <w:shd w:val="clear" w:color="auto" w:fill="FBD4B4" w:themeFill="accent6" w:themeFillTint="66"/>
      </w:tcPr>
    </w:tblStylePr>
    <w:tblStylePr w:type="lastRow">
      <w:rPr>
        <w:b/>
        <w:bCs/>
        <w:color w:val="000000" w:themeColor="text1"/>
      </w:rPr>
      <w:tblPr/>
      <w:tcPr>
        <w:shd w:val="clear" w:color="auto" w:fill="FBD4B4" w:themeFill="accent6" w:themeFillTint="66"/>
      </w:tcPr>
    </w:tblStylePr>
    <w:tblStylePr w:type="firstCol">
      <w:rPr>
        <w:color w:val="FFFFFF" w:themeColor="background1"/>
      </w:rPr>
      <w:tblPr/>
      <w:tcPr>
        <w:shd w:val="clear" w:color="auto" w:fill="E36C0A" w:themeFill="accent6" w:themeFillShade="BF"/>
      </w:tcPr>
    </w:tblStylePr>
    <w:tblStylePr w:type="lastCol">
      <w:rPr>
        <w:color w:val="FFFFFF" w:themeColor="background1"/>
      </w:rPr>
      <w:tblPr/>
      <w:tcPr>
        <w:shd w:val="clear" w:color="auto" w:fill="E36C0A" w:themeFill="accent6" w:themeFillShade="BF"/>
      </w:tc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allowPNG/>
  <w:doNotSaveAsSingleFile/>
</w:webSettings>
</file>

<file path=word/_rels/document.xml.rels><?xml version='1.0' encoding='UTF-8' standalone='yes'?>
<Relationships xmlns="http://schemas.openxmlformats.org/package/2006/relationships"><Relationship Id="rId3" Type="http://schemas.openxmlformats.org/officeDocument/2006/relationships/styles" Target="styles.xml"/><Relationship Id="rId4" Type="http://schemas.microsoft.com/office/2007/relationships/stylesWithEffects" Target="stylesWithEffects.xml"/><Relationship Id="rId5" Type="http://schemas.openxmlformats.org/officeDocument/2006/relationships/settings" Target="settings.xml"/><Relationship Id="rId6" Type="http://schemas.openxmlformats.org/officeDocument/2006/relationships/webSettings" Target="webSettings.xml"/><Relationship Id="rId7" Type="http://schemas.openxmlformats.org/officeDocument/2006/relationships/fontTable" Target="fontTable.xml"/><Relationship Id="rId8" Type="http://schemas.openxmlformats.org/officeDocument/2006/relationships/theme" Target="theme/theme1.xml"/><Relationship Id="rId1" Type="http://schemas.openxmlformats.org/officeDocument/2006/relationships/customXml" Target="../customXml/item1.xml"/><Relationship Id="rId2" Type="http://schemas.openxmlformats.org/officeDocument/2006/relationships/numbering" Target="numbering.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EF278816-EC6F-A645-907D-7F25AECB1D4A}">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1</Pages>
  <Words>0</Words>
  <Characters>0</Characters>
  <Application>Microsoft Macintosh Word</Application>
  <DocSecurity>0</DocSecurity>
  <Lines>0</Lines>
  <Paragraphs>0</Paragraphs>
  <ScaleCrop>false</ScaleCrop>
  <HeadingPairs>
    <vt:vector size="2" baseType="variant">
      <vt:variant>
        <vt:lpstr>Title</vt:lpstr>
      </vt:variant>
      <vt:variant>
        <vt:i4>1</vt:i4>
      </vt:variant>
    </vt:vector>
  </HeadingPairs>
  <TitlesOfParts>
    <vt:vector size="1" baseType="lpstr">
      <vt:lpstr/>
    </vt:vector>
  </TitlesOfParts>
  <Manager/>
  <Company/>
  <LinksUpToDate>false</LinksUpToDate>
  <CharactersWithSpaces>0</CharactersWithSpaces>
  <SharedDoc>false</SharedDoc>
  <HyperlinkBase/>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python-docx</dc:creator>
  <cp:keywords/>
  <dc:description>generated by python-docx</dc:description>
  <cp:lastModifiedBy/>
  <cp:revision>1</cp:revision>
  <dcterms:created xsi:type="dcterms:W3CDTF">2013-12-23T23:15:00Z</dcterms:created>
  <dcterms:modified xsi:type="dcterms:W3CDTF">2013-12-23T23:15:00Z</dcterms:modified>
  <cp:category/>
</cp:coreProperties>
</file>