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Bible Study on Forgiveness</w:t>
      </w:r>
    </w:p>
    <w:p>
      <w:pPr>
        <w:pStyle w:val="Heading2"/>
      </w:pPr>
      <w:r>
        <w:t>Lesson 1: God’s Forgiveness Toward Us</w:t>
      </w:r>
    </w:p>
    <w:p>
      <w:pPr/>
      <w:r>
        <w:t>Key Passage: Psalm 103:10-12</w:t>
      </w:r>
    </w:p>
    <w:p>
      <w:pPr/>
      <w:r>
        <w:t>Teaching:</w:t>
      </w:r>
    </w:p>
    <w:p>
      <w:r>
        <w:t>Forgiveness begins with understanding how God forgives. He is holy and just, yet He extends mercy and grace to sinners. His forgiveness is not based on what we deserve but on His love and mercy. God removes our sins entirely when we repent, no longer holding them against us. This act of divine forgiveness is the foundation for how we are called to forgive others.</w:t>
      </w:r>
    </w:p>
    <w:p>
      <w:pPr/>
      <w:r>
        <w:t>Reflection Questions:</w:t>
      </w:r>
    </w:p>
    <w:p>
      <w:pPr>
        <w:pStyle w:val="ListBullet"/>
      </w:pPr>
      <w:r>
        <w:t>- How does knowing God fully forgives you change your view of yourself?</w:t>
      </w:r>
    </w:p>
    <w:p>
      <w:pPr>
        <w:pStyle w:val="ListBullet"/>
      </w:pPr>
      <w:r>
        <w:t>- Why is it important to accept God’s forgiveness before trying to forgive others?</w:t>
      </w:r>
    </w:p>
    <w:p>
      <w:pPr>
        <w:pStyle w:val="ListBullet"/>
      </w:pPr>
      <w:r>
        <w:t>- What does Psalm 103:10-12 teach us about God’s character?</w:t>
      </w:r>
    </w:p>
    <w:p>
      <w:pPr/>
      <w:r>
        <w:t>Application:</w:t>
      </w:r>
    </w:p>
    <w:p>
      <w:r>
        <w:t>Spend time in prayer, confessing any sins and thanking God for His mercy. Meditate on the fact that your sins have been removed “as far as the east is from the west.”</w:t>
      </w:r>
    </w:p>
    <w:p>
      <w:pPr/>
      <w:r>
        <w:t>Cross References:</w:t>
      </w:r>
    </w:p>
    <w:p>
      <w:pPr>
        <w:pStyle w:val="ListBullet"/>
      </w:pPr>
      <w:r>
        <w:t>- Isaiah 1:18</w:t>
      </w:r>
    </w:p>
    <w:p>
      <w:pPr>
        <w:pStyle w:val="ListBullet"/>
      </w:pPr>
      <w:r>
        <w:t>- 1 John 1:9</w:t>
      </w:r>
    </w:p>
    <w:p>
      <w:pPr>
        <w:pStyle w:val="ListBullet"/>
      </w:pPr>
      <w:r>
        <w:t>- Micah 7:18-19</w:t>
      </w:r>
    </w:p>
    <w:p>
      <w:pPr>
        <w:pStyle w:val="ListBullet"/>
      </w:pPr>
      <w:r>
        <w:t>- Romans 5:8</w:t>
      </w:r>
    </w:p>
    <w:p>
      <w:pPr>
        <w:pStyle w:val="Heading2"/>
      </w:pPr>
      <w:r>
        <w:t>Lesson 2: Forgiving Others as God Forgives</w:t>
      </w:r>
    </w:p>
    <w:p>
      <w:pPr/>
      <w:r>
        <w:t>Key Passage: Ephesians 4:32</w:t>
      </w:r>
    </w:p>
    <w:p>
      <w:pPr/>
      <w:r>
        <w:t>Teaching:</w:t>
      </w:r>
    </w:p>
    <w:p>
      <w:r>
        <w:t>We are called to forgive others not out of obligation, but as a response to God’s forgiveness toward us. Christ’s sacrifice sets the standard—He forgave while we were still sinners. When we hold onto bitterness or resentment, we forget the depth of mercy we ourselves received.</w:t>
      </w:r>
    </w:p>
    <w:p>
      <w:pPr/>
      <w:r>
        <w:t>Reflection Questions:</w:t>
      </w:r>
    </w:p>
    <w:p>
      <w:pPr>
        <w:pStyle w:val="ListBullet"/>
      </w:pPr>
      <w:r>
        <w:t>- Why is it difficult to forgive others sometimes?</w:t>
      </w:r>
    </w:p>
    <w:p>
      <w:pPr>
        <w:pStyle w:val="ListBullet"/>
      </w:pPr>
      <w:r>
        <w:t>- How does remembering God’s forgiveness help you forgive others?</w:t>
      </w:r>
    </w:p>
    <w:p>
      <w:pPr>
        <w:pStyle w:val="ListBullet"/>
      </w:pPr>
      <w:r>
        <w:t>- What happens to relationships when forgiveness is withheld?</w:t>
      </w:r>
    </w:p>
    <w:p>
      <w:pPr/>
      <w:r>
        <w:t>Application:</w:t>
      </w:r>
    </w:p>
    <w:p>
      <w:r>
        <w:t>Think of someone you need to forgive. Pray for the strength to release any bitterness and choose forgiveness. Take one step toward reconciliation, even if it’s only in your heart.</w:t>
      </w:r>
    </w:p>
    <w:p>
      <w:pPr/>
      <w:r>
        <w:t>Cross References:</w:t>
      </w:r>
    </w:p>
    <w:p>
      <w:pPr>
        <w:pStyle w:val="ListBullet"/>
      </w:pPr>
      <w:r>
        <w:t>- Colossians 3:13</w:t>
      </w:r>
    </w:p>
    <w:p>
      <w:pPr>
        <w:pStyle w:val="ListBullet"/>
      </w:pPr>
      <w:r>
        <w:t>- Matthew 6:14-15</w:t>
      </w:r>
    </w:p>
    <w:p>
      <w:pPr>
        <w:pStyle w:val="ListBullet"/>
      </w:pPr>
      <w:r>
        <w:t>- Luke 6:37</w:t>
      </w:r>
    </w:p>
    <w:p>
      <w:pPr>
        <w:pStyle w:val="ListBullet"/>
      </w:pPr>
      <w:r>
        <w:t>- Mark 11:25</w:t>
      </w:r>
    </w:p>
    <w:p>
      <w:pPr>
        <w:pStyle w:val="Heading2"/>
      </w:pPr>
      <w:r>
        <w:t>Lesson 3: The Cost of Unforgiveness</w:t>
      </w:r>
    </w:p>
    <w:p>
      <w:pPr/>
      <w:r>
        <w:t>Key Passage: Matthew 18:21-35</w:t>
      </w:r>
    </w:p>
    <w:p>
      <w:pPr/>
      <w:r>
        <w:t>Teaching:</w:t>
      </w:r>
    </w:p>
    <w:p>
      <w:r>
        <w:t>Jesus teaches that those who have been forgiven much must be willing to forgive others. In this parable, the servant’s enormous debt represents our sin before God, and the smaller debt represents sins others commit against us. The warning is clear—unforgiveness can harden our hearts and disrupt our relationship with God.</w:t>
      </w:r>
    </w:p>
    <w:p>
      <w:pPr/>
      <w:r>
        <w:t>Reflection Questions:</w:t>
      </w:r>
    </w:p>
    <w:p>
      <w:pPr>
        <w:pStyle w:val="ListBullet"/>
      </w:pPr>
      <w:r>
        <w:t>- What stands out to you in this parable?</w:t>
      </w:r>
    </w:p>
    <w:p>
      <w:pPr>
        <w:pStyle w:val="ListBullet"/>
      </w:pPr>
      <w:r>
        <w:t>- Why does Jesus speak so strongly against withholding forgiveness?</w:t>
      </w:r>
    </w:p>
    <w:p>
      <w:pPr>
        <w:pStyle w:val="ListBullet"/>
      </w:pPr>
      <w:r>
        <w:t>- Have you ever expected more mercy from others than you were willing to give?</w:t>
      </w:r>
    </w:p>
    <w:p>
      <w:pPr/>
      <w:r>
        <w:t>Application:</w:t>
      </w:r>
    </w:p>
    <w:p>
      <w:r>
        <w:t>Write down any grudges or unresolved hurts you’re holding. Ask God to help you release them and forgive as He has forgiven you.</w:t>
      </w:r>
    </w:p>
    <w:p>
      <w:pPr/>
      <w:r>
        <w:t>Cross References:</w:t>
      </w:r>
    </w:p>
    <w:p>
      <w:pPr>
        <w:pStyle w:val="ListBullet"/>
      </w:pPr>
      <w:r>
        <w:t>- James 2:13</w:t>
      </w:r>
    </w:p>
    <w:p>
      <w:pPr>
        <w:pStyle w:val="ListBullet"/>
      </w:pPr>
      <w:r>
        <w:t>- Romans 12:17-21</w:t>
      </w:r>
    </w:p>
    <w:p>
      <w:pPr>
        <w:pStyle w:val="ListBullet"/>
      </w:pPr>
      <w:r>
        <w:t>- Proverbs 17:9</w:t>
      </w:r>
    </w:p>
    <w:p>
      <w:pPr>
        <w:pStyle w:val="ListBullet"/>
      </w:pPr>
      <w:r>
        <w:t>- Hebrews 12:15</w:t>
      </w:r>
    </w:p>
    <w:p>
      <w:pPr>
        <w:pStyle w:val="Heading2"/>
      </w:pPr>
      <w:r>
        <w:t>Lesson 4: Forgiveness and Reconciliation</w:t>
      </w:r>
    </w:p>
    <w:p>
      <w:pPr/>
      <w:r>
        <w:t>Key Passage: 2 Corinthians 5:18-19</w:t>
      </w:r>
    </w:p>
    <w:p>
      <w:pPr/>
      <w:r>
        <w:t>Teaching:</w:t>
      </w:r>
    </w:p>
    <w:p>
      <w:r>
        <w:t>Forgiveness and reconciliation are related but not identical. Forgiveness is an inward decision to release someone, regardless of their response. Reconciliation is the restoration of relationship, which may or may not follow forgiveness. As believers, we are called to be ministers of reconciliation—modeling and offering peace in a broken world.</w:t>
      </w:r>
    </w:p>
    <w:p>
      <w:pPr/>
      <w:r>
        <w:t>Reflection Questions:</w:t>
      </w:r>
    </w:p>
    <w:p>
      <w:pPr>
        <w:pStyle w:val="ListBullet"/>
      </w:pPr>
      <w:r>
        <w:t>- What is the difference between forgiveness and reconciliation?</w:t>
      </w:r>
    </w:p>
    <w:p>
      <w:pPr>
        <w:pStyle w:val="ListBullet"/>
      </w:pPr>
      <w:r>
        <w:t>- Are there relationships in your life that need reconciliation?</w:t>
      </w:r>
    </w:p>
    <w:p>
      <w:pPr>
        <w:pStyle w:val="ListBullet"/>
      </w:pPr>
      <w:r>
        <w:t>- How can you take the first step toward peace, even if the other person is unwilling?</w:t>
      </w:r>
    </w:p>
    <w:p>
      <w:pPr/>
      <w:r>
        <w:t>Application:</w:t>
      </w:r>
    </w:p>
    <w:p>
      <w:r>
        <w:t>If reconciliation is possible and safe, take a small step toward it—perhaps through a letter, a call, or a prayer. If it’s not possible, rest in your obedience to forgive and entrust the relationship to God.</w:t>
      </w:r>
    </w:p>
    <w:p>
      <w:pPr/>
      <w:r>
        <w:t>Cross References:</w:t>
      </w:r>
    </w:p>
    <w:p>
      <w:pPr>
        <w:pStyle w:val="ListBullet"/>
      </w:pPr>
      <w:r>
        <w:t>- Matthew 5:23-24</w:t>
      </w:r>
    </w:p>
    <w:p>
      <w:pPr>
        <w:pStyle w:val="ListBullet"/>
      </w:pPr>
      <w:r>
        <w:t>- Romans 12:18</w:t>
      </w:r>
    </w:p>
    <w:p>
      <w:pPr>
        <w:pStyle w:val="ListBullet"/>
      </w:pPr>
      <w:r>
        <w:t>- Luke 15:11-32</w:t>
      </w:r>
    </w:p>
    <w:p>
      <w:pPr>
        <w:pStyle w:val="ListBullet"/>
      </w:pPr>
      <w:r>
        <w:t>- Galatians 6:1</w:t>
      </w:r>
    </w:p>
    <w:p>
      <w:pPr>
        <w:pStyle w:val="Heading2"/>
      </w:pPr>
      <w:r>
        <w:t>Lesson 5: Forgiving Yourself</w:t>
      </w:r>
    </w:p>
    <w:p>
      <w:pPr/>
      <w:r>
        <w:t>Key Passage: Romans 8:1</w:t>
      </w:r>
    </w:p>
    <w:p>
      <w:pPr/>
      <w:r>
        <w:t>Teaching:</w:t>
      </w:r>
    </w:p>
    <w:p>
      <w:r>
        <w:t>Many believers struggle with guilt and self-condemnation long after God has forgiven them. Holding on to past sins can hinder your spiritual growth and relationships. Forgiving yourself means trusting that God’s grace is sufficient and that your identity is now in Christ, not your past.</w:t>
      </w:r>
    </w:p>
    <w:p>
      <w:pPr/>
      <w:r>
        <w:t>Reflection Questions:</w:t>
      </w:r>
    </w:p>
    <w:p>
      <w:pPr>
        <w:pStyle w:val="ListBullet"/>
      </w:pPr>
      <w:r>
        <w:t>- Is there a past sin or failure you haven’t been able to let go of?</w:t>
      </w:r>
    </w:p>
    <w:p>
      <w:pPr>
        <w:pStyle w:val="ListBullet"/>
      </w:pPr>
      <w:r>
        <w:t>- Why is it sometimes harder to forgive ourselves than to forgive others?</w:t>
      </w:r>
    </w:p>
    <w:p>
      <w:pPr>
        <w:pStyle w:val="ListBullet"/>
      </w:pPr>
      <w:r>
        <w:t>- How can you start living in the freedom Christ has given you?</w:t>
      </w:r>
    </w:p>
    <w:p>
      <w:pPr/>
      <w:r>
        <w:t>Application:</w:t>
      </w:r>
    </w:p>
    <w:p>
      <w:r>
        <w:t>Write down Romans 8:1 and place it somewhere visible. Whenever guilt arises, remind yourself that in Christ, you are fully forgiven and there is no condemnation.</w:t>
      </w:r>
    </w:p>
    <w:p>
      <w:pPr/>
      <w:r>
        <w:t>Cross References:</w:t>
      </w:r>
    </w:p>
    <w:p>
      <w:pPr>
        <w:pStyle w:val="ListBullet"/>
      </w:pPr>
      <w:r>
        <w:t>- 2 Corinthians 5:17</w:t>
      </w:r>
    </w:p>
    <w:p>
      <w:pPr>
        <w:pStyle w:val="ListBullet"/>
      </w:pPr>
      <w:r>
        <w:t>- Isaiah 43:25</w:t>
      </w:r>
    </w:p>
    <w:p>
      <w:pPr>
        <w:pStyle w:val="ListBullet"/>
      </w:pPr>
      <w:r>
        <w:t>- Philippians 3:13-14</w:t>
      </w:r>
    </w:p>
    <w:p>
      <w:pPr>
        <w:pStyle w:val="ListBullet"/>
      </w:pPr>
      <w:r>
        <w:t>- John 8:36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