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Living by Faith – A Bible Study</w:t>
      </w:r>
    </w:p>
    <w:p>
      <w:pPr>
        <w:pStyle w:val="Heading2"/>
      </w:pPr>
      <w:r>
        <w:t>Lesson 1: What Is Faith?</w:t>
      </w:r>
    </w:p>
    <w:p>
      <w:pPr>
        <w:pStyle w:val="Heading3"/>
      </w:pPr>
      <w:r>
        <w:t>Teaching:</w:t>
      </w:r>
    </w:p>
    <w:p>
      <w:r>
        <w:t>Faith is foundational to the Christian life. It is more than just belief in God's existence—it is a trust in His character, promises, and plans. Hebrews 11 provides a broad definition and examples of people who lived by faith. Faith involves both the assurance of what we hope for and the conviction of what we do not see.</w:t>
      </w:r>
    </w:p>
    <w:p>
      <w:pPr>
        <w:pStyle w:val="Heading3"/>
      </w:pPr>
      <w:r>
        <w:t>Key Verse:</w:t>
      </w:r>
    </w:p>
    <w:p>
      <w:r>
        <w:t>“Now faith is the assurance of things hoped for, the conviction of things not seen.” – Hebrews 11:1 (ESV)</w:t>
      </w:r>
    </w:p>
    <w:p>
      <w:pPr>
        <w:pStyle w:val="Heading3"/>
      </w:pPr>
      <w:r>
        <w:t>Reflection Questions:</w:t>
      </w:r>
    </w:p>
    <w:p>
      <w:r>
        <w:t>- How would you define faith in your own words?</w:t>
      </w:r>
    </w:p>
    <w:p>
      <w:r>
        <w:t>- Why is faith necessary in our relationship with God?</w:t>
      </w:r>
    </w:p>
    <w:p>
      <w:r>
        <w:t>- What are some things you are currently hoping for in faith?</w:t>
      </w:r>
    </w:p>
    <w:p>
      <w:pPr>
        <w:pStyle w:val="Heading3"/>
      </w:pPr>
      <w:r>
        <w:t>Application:</w:t>
      </w:r>
    </w:p>
    <w:p>
      <w:r>
        <w:t>This week, identify one area in your life where you are struggling to trust God. Write a prayer asking for help to surrender that area to Him in faith. Begin each day declaring your trust in God’s promises.</w:t>
      </w:r>
    </w:p>
    <w:p>
      <w:pPr>
        <w:pStyle w:val="Heading3"/>
      </w:pPr>
      <w:r>
        <w:t>Cross References:</w:t>
      </w:r>
    </w:p>
    <w:p>
      <w:r>
        <w:t>- 2 Corinthians 5:7</w:t>
      </w:r>
    </w:p>
    <w:p>
      <w:r>
        <w:t>- Romans 10:17</w:t>
      </w:r>
    </w:p>
    <w:p>
      <w:r>
        <w:t>- James 2:14-26</w:t>
      </w:r>
    </w:p>
    <w:p>
      <w:r>
        <w:t>- Galatians 2:20</w:t>
      </w:r>
    </w:p>
    <w:p>
      <w:pPr>
        <w:pStyle w:val="Heading2"/>
      </w:pPr>
      <w:r>
        <w:t>Lesson 2: Faith in Action</w:t>
      </w:r>
    </w:p>
    <w:p>
      <w:pPr>
        <w:pStyle w:val="Heading3"/>
      </w:pPr>
      <w:r>
        <w:t>Teaching:</w:t>
      </w:r>
    </w:p>
    <w:p>
      <w:r>
        <w:t>Faith is not passive. True faith leads to obedience and action, as seen in the lives of biblical figures like Abraham and Rahab. God honors those who act on their faith even when the outcome is uncertain. Faith often calls us to step out before we see results.</w:t>
      </w:r>
    </w:p>
    <w:p>
      <w:pPr>
        <w:pStyle w:val="Heading3"/>
      </w:pPr>
      <w:r>
        <w:t>Key Verse:</w:t>
      </w:r>
    </w:p>
    <w:p>
      <w:r>
        <w:t>“But be doers of the word, and not hearers only, deceiving yourselves.” – James 1:22 (ESV)</w:t>
      </w:r>
    </w:p>
    <w:p>
      <w:pPr>
        <w:pStyle w:val="Heading3"/>
      </w:pPr>
      <w:r>
        <w:t>Reflection Questions:</w:t>
      </w:r>
    </w:p>
    <w:p>
      <w:r>
        <w:t>- Can you think of a time when your faith led you to take action?</w:t>
      </w:r>
    </w:p>
    <w:p>
      <w:r>
        <w:t>- Why is it important that faith is accompanied by works?</w:t>
      </w:r>
    </w:p>
    <w:p>
      <w:r>
        <w:t>- What small step of faith could you take this week?</w:t>
      </w:r>
    </w:p>
    <w:p>
      <w:pPr>
        <w:pStyle w:val="Heading3"/>
      </w:pPr>
      <w:r>
        <w:t>Application:</w:t>
      </w:r>
    </w:p>
    <w:p>
      <w:r>
        <w:t>List one way you can live out your faith in your workplace, home, or community. Choose a practical action and carry it out this week, trusting that God is at work through your obedience.</w:t>
      </w:r>
    </w:p>
    <w:p>
      <w:pPr>
        <w:pStyle w:val="Heading3"/>
      </w:pPr>
      <w:r>
        <w:t>Cross References:</w:t>
      </w:r>
    </w:p>
    <w:p>
      <w:r>
        <w:t>- James 2:17</w:t>
      </w:r>
    </w:p>
    <w:p>
      <w:r>
        <w:t>- Hebrews 11:8-12</w:t>
      </w:r>
    </w:p>
    <w:p>
      <w:r>
        <w:t>- John 14:21</w:t>
      </w:r>
    </w:p>
    <w:p>
      <w:r>
        <w:t>- Matthew 7:24-27</w:t>
      </w:r>
    </w:p>
    <w:p>
      <w:pPr>
        <w:pStyle w:val="Heading2"/>
      </w:pPr>
      <w:r>
        <w:t>Lesson 3: Growing in Faith</w:t>
      </w:r>
    </w:p>
    <w:p>
      <w:pPr>
        <w:pStyle w:val="Heading3"/>
      </w:pPr>
      <w:r>
        <w:t>Teaching:</w:t>
      </w:r>
    </w:p>
    <w:p>
      <w:r>
        <w:t>Faith is not static; it grows through challenges, prayer, and the Word. God often allows trials to strengthen our faith. Like muscles, faith develops through use. We grow in faith by keeping our eyes on Christ and trusting Him through life’s uncertainties.</w:t>
      </w:r>
    </w:p>
    <w:p>
      <w:pPr>
        <w:pStyle w:val="Heading3"/>
      </w:pPr>
      <w:r>
        <w:t>Key Verse:</w:t>
      </w:r>
    </w:p>
    <w:p>
      <w:r>
        <w:t>“So faith comes from hearing, and hearing through the word of Christ.” – Romans 10:17 (ESV)</w:t>
      </w:r>
    </w:p>
    <w:p>
      <w:pPr>
        <w:pStyle w:val="Heading3"/>
      </w:pPr>
      <w:r>
        <w:t>Reflection Questions:</w:t>
      </w:r>
    </w:p>
    <w:p>
      <w:r>
        <w:t>- What circumstances have helped grow your faith?</w:t>
      </w:r>
    </w:p>
    <w:p>
      <w:r>
        <w:t>- How does the Word of God build and nourish faith?</w:t>
      </w:r>
    </w:p>
    <w:p>
      <w:r>
        <w:t>- Are you actively doing anything to grow your faith?</w:t>
      </w:r>
    </w:p>
    <w:p>
      <w:pPr>
        <w:pStyle w:val="Heading3"/>
      </w:pPr>
      <w:r>
        <w:t>Application:</w:t>
      </w:r>
    </w:p>
    <w:p>
      <w:r>
        <w:t>Commit to spending time in the Word daily this week. Write down one truth from Scripture each day that strengthens your faith, and meditate on it throughout the day.</w:t>
      </w:r>
    </w:p>
    <w:p>
      <w:pPr>
        <w:pStyle w:val="Heading3"/>
      </w:pPr>
      <w:r>
        <w:t>Cross References:</w:t>
      </w:r>
    </w:p>
    <w:p>
      <w:r>
        <w:t>- Luke 17:5</w:t>
      </w:r>
    </w:p>
    <w:p>
      <w:r>
        <w:t>- 2 Peter 1:5-8</w:t>
      </w:r>
    </w:p>
    <w:p>
      <w:r>
        <w:t>- Romans 5:1-5</w:t>
      </w:r>
    </w:p>
    <w:p>
      <w:r>
        <w:t>- 1 Thessalonians 3:10</w:t>
      </w:r>
    </w:p>
    <w:p>
      <w:pPr>
        <w:pStyle w:val="Heading2"/>
      </w:pPr>
      <w:r>
        <w:t>Lesson 4: Faith in the Midst of Trials</w:t>
      </w:r>
    </w:p>
    <w:p>
      <w:pPr>
        <w:pStyle w:val="Heading3"/>
      </w:pPr>
      <w:r>
        <w:t>Teaching:</w:t>
      </w:r>
    </w:p>
    <w:p>
      <w:r>
        <w:t>Faith is most powerfully expressed when life is difficult. Trials test and purify our faith. The Bible promises that our faith, when tested, produces perseverance and leads to maturity. Trusting God when we don't understand brings glory to Him and peace to us.</w:t>
      </w:r>
    </w:p>
    <w:p>
      <w:pPr>
        <w:pStyle w:val="Heading3"/>
      </w:pPr>
      <w:r>
        <w:t>Key Verse:</w:t>
      </w:r>
    </w:p>
    <w:p>
      <w:r>
        <w:t>“Count it all joy, my brothers, when you meet trials of various kinds, for you know that the testing of your faith produces steadfastness.” – James 1:2-3 (ESV)</w:t>
      </w:r>
    </w:p>
    <w:p>
      <w:pPr>
        <w:pStyle w:val="Heading3"/>
      </w:pPr>
      <w:r>
        <w:t>Reflection Questions:</w:t>
      </w:r>
    </w:p>
    <w:p>
      <w:r>
        <w:t>- How do you usually respond to trials?</w:t>
      </w:r>
    </w:p>
    <w:p>
      <w:r>
        <w:t>- Why might God allow your faith to be tested?</w:t>
      </w:r>
    </w:p>
    <w:p>
      <w:r>
        <w:t>- What promises from God can you cling to during difficult times?</w:t>
      </w:r>
    </w:p>
    <w:p>
      <w:pPr>
        <w:pStyle w:val="Heading3"/>
      </w:pPr>
      <w:r>
        <w:t>Application:</w:t>
      </w:r>
    </w:p>
    <w:p>
      <w:r>
        <w:t>Write down one current or past trial you’ve faced. Reflect on how God used it (or is using it) to build your faith. Pray for strength and trust to continue growing through it.</w:t>
      </w:r>
    </w:p>
    <w:p>
      <w:pPr>
        <w:pStyle w:val="Heading3"/>
      </w:pPr>
      <w:r>
        <w:t>Cross References:</w:t>
      </w:r>
    </w:p>
    <w:p>
      <w:r>
        <w:t>- 1 Peter 1:6-7</w:t>
      </w:r>
    </w:p>
    <w:p>
      <w:r>
        <w:t>- Romans 8:28</w:t>
      </w:r>
    </w:p>
    <w:p>
      <w:r>
        <w:t>- Psalm 46:1-3</w:t>
      </w:r>
    </w:p>
    <w:p>
      <w:r>
        <w:t>- 2 Corinthians 4:16-18</w:t>
      </w:r>
    </w:p>
    <w:p>
      <w:pPr>
        <w:pStyle w:val="Heading2"/>
      </w:pPr>
      <w:r>
        <w:t>Lesson 5: Faith That Endures</w:t>
      </w:r>
    </w:p>
    <w:p>
      <w:pPr>
        <w:pStyle w:val="Heading3"/>
      </w:pPr>
      <w:r>
        <w:t>Teaching:</w:t>
      </w:r>
    </w:p>
    <w:p>
      <w:r>
        <w:t>Enduring faith is faith that lasts. It trusts in God not only in the moment but across a lifetime. The heroes of faith in Hebrews 11 endured by keeping their eyes on the heavenly reward. Our faith must persevere until the end, grounded in hope and the promises of God.</w:t>
      </w:r>
    </w:p>
    <w:p>
      <w:pPr>
        <w:pStyle w:val="Heading3"/>
      </w:pPr>
      <w:r>
        <w:t>Key Verse:</w:t>
      </w:r>
    </w:p>
    <w:p>
      <w:r>
        <w:t>Hebrews 12:1-2 (ESV): “Therefore, since we are surrounded by so great a cloud of witnesses, let us also lay aside every weight, and sin which clings so closely, and let us run with endurance the race that is set before us, looking to Jesus, the founder and perfecter of our faith...”</w:t>
      </w:r>
    </w:p>
    <w:p>
      <w:pPr>
        <w:pStyle w:val="Heading3"/>
      </w:pPr>
      <w:r>
        <w:t>Reflection Questions:</w:t>
      </w:r>
    </w:p>
    <w:p>
      <w:r>
        <w:t>- What does enduring faith look like in everyday life?</w:t>
      </w:r>
    </w:p>
    <w:p>
      <w:r>
        <w:t>- What temptations or distractions hinder your spiritual endurance?</w:t>
      </w:r>
    </w:p>
    <w:p>
      <w:r>
        <w:t>- How can focusing on Jesus help you remain steadfast?</w:t>
      </w:r>
    </w:p>
    <w:p>
      <w:pPr>
        <w:pStyle w:val="Heading3"/>
      </w:pPr>
      <w:r>
        <w:t>Application:</w:t>
      </w:r>
    </w:p>
    <w:p>
      <w:r>
        <w:t>Set one long-term spiritual goal (such as reading through the Bible, joining a discipleship group, or committing to consistent prayer). Begin pursuing it as a way to develop enduring faith.</w:t>
      </w:r>
    </w:p>
    <w:p>
      <w:pPr>
        <w:pStyle w:val="Heading3"/>
      </w:pPr>
      <w:r>
        <w:t>Cross References:</w:t>
      </w:r>
    </w:p>
    <w:p>
      <w:r>
        <w:t>- Revelation 2:10</w:t>
      </w:r>
    </w:p>
    <w:p>
      <w:r>
        <w:t>- Philippians 1:6</w:t>
      </w:r>
    </w:p>
    <w:p>
      <w:r>
        <w:t>- 2 Timothy 4:7</w:t>
      </w:r>
    </w:p>
    <w:p>
      <w:r>
        <w:t>- Matthew 24:13</w:t>
      </w:r>
    </w:p>
    <w:p>
      <w:pPr>
        <w:pStyle w:val="Heading2"/>
      </w:pPr>
      <w:r>
        <w:t>Lesson 6: Faith vs. Fear</w:t>
      </w:r>
    </w:p>
    <w:p>
      <w:pPr>
        <w:pStyle w:val="Heading3"/>
      </w:pPr>
      <w:r>
        <w:t>Teaching:</w:t>
      </w:r>
    </w:p>
    <w:p>
      <w:r>
        <w:t>Faith and fear are often at odds. When we focus on circumstances, fear can paralyze us. But when we fix our eyes on God, faith grows stronger. Scripture consistently teaches that God has not given us a spirit of fear, but of power, love, and a sound mind. Faith is choosing to trust God even when fear is pressing in.</w:t>
      </w:r>
    </w:p>
    <w:p>
      <w:pPr>
        <w:pStyle w:val="Heading3"/>
      </w:pPr>
      <w:r>
        <w:t>Key Verse:</w:t>
      </w:r>
    </w:p>
    <w:p>
      <w:r>
        <w:t>“When I am afraid, I put my trust in you.” – Psalm 56:3 (ESV)</w:t>
      </w:r>
    </w:p>
    <w:p>
      <w:pPr>
        <w:pStyle w:val="Heading3"/>
      </w:pPr>
      <w:r>
        <w:t>Reflection Questions:</w:t>
      </w:r>
    </w:p>
    <w:p>
      <w:r>
        <w:t>- What kinds of things tend to trigger fear or anxiety in your life?</w:t>
      </w:r>
    </w:p>
    <w:p>
      <w:r>
        <w:t>- How can faith help you respond differently when fear arises?</w:t>
      </w:r>
    </w:p>
    <w:p>
      <w:r>
        <w:t>- What are some specific promises of God you can hold onto during fearful times?</w:t>
      </w:r>
    </w:p>
    <w:p>
      <w:pPr>
        <w:pStyle w:val="Heading3"/>
      </w:pPr>
      <w:r>
        <w:t>Application:</w:t>
      </w:r>
    </w:p>
    <w:p>
      <w:r>
        <w:t>Write down one fear that you’ve been struggling with. Find at least one Bible verse that speaks to it. Each time the fear arises this week, choose to pray the verse and declare your trust in God.</w:t>
      </w:r>
    </w:p>
    <w:p>
      <w:pPr>
        <w:pStyle w:val="Heading3"/>
      </w:pPr>
      <w:r>
        <w:t>Cross References:</w:t>
      </w:r>
    </w:p>
    <w:p>
      <w:r>
        <w:t>- 2 Timothy 1:7</w:t>
      </w:r>
    </w:p>
    <w:p>
      <w:r>
        <w:t>- Isaiah 41:10</w:t>
      </w:r>
    </w:p>
    <w:p>
      <w:r>
        <w:t>- Matthew 14:28-31</w:t>
      </w:r>
    </w:p>
    <w:p>
      <w:r>
        <w:t>- Psalm 34:4</w:t>
      </w:r>
    </w:p>
    <w:p>
      <w:r>
        <w:t>- John 14:27</w:t>
      </w:r>
    </w:p>
    <w:p>
      <w:pPr>
        <w:pStyle w:val="Heading2"/>
      </w:pPr>
      <w:r>
        <w:t>Lesson 7: Faith That Pleases God</w:t>
      </w:r>
    </w:p>
    <w:p>
      <w:pPr>
        <w:pStyle w:val="Heading3"/>
      </w:pPr>
      <w:r>
        <w:t>Teaching:</w:t>
      </w:r>
    </w:p>
    <w:p>
      <w:r>
        <w:t>God is pleased by faith. Not by performance, rituals, or appearances—but by trust in Him. Hebrews 11:6 reminds us that without faith, it is impossible to please God. Faith demonstrates our belief that He exists, hears us, and rewards those who seek Him. Living a life of pleasing faith means continually depending on God rather than self.</w:t>
      </w:r>
    </w:p>
    <w:p>
      <w:pPr>
        <w:pStyle w:val="Heading3"/>
      </w:pPr>
      <w:r>
        <w:t>Key Verse:</w:t>
      </w:r>
    </w:p>
    <w:p>
      <w:r>
        <w:t>“And without faith it is impossible to please him, for whoever would draw near to God must believe that he exists and that he rewards those who seek him.” – Hebrews 11:6 (ESV)</w:t>
      </w:r>
    </w:p>
    <w:p>
      <w:pPr>
        <w:pStyle w:val="Heading3"/>
      </w:pPr>
      <w:r>
        <w:t>Reflection Questions:</w:t>
      </w:r>
    </w:p>
    <w:p>
      <w:r>
        <w:t>- Why do you think faith is so important to God?</w:t>
      </w:r>
    </w:p>
    <w:p>
      <w:r>
        <w:t>- In what ways does your life demonstrate that you’re seeking God in faith?</w:t>
      </w:r>
    </w:p>
    <w:p>
      <w:r>
        <w:t>- How can you live each day in a way that pleases God by faith?</w:t>
      </w:r>
    </w:p>
    <w:p>
      <w:pPr>
        <w:pStyle w:val="Heading3"/>
      </w:pPr>
      <w:r>
        <w:t>Application:</w:t>
      </w:r>
    </w:p>
    <w:p>
      <w:r>
        <w:t>Take a moment to evaluate your walk with God. Are you seeking Him daily? Choose one area to grow in (prayer, worship, obedience, surrender) and commit to walking by faith, believing it brings God joy.</w:t>
      </w:r>
    </w:p>
    <w:p>
      <w:pPr>
        <w:pStyle w:val="Heading3"/>
      </w:pPr>
      <w:r>
        <w:t>Cross References:</w:t>
      </w:r>
    </w:p>
    <w:p>
      <w:r>
        <w:t>- Romans 4:20-21</w:t>
      </w:r>
    </w:p>
    <w:p>
      <w:r>
        <w:t>- Micah 6:8</w:t>
      </w:r>
    </w:p>
    <w:p>
      <w:r>
        <w:t>- Colossians 1:10</w:t>
      </w:r>
    </w:p>
    <w:p>
      <w:r>
        <w:t>- Psalm 147:11</w:t>
      </w:r>
    </w:p>
    <w:p>
      <w:r>
        <w:t>- John 6:29</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Times New Roman" w:hAnsi="Times New Roman"/>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