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Ezra</w:t>
      </w:r>
    </w:p>
    <w:p>
      <w:pPr>
        <w:pStyle w:val="Heading1"/>
      </w:pPr>
      <w:r>
        <w:t>Lesson 1: Introduction to the Book of Ezra</w:t>
      </w:r>
    </w:p>
    <w:p>
      <w:pPr>
        <w:pStyle w:val="Heading2"/>
      </w:pPr>
      <w:r>
        <w:t>Teaching:</w:t>
      </w:r>
    </w:p>
    <w:p>
      <w:r>
        <w:t>The book of Ezra recounts the return of the Jewish exiles from Babylon and the rebuilding of the temple in Jerusalem. It is closely connected with Nehemiah and chronicles God’s faithfulness to restore His people. Authored by Ezra, a priest and scribe, it provides historical, spiritual, and social insight into post-exilic Israel and God's covenantal promises.</w:t>
      </w:r>
    </w:p>
    <w:p>
      <w:pPr>
        <w:pStyle w:val="Heading2"/>
      </w:pPr>
      <w:r>
        <w:t>Key Verse:</w:t>
      </w:r>
    </w:p>
    <w:p>
      <w:r>
        <w:t>Ezra 7:10 – “For Ezra had set his heart to study the Law of the Lord, and to do it and to teach his statutes and rules in Israel.”</w:t>
      </w:r>
    </w:p>
    <w:p>
      <w:pPr>
        <w:pStyle w:val="Heading2"/>
      </w:pPr>
      <w:r>
        <w:t>Reflection Questions:</w:t>
      </w:r>
    </w:p>
    <w:p>
      <w:r>
        <w:t>- Why is it important to understand the historical context of Ezra?</w:t>
      </w:r>
    </w:p>
    <w:p>
      <w:r>
        <w:t>- What does this book teach us about God's faithfulness to His promises?</w:t>
      </w:r>
    </w:p>
    <w:p>
      <w:pPr>
        <w:pStyle w:val="Heading2"/>
      </w:pPr>
      <w:r>
        <w:t>Application:</w:t>
      </w:r>
    </w:p>
    <w:p>
      <w:r>
        <w:t>Reflect on how God has restored or renewed areas in your life. Commit to studying and obeying God’s Word like Ezra.</w:t>
      </w:r>
    </w:p>
    <w:p>
      <w:pPr>
        <w:pStyle w:val="Heading2"/>
      </w:pPr>
      <w:r>
        <w:t>Cross-References:</w:t>
      </w:r>
    </w:p>
    <w:p>
      <w:r>
        <w:t>- 2 Chronicles 36:22–23</w:t>
      </w:r>
    </w:p>
    <w:p>
      <w:r>
        <w:t>- Jeremiah 29:10–14</w:t>
      </w:r>
    </w:p>
    <w:p>
      <w:r>
        <w:t>- Nehemiah 1:8–9</w:t>
      </w:r>
    </w:p>
    <w:p>
      <w:r>
        <w:t>- Isaiah 44:28</w:t>
      </w:r>
    </w:p>
    <w:p>
      <w:pPr>
        <w:pStyle w:val="Heading1"/>
      </w:pPr>
      <w:r>
        <w:t>Lesson 2: The First Return and Rebuilding the Altar (Ezra 1–3)</w:t>
      </w:r>
    </w:p>
    <w:p>
      <w:pPr>
        <w:pStyle w:val="Heading2"/>
      </w:pPr>
      <w:r>
        <w:t>Teaching:</w:t>
      </w:r>
    </w:p>
    <w:p>
      <w:r>
        <w:t>Cyrus, king of Persia, fulfills prophecy by allowing the Jews to return to Jerusalem. Under Zerubbabel's leadership, they rebuild the altar and lay the foundation of the temple.</w:t>
      </w:r>
    </w:p>
    <w:p>
      <w:pPr>
        <w:pStyle w:val="Heading2"/>
      </w:pPr>
      <w:r>
        <w:t>Key Verse:</w:t>
      </w:r>
    </w:p>
    <w:p>
      <w:r>
        <w:t>Ezra 1:1 – “...the Lord stirred up the spirit of Cyrus king of Persia, so that he made a proclamation…”</w:t>
      </w:r>
    </w:p>
    <w:p>
      <w:pPr>
        <w:pStyle w:val="Heading2"/>
      </w:pPr>
      <w:r>
        <w:t>Reflection Questions:</w:t>
      </w:r>
    </w:p>
    <w:p>
      <w:r>
        <w:t>- How does God use secular leaders to accomplish His purposes?</w:t>
      </w:r>
    </w:p>
    <w:p>
      <w:r>
        <w:t>- What is the significance of rebuilding the altar first?</w:t>
      </w:r>
    </w:p>
    <w:p>
      <w:pPr>
        <w:pStyle w:val="Heading2"/>
      </w:pPr>
      <w:r>
        <w:t>Application:</w:t>
      </w:r>
    </w:p>
    <w:p>
      <w:r>
        <w:t>Recognize God’s control over world events and prioritize worship in your personal restoration process.</w:t>
      </w:r>
    </w:p>
    <w:p>
      <w:pPr>
        <w:pStyle w:val="Heading2"/>
      </w:pPr>
      <w:r>
        <w:t>Cross-References:</w:t>
      </w:r>
    </w:p>
    <w:p>
      <w:r>
        <w:t>- Isaiah 45:1–4</w:t>
      </w:r>
    </w:p>
    <w:p>
      <w:r>
        <w:t>- Haggai 1:7–8</w:t>
      </w:r>
    </w:p>
    <w:p>
      <w:r>
        <w:t>- Psalm 126:1–3</w:t>
      </w:r>
    </w:p>
    <w:p>
      <w:pPr>
        <w:pStyle w:val="Heading1"/>
      </w:pPr>
      <w:r>
        <w:t>Lesson 3: Opposition and Delay (Ezra 4)</w:t>
      </w:r>
    </w:p>
    <w:p>
      <w:pPr>
        <w:pStyle w:val="Heading2"/>
      </w:pPr>
      <w:r>
        <w:t>Teaching:</w:t>
      </w:r>
    </w:p>
    <w:p>
      <w:r>
        <w:t>Adversaries attempt to hinder the temple's reconstruction. Political tactics and fear cause a long delay.</w:t>
      </w:r>
    </w:p>
    <w:p>
      <w:pPr>
        <w:pStyle w:val="Heading2"/>
      </w:pPr>
      <w:r>
        <w:t>Key Verse:</w:t>
      </w:r>
    </w:p>
    <w:p>
      <w:r>
        <w:t>Ezra 4:4 – “Then the people of the land discouraged the people of Judah and made them afraid to build.”</w:t>
      </w:r>
    </w:p>
    <w:p>
      <w:pPr>
        <w:pStyle w:val="Heading2"/>
      </w:pPr>
      <w:r>
        <w:t>Reflection Questions:</w:t>
      </w:r>
    </w:p>
    <w:p>
      <w:r>
        <w:t>- What kinds of opposition might believers face today?</w:t>
      </w:r>
    </w:p>
    <w:p>
      <w:r>
        <w:t>- How can fear delay God’s work in our lives?</w:t>
      </w:r>
    </w:p>
    <w:p>
      <w:pPr>
        <w:pStyle w:val="Heading2"/>
      </w:pPr>
      <w:r>
        <w:t>Application:</w:t>
      </w:r>
    </w:p>
    <w:p>
      <w:r>
        <w:t>Identify areas where fear has caused spiritual paralysis and seek courage in God's promises.</w:t>
      </w:r>
    </w:p>
    <w:p>
      <w:pPr>
        <w:pStyle w:val="Heading2"/>
      </w:pPr>
      <w:r>
        <w:t>Cross-References:</w:t>
      </w:r>
    </w:p>
    <w:p>
      <w:r>
        <w:t>- Nehemiah 4:8–9</w:t>
      </w:r>
    </w:p>
    <w:p>
      <w:r>
        <w:t>- 1 Peter 5:8–10</w:t>
      </w:r>
    </w:p>
    <w:p>
      <w:r>
        <w:t>- 2 Timothy 1:7</w:t>
      </w:r>
    </w:p>
    <w:p>
      <w:pPr>
        <w:pStyle w:val="Heading1"/>
      </w:pPr>
      <w:r>
        <w:t>Lesson 4: The Work Resumes (Ezra 5–6)</w:t>
      </w:r>
    </w:p>
    <w:p>
      <w:pPr>
        <w:pStyle w:val="Heading2"/>
      </w:pPr>
      <w:r>
        <w:t>Teaching:</w:t>
      </w:r>
    </w:p>
    <w:p>
      <w:r>
        <w:t>Despite previous opposition, God sends prophets Haggai and Zechariah to encourage the people. The temple is completed under Darius's decree.</w:t>
      </w:r>
    </w:p>
    <w:p>
      <w:pPr>
        <w:pStyle w:val="Heading2"/>
      </w:pPr>
      <w:r>
        <w:t>Key Verse:</w:t>
      </w:r>
    </w:p>
    <w:p>
      <w:r>
        <w:t>Ezra 6:14 – “And they finished their building by decree of the God of Israel and by decree of Cyrus and Darius…”</w:t>
      </w:r>
    </w:p>
    <w:p>
      <w:pPr>
        <w:pStyle w:val="Heading2"/>
      </w:pPr>
      <w:r>
        <w:t>Reflection Questions:</w:t>
      </w:r>
    </w:p>
    <w:p>
      <w:r>
        <w:t>- How do encouragement and accountability help restart stalled spiritual projects?</w:t>
      </w:r>
    </w:p>
    <w:p>
      <w:r>
        <w:t>- What does this passage say about God's provision?</w:t>
      </w:r>
    </w:p>
    <w:p>
      <w:pPr>
        <w:pStyle w:val="Heading2"/>
      </w:pPr>
      <w:r>
        <w:t>Application:</w:t>
      </w:r>
    </w:p>
    <w:p>
      <w:r>
        <w:t>Receive encouragement from God's Word and godly counsel to continue your spiritual work.</w:t>
      </w:r>
    </w:p>
    <w:p>
      <w:pPr>
        <w:pStyle w:val="Heading2"/>
      </w:pPr>
      <w:r>
        <w:t>Cross-References:</w:t>
      </w:r>
    </w:p>
    <w:p>
      <w:r>
        <w:t>- Haggai 1:13</w:t>
      </w:r>
    </w:p>
    <w:p>
      <w:r>
        <w:t>- Zechariah 4:6–9</w:t>
      </w:r>
    </w:p>
    <w:p>
      <w:r>
        <w:t>- Philippians 1:6</w:t>
      </w:r>
    </w:p>
    <w:p>
      <w:pPr>
        <w:pStyle w:val="Heading1"/>
      </w:pPr>
      <w:r>
        <w:t>Lesson 5: Ezra’s Arrival and Commitment (Ezra 7)</w:t>
      </w:r>
    </w:p>
    <w:p>
      <w:pPr>
        <w:pStyle w:val="Heading2"/>
      </w:pPr>
      <w:r>
        <w:t>Teaching:</w:t>
      </w:r>
    </w:p>
    <w:p>
      <w:r>
        <w:t>Ezra arrives in Jerusalem with authority from King Artaxerxes to teach the Law. His personal devotion to God's Word is emphasized.</w:t>
      </w:r>
    </w:p>
    <w:p>
      <w:pPr>
        <w:pStyle w:val="Heading2"/>
      </w:pPr>
      <w:r>
        <w:t>Key Verse:</w:t>
      </w:r>
    </w:p>
    <w:p>
      <w:r>
        <w:t>Ezra 7:10 – “For Ezra had set his heart to study the Law of the Lord…”</w:t>
      </w:r>
    </w:p>
    <w:p>
      <w:pPr>
        <w:pStyle w:val="Heading2"/>
      </w:pPr>
      <w:r>
        <w:t>Reflection Questions:</w:t>
      </w:r>
    </w:p>
    <w:p>
      <w:r>
        <w:t>- What qualities made Ezra a trustworthy leader?</w:t>
      </w:r>
    </w:p>
    <w:p>
      <w:r>
        <w:t>- What does it look like to “set your heart” on God’s Word?</w:t>
      </w:r>
    </w:p>
    <w:p>
      <w:pPr>
        <w:pStyle w:val="Heading2"/>
      </w:pPr>
      <w:r>
        <w:t>Application:</w:t>
      </w:r>
    </w:p>
    <w:p>
      <w:r>
        <w:t>Evaluate your priorities—are you as devoted to God's Word as Ezra?</w:t>
      </w:r>
    </w:p>
    <w:p>
      <w:pPr>
        <w:pStyle w:val="Heading2"/>
      </w:pPr>
      <w:r>
        <w:t>Cross-References:</w:t>
      </w:r>
    </w:p>
    <w:p>
      <w:r>
        <w:t>- Psalm 1:1–2</w:t>
      </w:r>
    </w:p>
    <w:p>
      <w:r>
        <w:t>- 2 Timothy 2:15</w:t>
      </w:r>
    </w:p>
    <w:p>
      <w:r>
        <w:t>- Joshua 1:8</w:t>
      </w:r>
    </w:p>
    <w:p>
      <w:pPr>
        <w:pStyle w:val="Heading1"/>
      </w:pPr>
      <w:r>
        <w:t>Lesson 6: A People Set Apart (Ezra 8)</w:t>
      </w:r>
    </w:p>
    <w:p>
      <w:pPr>
        <w:pStyle w:val="Heading2"/>
      </w:pPr>
      <w:r>
        <w:t>Teaching:</w:t>
      </w:r>
    </w:p>
    <w:p>
      <w:r>
        <w:t>Ezra leads a second group back to Jerusalem. He demonstrates trust in God for protection and organizes the group to restore proper worship.</w:t>
      </w:r>
    </w:p>
    <w:p>
      <w:pPr>
        <w:pStyle w:val="Heading2"/>
      </w:pPr>
      <w:r>
        <w:t>Key Verse:</w:t>
      </w:r>
    </w:p>
    <w:p>
      <w:r>
        <w:t>Ezra 8:22 – “The hand of our God is for good on all who seek him…”</w:t>
      </w:r>
    </w:p>
    <w:p>
      <w:pPr>
        <w:pStyle w:val="Heading2"/>
      </w:pPr>
      <w:r>
        <w:t>Reflection Questions:</w:t>
      </w:r>
    </w:p>
    <w:p>
      <w:r>
        <w:t>- How does Ezra demonstrate trust in God?</w:t>
      </w:r>
    </w:p>
    <w:p>
      <w:r>
        <w:t>- What does this teach about preparing to serve?</w:t>
      </w:r>
    </w:p>
    <w:p>
      <w:pPr>
        <w:pStyle w:val="Heading2"/>
      </w:pPr>
      <w:r>
        <w:t>Application:</w:t>
      </w:r>
    </w:p>
    <w:p>
      <w:r>
        <w:t>Practice dependence on God in your ministry or calling.</w:t>
      </w:r>
    </w:p>
    <w:p>
      <w:pPr>
        <w:pStyle w:val="Heading2"/>
      </w:pPr>
      <w:r>
        <w:t>Cross-References:</w:t>
      </w:r>
    </w:p>
    <w:p>
      <w:r>
        <w:t>- Proverbs 3:5–6</w:t>
      </w:r>
    </w:p>
    <w:p>
      <w:r>
        <w:t>- Isaiah 41:10</w:t>
      </w:r>
    </w:p>
    <w:p>
      <w:r>
        <w:t>- Hebrews 11:6</w:t>
      </w:r>
    </w:p>
    <w:p>
      <w:pPr>
        <w:pStyle w:val="Heading1"/>
      </w:pPr>
      <w:r>
        <w:t>Lesson 7: Confronting Sin in the Community (Ezra 9–10)</w:t>
      </w:r>
    </w:p>
    <w:p>
      <w:pPr>
        <w:pStyle w:val="Heading2"/>
      </w:pPr>
      <w:r>
        <w:t>Teaching:</w:t>
      </w:r>
    </w:p>
    <w:p>
      <w:r>
        <w:t>Ezra discovers that the people have intermarried with pagan nations, compromising their holiness. He weeps, prays, and calls for corporate repentance.</w:t>
      </w:r>
    </w:p>
    <w:p>
      <w:pPr>
        <w:pStyle w:val="Heading2"/>
      </w:pPr>
      <w:r>
        <w:t>Key Verse:</w:t>
      </w:r>
    </w:p>
    <w:p>
      <w:r>
        <w:t>Ezra 9:6 – “O my God, I am ashamed and blush to lift my face to you…”</w:t>
      </w:r>
    </w:p>
    <w:p>
      <w:pPr>
        <w:pStyle w:val="Heading2"/>
      </w:pPr>
      <w:r>
        <w:t>Reflection Questions:</w:t>
      </w:r>
    </w:p>
    <w:p>
      <w:r>
        <w:t>- Why is repentance essential for spiritual restoration?</w:t>
      </w:r>
    </w:p>
    <w:p>
      <w:r>
        <w:t>- What stands out about Ezra’s prayer and grief?</w:t>
      </w:r>
    </w:p>
    <w:p>
      <w:pPr>
        <w:pStyle w:val="Heading2"/>
      </w:pPr>
      <w:r>
        <w:t>Application:</w:t>
      </w:r>
    </w:p>
    <w:p>
      <w:r>
        <w:t>Confess areas of compromise and seek holiness in every aspect of life.</w:t>
      </w:r>
    </w:p>
    <w:p>
      <w:pPr>
        <w:pStyle w:val="Heading2"/>
      </w:pPr>
      <w:r>
        <w:t>Cross-References:</w:t>
      </w:r>
    </w:p>
    <w:p>
      <w:r>
        <w:t>- Leviticus 20:26</w:t>
      </w:r>
    </w:p>
    <w:p>
      <w:r>
        <w:t>- 2 Corinthians 6:14–18</w:t>
      </w:r>
    </w:p>
    <w:p>
      <w:r>
        <w:t>- 1 John 1:9</w:t>
      </w:r>
    </w:p>
    <w:p>
      <w:r>
        <w:t>- Nehemiah 9:1–3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