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Bible Study on the Book of Ezekiel</w:t>
      </w:r>
    </w:p>
    <w:p>
      <w:pPr>
        <w:pStyle w:val="Heading1"/>
      </w:pPr>
      <w:r>
        <w:t>Lesson 1: Introduction to the Book of Ezekiel</w:t>
      </w:r>
    </w:p>
    <w:p>
      <w:pPr>
        <w:pStyle w:val="Heading2"/>
      </w:pPr>
      <w:r>
        <w:t>Key Verse</w:t>
      </w:r>
    </w:p>
    <w:p>
      <w:r>
        <w:t>Ezekiel 2:7 (ESV) – “And you shall speak my words to them, whether they hear or refuse to hear, for they are a rebellious house.”</w:t>
      </w:r>
    </w:p>
    <w:p>
      <w:pPr>
        <w:pStyle w:val="Heading2"/>
      </w:pPr>
      <w:r>
        <w:t>Teaching</w:t>
      </w:r>
    </w:p>
    <w:p>
      <w:r>
        <w:t>The book of Ezekiel was written by the prophet Ezekiel, a priest taken into Babylonian exile in 597 BC. His prophetic ministry spanned roughly 22 years, beginning around 593 BC. The book is structured around key visions and messages from God during Israel’s exile. It begins with oracles of judgment and culminates with promises of restoration. Ezekiel's ministry was marked by vivid visions, symbolic acts, and divine messages aimed at calling the people to repentance and hope in God’s future restoration.</w:t>
      </w:r>
    </w:p>
    <w:p>
      <w:pPr>
        <w:pStyle w:val="Heading2"/>
      </w:pPr>
      <w:r>
        <w:t>Reflection Questions</w:t>
      </w:r>
    </w:p>
    <w:p>
      <w:r>
        <w:t>- What stands out to you about Ezekiel’s calling?</w:t>
      </w:r>
    </w:p>
    <w:p>
      <w:r>
        <w:t>- How does understanding the exile help you interpret the book?</w:t>
      </w:r>
    </w:p>
    <w:p>
      <w:r>
        <w:t>- What do you hope to learn from this study?</w:t>
      </w:r>
    </w:p>
    <w:p>
      <w:pPr>
        <w:pStyle w:val="Heading2"/>
      </w:pPr>
      <w:r>
        <w:t>Application</w:t>
      </w:r>
    </w:p>
    <w:p>
      <w:r>
        <w:t>Reflect on areas where you may be resisting God's message in your own life. Are you willing to speak God's truth even when others won’t listen?</w:t>
      </w:r>
    </w:p>
    <w:p>
      <w:pPr>
        <w:pStyle w:val="Heading2"/>
      </w:pPr>
      <w:r>
        <w:t>Cross-References</w:t>
      </w:r>
    </w:p>
    <w:p>
      <w:r>
        <w:t>- Jeremiah 1:5-10</w:t>
      </w:r>
    </w:p>
    <w:p>
      <w:r>
        <w:t>- 2 Kings 24:10-17</w:t>
      </w:r>
    </w:p>
    <w:p>
      <w:r>
        <w:t>- Revelation 4:6–11</w:t>
      </w:r>
    </w:p>
    <w:p>
      <w:pPr>
        <w:pStyle w:val="Heading1"/>
      </w:pPr>
      <w:r>
        <w:t>Lesson 2: Ezekiel 1–3 – The Call of the Prophet</w:t>
      </w:r>
    </w:p>
    <w:p>
      <w:pPr>
        <w:pStyle w:val="Heading2"/>
      </w:pPr>
      <w:r>
        <w:t>Key Verse</w:t>
      </w:r>
    </w:p>
    <w:p>
      <w:r>
        <w:t>Ezekiel 3:10–11 (ESV) – “Moreover, he said to me, ‘Son of man, all my words that I shall speak to you receive in your heart, and hear with your ears. And go to the exiles, to your people, and speak to them and say to them, 'Thus says the Lord GOD,' whether they hear or refuse to hear.’”</w:t>
      </w:r>
    </w:p>
    <w:p>
      <w:pPr>
        <w:pStyle w:val="Heading2"/>
      </w:pPr>
      <w:r>
        <w:t>Teaching</w:t>
      </w:r>
    </w:p>
    <w:p>
      <w:r>
        <w:t>Ezekiel's first vision is of the glory of God, a powerful and complex image symbolizing God's omnipresence and majesty. Ezekiel is then commissioned as a prophet to a rebellious people. God warns that the people will resist his message, but Ezekiel is to speak regardless.</w:t>
      </w:r>
    </w:p>
    <w:p>
      <w:pPr>
        <w:pStyle w:val="Heading2"/>
      </w:pPr>
      <w:r>
        <w:t>Reflection Questions</w:t>
      </w:r>
    </w:p>
    <w:p>
      <w:r>
        <w:t>- What does God’s glory reveal about His nature?</w:t>
      </w:r>
    </w:p>
    <w:p>
      <w:r>
        <w:t>- Why is it important to speak truth even when people may not listen?</w:t>
      </w:r>
    </w:p>
    <w:p>
      <w:pPr>
        <w:pStyle w:val="Heading2"/>
      </w:pPr>
      <w:r>
        <w:t>Application</w:t>
      </w:r>
    </w:p>
    <w:p>
      <w:r>
        <w:t>Be faithful in proclaiming God’s truth even when it’s not popular. Remember, your responsibility is obedience, not results.</w:t>
      </w:r>
    </w:p>
    <w:p>
      <w:pPr>
        <w:pStyle w:val="Heading2"/>
      </w:pPr>
      <w:r>
        <w:t>Cross-References</w:t>
      </w:r>
    </w:p>
    <w:p>
      <w:r>
        <w:t>- Isaiah 6:1–8</w:t>
      </w:r>
    </w:p>
    <w:p>
      <w:r>
        <w:t>- Acts 7:55–56</w:t>
      </w:r>
    </w:p>
    <w:p>
      <w:r>
        <w:t>- Romans 10:14–17</w:t>
      </w:r>
    </w:p>
    <w:p>
      <w:pPr>
        <w:pStyle w:val="Heading1"/>
      </w:pPr>
      <w:r>
        <w:t>Lesson 3: Ezekiel 4–7 – Signs of Judgment</w:t>
      </w:r>
    </w:p>
    <w:p>
      <w:pPr>
        <w:pStyle w:val="Heading2"/>
      </w:pPr>
      <w:r>
        <w:t>Key Verse</w:t>
      </w:r>
    </w:p>
    <w:p>
      <w:r>
        <w:t>Ezekiel 5:13 (ESV) – “Thus shall my anger spend itself, and I will vent my fury upon them and satisfy myself. And they shall know that I am the LORD—that I have spoken in my jealousy—when I spend my fury upon them.”</w:t>
      </w:r>
    </w:p>
    <w:p>
      <w:pPr>
        <w:pStyle w:val="Heading2"/>
      </w:pPr>
      <w:r>
        <w:t>Teaching</w:t>
      </w:r>
    </w:p>
    <w:p>
      <w:r>
        <w:t>Ezekiel performs symbolic acts portraying the siege of Jerusalem, famine, and exile. These signs demonstrate the certainty of God’s judgment for Israel’s sin. The prophet emphasizes that God's judgment is just and that the people will know He is the Lord.</w:t>
      </w:r>
    </w:p>
    <w:p>
      <w:pPr>
        <w:pStyle w:val="Heading2"/>
      </w:pPr>
      <w:r>
        <w:t>Reflection Questions</w:t>
      </w:r>
    </w:p>
    <w:p>
      <w:r>
        <w:t>- What do these symbolic acts teach you about God’s seriousness toward sin?</w:t>
      </w:r>
    </w:p>
    <w:p>
      <w:r>
        <w:t>- How does judgment display God’s holiness?</w:t>
      </w:r>
    </w:p>
    <w:p>
      <w:pPr>
        <w:pStyle w:val="Heading2"/>
      </w:pPr>
      <w:r>
        <w:t>Application</w:t>
      </w:r>
    </w:p>
    <w:p>
      <w:r>
        <w:t>Take sin seriously. God’s justice is real and righteous. Repent and live a holy life.</w:t>
      </w:r>
    </w:p>
    <w:p>
      <w:pPr>
        <w:pStyle w:val="Heading2"/>
      </w:pPr>
      <w:r>
        <w:t>Cross-References</w:t>
      </w:r>
    </w:p>
    <w:p>
      <w:r>
        <w:t>- Leviticus 26:27–33</w:t>
      </w:r>
    </w:p>
    <w:p>
      <w:r>
        <w:t>- Romans 1:18</w:t>
      </w:r>
    </w:p>
    <w:p>
      <w:r>
        <w:t>- Hebrews 10:30–31</w:t>
      </w:r>
    </w:p>
    <w:p>
      <w:pPr>
        <w:pStyle w:val="Heading1"/>
      </w:pPr>
      <w:r>
        <w:t>Lesson 4: Ezekiel 8–11 – The Departure of God’s Glory</w:t>
      </w:r>
    </w:p>
    <w:p>
      <w:pPr>
        <w:pStyle w:val="Heading2"/>
      </w:pPr>
      <w:r>
        <w:t>Key Verse</w:t>
      </w:r>
    </w:p>
    <w:p>
      <w:r>
        <w:t>Ezekiel 10:18–19 (ESV) – “Then the glory of the LORD went out from the threshold of the house, and stood over the cherubim. And the cherubim lifted up their wings and mounted up from the earth before my eyes…”</w:t>
      </w:r>
    </w:p>
    <w:p>
      <w:pPr>
        <w:pStyle w:val="Heading2"/>
      </w:pPr>
      <w:r>
        <w:t>Teaching</w:t>
      </w:r>
    </w:p>
    <w:p>
      <w:r>
        <w:t>Ezekiel sees idolatry inside the temple and witnesses the glory of God departing. This is a tragic moment symbolizing God's presence leaving His people due to their persistent sin.</w:t>
      </w:r>
    </w:p>
    <w:p>
      <w:pPr>
        <w:pStyle w:val="Heading2"/>
      </w:pPr>
      <w:r>
        <w:t>Reflection Questions</w:t>
      </w:r>
    </w:p>
    <w:p>
      <w:r>
        <w:t>- What is the significance of God’s glory departing?</w:t>
      </w:r>
    </w:p>
    <w:p>
      <w:r>
        <w:t>- How does unrepentant sin affect our relationship with God?</w:t>
      </w:r>
    </w:p>
    <w:p>
      <w:pPr>
        <w:pStyle w:val="Heading2"/>
      </w:pPr>
      <w:r>
        <w:t>Application</w:t>
      </w:r>
    </w:p>
    <w:p>
      <w:r>
        <w:t>Evaluate what idols might be present in your life. Seek God’s presence through repentance and holiness.</w:t>
      </w:r>
    </w:p>
    <w:p>
      <w:pPr>
        <w:pStyle w:val="Heading2"/>
      </w:pPr>
      <w:r>
        <w:t>Cross-References</w:t>
      </w:r>
    </w:p>
    <w:p>
      <w:r>
        <w:t>- 1 Samuel 4:21–22</w:t>
      </w:r>
    </w:p>
    <w:p>
      <w:r>
        <w:t>- Jeremiah 7:9–15</w:t>
      </w:r>
    </w:p>
    <w:p>
      <w:r>
        <w:t>- Revelation 3:20</w:t>
      </w:r>
    </w:p>
    <w:p>
      <w:pPr>
        <w:pStyle w:val="Heading1"/>
      </w:pPr>
      <w:r>
        <w:t>Lesson 5: Ezekiel 12–17 – Parables and Prophecies of Judgment</w:t>
      </w:r>
    </w:p>
    <w:p>
      <w:pPr>
        <w:pStyle w:val="Heading2"/>
      </w:pPr>
      <w:r>
        <w:t>Key Verse</w:t>
      </w:r>
    </w:p>
    <w:p>
      <w:r>
        <w:t>Ezekiel 12:28 (ESV) – “Therefore say to them, Thus says the Lord GOD: None of my words will be delayed any longer, but the word that I speak will be performed, declares the Lord GOD.”</w:t>
      </w:r>
    </w:p>
    <w:p>
      <w:pPr>
        <w:pStyle w:val="Heading2"/>
      </w:pPr>
      <w:r>
        <w:t>Teaching</w:t>
      </w:r>
    </w:p>
    <w:p>
      <w:r>
        <w:t>Ezekiel acts out exile, and God uses parables to condemn the false prophets and warn of judgment. The people believed the judgment would never come, but God declares His word will be fulfilled.</w:t>
      </w:r>
    </w:p>
    <w:p>
      <w:pPr>
        <w:pStyle w:val="Heading2"/>
      </w:pPr>
      <w:r>
        <w:t>Reflection Questions</w:t>
      </w:r>
    </w:p>
    <w:p>
      <w:r>
        <w:t>- Why is it dangerous to ignore or delay God’s warnings?</w:t>
      </w:r>
    </w:p>
    <w:p>
      <w:r>
        <w:t>- What does this section reveal about God’s faithfulness to His word?</w:t>
      </w:r>
    </w:p>
    <w:p>
      <w:pPr>
        <w:pStyle w:val="Heading2"/>
      </w:pPr>
      <w:r>
        <w:t>Application</w:t>
      </w:r>
    </w:p>
    <w:p>
      <w:r>
        <w:t>Live with urgency in response to God’s truth. Don’t delay obedience.</w:t>
      </w:r>
    </w:p>
    <w:p>
      <w:pPr>
        <w:pStyle w:val="Heading2"/>
      </w:pPr>
      <w:r>
        <w:t>Cross-References</w:t>
      </w:r>
    </w:p>
    <w:p>
      <w:r>
        <w:t>- Numbers 23:19</w:t>
      </w:r>
    </w:p>
    <w:p>
      <w:r>
        <w:t>- Isaiah 55:10–11</w:t>
      </w:r>
    </w:p>
    <w:p>
      <w:r>
        <w:t>- 2 Peter 3:3–10</w:t>
      </w:r>
    </w:p>
    <w:p>
      <w:pPr>
        <w:pStyle w:val="Heading1"/>
      </w:pPr>
      <w:r>
        <w:t>Lesson 6: Ezekiel 18–20 – Accountability and God’s Dealings with Israel</w:t>
      </w:r>
    </w:p>
    <w:p>
      <w:pPr>
        <w:pStyle w:val="Heading2"/>
      </w:pPr>
      <w:r>
        <w:t>Key Verse</w:t>
      </w:r>
    </w:p>
    <w:p>
      <w:r>
        <w:t>Ezekiel 18:30 (ESV) – “Therefore I will judge you, O house of Israel, every one according to his ways, declares the Lord GOD. Repent and turn from all your transgressions, lest iniquity be your ruin.”</w:t>
      </w:r>
    </w:p>
    <w:p>
      <w:pPr>
        <w:pStyle w:val="Heading2"/>
      </w:pPr>
      <w:r>
        <w:t>Teaching</w:t>
      </w:r>
    </w:p>
    <w:p>
      <w:r>
        <w:t>God emphasizes personal responsibility—each person is accountable. Israel’s history is recounted, showing God’s grace and the people’s rebellion. The call to repentance remains clear.</w:t>
      </w:r>
    </w:p>
    <w:p>
      <w:pPr>
        <w:pStyle w:val="Heading2"/>
      </w:pPr>
      <w:r>
        <w:t>Reflection Questions</w:t>
      </w:r>
    </w:p>
    <w:p>
      <w:r>
        <w:t>- How do these chapters change your view of personal responsibility?</w:t>
      </w:r>
    </w:p>
    <w:p>
      <w:r>
        <w:t>- Why is repentance emphasized so strongly?</w:t>
      </w:r>
    </w:p>
    <w:p>
      <w:pPr>
        <w:pStyle w:val="Heading2"/>
      </w:pPr>
      <w:r>
        <w:t>Application</w:t>
      </w:r>
    </w:p>
    <w:p>
      <w:r>
        <w:t>Take personal responsibility for your sin. Turn to God with sincere repentance.</w:t>
      </w:r>
    </w:p>
    <w:p>
      <w:pPr>
        <w:pStyle w:val="Heading2"/>
      </w:pPr>
      <w:r>
        <w:t>Cross-References</w:t>
      </w:r>
    </w:p>
    <w:p>
      <w:r>
        <w:t>- Deuteronomy 30:19</w:t>
      </w:r>
    </w:p>
    <w:p>
      <w:r>
        <w:t>- Romans 2:6–11</w:t>
      </w:r>
    </w:p>
    <w:p>
      <w:r>
        <w:t>- 1 John 1:9</w:t>
      </w:r>
    </w:p>
    <w:p>
      <w:pPr>
        <w:pStyle w:val="Heading1"/>
      </w:pPr>
      <w:r>
        <w:t>Lesson 7: Ezekiel 21–24 – The Final Warnings Before Jerusalem Falls</w:t>
      </w:r>
    </w:p>
    <w:p>
      <w:pPr>
        <w:pStyle w:val="Heading2"/>
      </w:pPr>
      <w:r>
        <w:t>Key Verse</w:t>
      </w:r>
    </w:p>
    <w:p>
      <w:r>
        <w:t>Ezekiel 24:14 (ESV) – “I am the LORD. I have spoken; it shall come to pass; I will do it. I will not go back…”</w:t>
      </w:r>
    </w:p>
    <w:p>
      <w:pPr>
        <w:pStyle w:val="Heading2"/>
      </w:pPr>
      <w:r>
        <w:t>Teaching</w:t>
      </w:r>
    </w:p>
    <w:p>
      <w:r>
        <w:t>Judgment is now certain. God uses parables and direct prophecy to show the severity of what is to come. Ezekiel’s own wife dies as a sign, and he is told not to mourn—showing the depth of the coming grief.</w:t>
      </w:r>
    </w:p>
    <w:p>
      <w:pPr>
        <w:pStyle w:val="Heading2"/>
      </w:pPr>
      <w:r>
        <w:t>Reflection Questions</w:t>
      </w:r>
    </w:p>
    <w:p>
      <w:r>
        <w:t>- What does God’s consistency in judgment reveal about His character?</w:t>
      </w:r>
    </w:p>
    <w:p>
      <w:r>
        <w:t>- How should we respond when we see God's judgment in Scripture?</w:t>
      </w:r>
    </w:p>
    <w:p>
      <w:pPr>
        <w:pStyle w:val="Heading2"/>
      </w:pPr>
      <w:r>
        <w:t>Application</w:t>
      </w:r>
    </w:p>
    <w:p>
      <w:r>
        <w:t>Trust God’s justice. Let it drive you to humility and deeper devotion.</w:t>
      </w:r>
    </w:p>
    <w:p>
      <w:pPr>
        <w:pStyle w:val="Heading2"/>
      </w:pPr>
      <w:r>
        <w:t>Cross-References</w:t>
      </w:r>
    </w:p>
    <w:p>
      <w:r>
        <w:t>- Lamentations 1:1–5</w:t>
      </w:r>
    </w:p>
    <w:p>
      <w:r>
        <w:t>- Hebrews 12:28–29</w:t>
      </w:r>
    </w:p>
    <w:p>
      <w:r>
        <w:t>- Revelation 6:15–17</w:t>
      </w:r>
    </w:p>
    <w:p>
      <w:pPr>
        <w:pStyle w:val="Heading1"/>
      </w:pPr>
      <w:r>
        <w:t>Lesson 8: Ezekiel 25–32 – God Judges the Nations</w:t>
      </w:r>
    </w:p>
    <w:p>
      <w:pPr>
        <w:pStyle w:val="Heading2"/>
      </w:pPr>
      <w:r>
        <w:t>Key Verse</w:t>
      </w:r>
    </w:p>
    <w:p>
      <w:r>
        <w:t>Ezekiel 30:19 (ESV) – “Thus I will execute judgments on Egypt. Then they will know that I am the LORD.”</w:t>
      </w:r>
    </w:p>
    <w:p>
      <w:pPr>
        <w:pStyle w:val="Heading2"/>
      </w:pPr>
      <w:r>
        <w:t>Teaching</w:t>
      </w:r>
    </w:p>
    <w:p>
      <w:r>
        <w:t>God turns His attention to the surrounding nations—Ammon, Moab, Edom, Philistia, Tyre, Sidon, and Egypt. These judgments show God's sovereignty over all nations and His defense of His holiness and people.</w:t>
      </w:r>
    </w:p>
    <w:p>
      <w:pPr>
        <w:pStyle w:val="Heading2"/>
      </w:pPr>
      <w:r>
        <w:t>Reflection Questions</w:t>
      </w:r>
    </w:p>
    <w:p>
      <w:r>
        <w:t>- Why is it important to know that God is sovereign over all nations?</w:t>
      </w:r>
    </w:p>
    <w:p>
      <w:r>
        <w:t>- How should nations respond to God’s justice?</w:t>
      </w:r>
    </w:p>
    <w:p>
      <w:pPr>
        <w:pStyle w:val="Heading2"/>
      </w:pPr>
      <w:r>
        <w:t>Application</w:t>
      </w:r>
    </w:p>
    <w:p>
      <w:r>
        <w:t>Pray for leaders and nations to seek righteousness. Trust God is in control of world events.</w:t>
      </w:r>
    </w:p>
    <w:p>
      <w:pPr>
        <w:pStyle w:val="Heading2"/>
      </w:pPr>
      <w:r>
        <w:t>Cross-References</w:t>
      </w:r>
    </w:p>
    <w:p>
      <w:r>
        <w:t>- Psalm 2</w:t>
      </w:r>
    </w:p>
    <w:p>
      <w:r>
        <w:t>- Acts 17:26–31</w:t>
      </w:r>
    </w:p>
    <w:p>
      <w:r>
        <w:t>- Revelation 19:11–16</w:t>
      </w:r>
    </w:p>
    <w:p>
      <w:pPr>
        <w:pStyle w:val="Heading1"/>
      </w:pPr>
      <w:r>
        <w:t>Lesson 9: Ezekiel 33–34 – Watchmen and Shepherds</w:t>
      </w:r>
    </w:p>
    <w:p>
      <w:pPr>
        <w:pStyle w:val="Heading2"/>
      </w:pPr>
      <w:r>
        <w:t>Key Verse</w:t>
      </w:r>
    </w:p>
    <w:p>
      <w:r>
        <w:t>Ezekiel 33:11 (ESV) – “Say to them, As I live, declares the Lord GOD, I have no pleasure in the death of the wicked…”</w:t>
      </w:r>
    </w:p>
    <w:p>
      <w:pPr>
        <w:pStyle w:val="Heading2"/>
      </w:pPr>
      <w:r>
        <w:t>Teaching</w:t>
      </w:r>
    </w:p>
    <w:p>
      <w:r>
        <w:t>Ezekiel is reaffirmed as a watchman, and God rebukes the false shepherds of Israel. In contrast, God promises to be the Good Shepherd who will seek and save His sheep.</w:t>
      </w:r>
    </w:p>
    <w:p>
      <w:pPr>
        <w:pStyle w:val="Heading2"/>
      </w:pPr>
      <w:r>
        <w:t>Reflection Questions</w:t>
      </w:r>
    </w:p>
    <w:p>
      <w:r>
        <w:t>- What does it mean to be a watchman?</w:t>
      </w:r>
    </w:p>
    <w:p>
      <w:r>
        <w:t>- How does God’s role as Shepherd encourage you?</w:t>
      </w:r>
    </w:p>
    <w:p>
      <w:pPr>
        <w:pStyle w:val="Heading2"/>
      </w:pPr>
      <w:r>
        <w:t>Application</w:t>
      </w:r>
    </w:p>
    <w:p>
      <w:r>
        <w:t>Be vigilant in speaking truth. Trust the Lord to shepherd your life and protect His people.</w:t>
      </w:r>
    </w:p>
    <w:p>
      <w:pPr>
        <w:pStyle w:val="Heading2"/>
      </w:pPr>
      <w:r>
        <w:t>Cross-References</w:t>
      </w:r>
    </w:p>
    <w:p>
      <w:r>
        <w:t>- Psalm 23</w:t>
      </w:r>
    </w:p>
    <w:p>
      <w:r>
        <w:t>- John 10:11–16</w:t>
      </w:r>
    </w:p>
    <w:p>
      <w:r>
        <w:t>- 1 Peter 5:1–4</w:t>
      </w:r>
    </w:p>
    <w:p>
      <w:pPr>
        <w:pStyle w:val="Heading1"/>
      </w:pPr>
      <w:r>
        <w:t>Lesson 10: Ezekiel 35–37 – A New Heart and the Valley of Dry Bones</w:t>
      </w:r>
    </w:p>
    <w:p>
      <w:pPr>
        <w:pStyle w:val="Heading2"/>
      </w:pPr>
      <w:r>
        <w:t>Key Verse</w:t>
      </w:r>
    </w:p>
    <w:p>
      <w:r>
        <w:t>Ezekiel 36:26 (ESV) – “And I will give you a new heart, and a new spirit I will put within you. And I will remove the heart of stone from your flesh and give you a heart of flesh.”</w:t>
      </w:r>
    </w:p>
    <w:p>
      <w:pPr>
        <w:pStyle w:val="Heading2"/>
      </w:pPr>
      <w:r>
        <w:t>Teaching</w:t>
      </w:r>
    </w:p>
    <w:p>
      <w:r>
        <w:t>After judgment, God begins to reveal His plan for restoration. Mount Seir is judged, but then promises pour out for Israel: cleansing, renewal, and spiritual transformation. Ezekiel’s vision of the valley of dry bones is a vivid picture of God's power to bring life from death.</w:t>
      </w:r>
    </w:p>
    <w:p>
      <w:pPr>
        <w:pStyle w:val="Heading2"/>
      </w:pPr>
      <w:r>
        <w:t>Reflection Questions</w:t>
      </w:r>
    </w:p>
    <w:p>
      <w:r>
        <w:t>- What does the new heart represent?</w:t>
      </w:r>
    </w:p>
    <w:p>
      <w:r>
        <w:t>- What areas of your life feel like “dry bones” in need of revival?</w:t>
      </w:r>
    </w:p>
    <w:p>
      <w:pPr>
        <w:pStyle w:val="Heading2"/>
      </w:pPr>
      <w:r>
        <w:t>Application</w:t>
      </w:r>
    </w:p>
    <w:p>
      <w:r>
        <w:t>Ask God to renew your heart and breathe life into your spiritual walk. Trust in His transforming power.</w:t>
      </w:r>
    </w:p>
    <w:p>
      <w:pPr>
        <w:pStyle w:val="Heading2"/>
      </w:pPr>
      <w:r>
        <w:t>Cross-References</w:t>
      </w:r>
    </w:p>
    <w:p>
      <w:r>
        <w:t>- Jeremiah 31:31–34</w:t>
      </w:r>
    </w:p>
    <w:p>
      <w:r>
        <w:t>- Romans 6:4</w:t>
      </w:r>
    </w:p>
    <w:p>
      <w:r>
        <w:t>- 2 Corinthians 5:17</w:t>
      </w:r>
    </w:p>
    <w:p>
      <w:pPr>
        <w:pStyle w:val="Heading1"/>
      </w:pPr>
      <w:r>
        <w:t>Lesson 11: Ezekiel 38–39 – Gog and Magog: God’s Final Victory</w:t>
      </w:r>
    </w:p>
    <w:p>
      <w:pPr>
        <w:pStyle w:val="Heading2"/>
      </w:pPr>
      <w:r>
        <w:t>Key Verse</w:t>
      </w:r>
    </w:p>
    <w:p>
      <w:r>
        <w:t>Ezekiel 39:7 (ESV) – “And my holy name I will make known in the midst of my people Israel, and I will not let my holy name be profaned anymore…”</w:t>
      </w:r>
    </w:p>
    <w:p>
      <w:pPr>
        <w:pStyle w:val="Heading2"/>
      </w:pPr>
      <w:r>
        <w:t>Teaching</w:t>
      </w:r>
    </w:p>
    <w:p>
      <w:r>
        <w:t>Chapters 38–39 describe an apocalyptic battle involving Gog and Magog. Though symbolic and debated in interpretation, the message is clear: God will decisively defeat evil and uphold His name before all nations.</w:t>
      </w:r>
    </w:p>
    <w:p>
      <w:pPr>
        <w:pStyle w:val="Heading2"/>
      </w:pPr>
      <w:r>
        <w:t>Reflection Questions</w:t>
      </w:r>
    </w:p>
    <w:p>
      <w:r>
        <w:t>- What do these chapters teach you about God’s control over the future?</w:t>
      </w:r>
    </w:p>
    <w:p>
      <w:r>
        <w:t>- How does God’s justice give you hope?</w:t>
      </w:r>
    </w:p>
    <w:p>
      <w:pPr>
        <w:pStyle w:val="Heading2"/>
      </w:pPr>
      <w:r>
        <w:t>Application</w:t>
      </w:r>
    </w:p>
    <w:p>
      <w:r>
        <w:t>Live with hope, knowing that God will bring justice and ultimate victory. Be confident in His plans, even when the world seems chaotic.</w:t>
      </w:r>
    </w:p>
    <w:p>
      <w:pPr>
        <w:pStyle w:val="Heading2"/>
      </w:pPr>
      <w:r>
        <w:t>Cross-References</w:t>
      </w:r>
    </w:p>
    <w:p>
      <w:r>
        <w:t>- Revelation 20:7–10</w:t>
      </w:r>
    </w:p>
    <w:p>
      <w:r>
        <w:t>- Psalm 46:8–11</w:t>
      </w:r>
    </w:p>
    <w:p>
      <w:r>
        <w:t>- Isaiah 54:17</w:t>
      </w:r>
    </w:p>
    <w:p>
      <w:pPr>
        <w:pStyle w:val="Heading1"/>
      </w:pPr>
      <w:r>
        <w:t>Lesson 12: Ezekiel 40–46 – The Vision of the New Temple</w:t>
      </w:r>
    </w:p>
    <w:p>
      <w:pPr>
        <w:pStyle w:val="Heading2"/>
      </w:pPr>
      <w:r>
        <w:t>Key Verse</w:t>
      </w:r>
    </w:p>
    <w:p>
      <w:r>
        <w:t>Ezekiel 43:5 (ESV) – “The Spirit lifted me up and brought me into the inner court; and behold, the glory of the LORD filled the temple.”</w:t>
      </w:r>
    </w:p>
    <w:p>
      <w:pPr>
        <w:pStyle w:val="Heading2"/>
      </w:pPr>
      <w:r>
        <w:t>Teaching</w:t>
      </w:r>
    </w:p>
    <w:p>
      <w:r>
        <w:t>Ezekiel is shown a future temple—detailed and perfect. Interpretations vary (literal, symbolic, millennial), but the temple represents God’s restored presence with His people. The glory of the Lord returns, and proper worship is reestablished.</w:t>
      </w:r>
    </w:p>
    <w:p>
      <w:pPr>
        <w:pStyle w:val="Heading2"/>
      </w:pPr>
      <w:r>
        <w:t>Reflection Questions</w:t>
      </w:r>
    </w:p>
    <w:p>
      <w:r>
        <w:t>- What does the return of God’s glory teach us about His desire for fellowship?</w:t>
      </w:r>
    </w:p>
    <w:p>
      <w:r>
        <w:t>- Why is worship so central to restoration?</w:t>
      </w:r>
    </w:p>
    <w:p>
      <w:pPr>
        <w:pStyle w:val="Heading2"/>
      </w:pPr>
      <w:r>
        <w:t>Application</w:t>
      </w:r>
    </w:p>
    <w:p>
      <w:r>
        <w:t>Prioritize true worship in your life. Let every part of your life be a place for God’s glory to dwell.</w:t>
      </w:r>
    </w:p>
    <w:p>
      <w:pPr>
        <w:pStyle w:val="Heading2"/>
      </w:pPr>
      <w:r>
        <w:t>Cross-References</w:t>
      </w:r>
    </w:p>
    <w:p>
      <w:r>
        <w:t>- 1 Kings 8:10–11</w:t>
      </w:r>
    </w:p>
    <w:p>
      <w:r>
        <w:t>- John 4:23–24</w:t>
      </w:r>
    </w:p>
    <w:p>
      <w:r>
        <w:t>- 1 Corinthians 6:19</w:t>
      </w:r>
    </w:p>
    <w:p>
      <w:pPr>
        <w:pStyle w:val="Heading1"/>
      </w:pPr>
      <w:r>
        <w:t>Lesson 13: Ezekiel 47–48 – The River of Life and the Promised Inheritance</w:t>
      </w:r>
    </w:p>
    <w:p>
      <w:pPr>
        <w:pStyle w:val="Heading2"/>
      </w:pPr>
      <w:r>
        <w:t>Key Verse</w:t>
      </w:r>
    </w:p>
    <w:p>
      <w:r>
        <w:t>Ezekiel 47:9 (ESV) – “And wherever the river goes, every living creature that swarms will live… so everything will live where the river goes.”</w:t>
      </w:r>
    </w:p>
    <w:p>
      <w:pPr>
        <w:pStyle w:val="Heading2"/>
      </w:pPr>
      <w:r>
        <w:t>Teaching</w:t>
      </w:r>
    </w:p>
    <w:p>
      <w:r>
        <w:t>Ezekiel sees a river flowing from the temple, bringing life to the land. It’s a vivid image of God’s life-giving presence and abundance. The final chapters describe the division of the land among the tribes, emphasizing restoration and peace.</w:t>
      </w:r>
    </w:p>
    <w:p>
      <w:pPr>
        <w:pStyle w:val="Heading2"/>
      </w:pPr>
      <w:r>
        <w:t>Reflection Questions</w:t>
      </w:r>
    </w:p>
    <w:p>
      <w:r>
        <w:t>- What does the river symbolize in your spiritual life?</w:t>
      </w:r>
    </w:p>
    <w:p>
      <w:r>
        <w:t>- How does this conclusion give you hope for the future?</w:t>
      </w:r>
    </w:p>
    <w:p>
      <w:pPr>
        <w:pStyle w:val="Heading2"/>
      </w:pPr>
      <w:r>
        <w:t>Application</w:t>
      </w:r>
    </w:p>
    <w:p>
      <w:r>
        <w:t>Live in the life and abundance that flow from God’s presence. Rejoice in the inheritance promised to God’s people.</w:t>
      </w:r>
    </w:p>
    <w:p>
      <w:pPr>
        <w:pStyle w:val="Heading2"/>
      </w:pPr>
      <w:r>
        <w:t>Cross-References</w:t>
      </w:r>
    </w:p>
    <w:p>
      <w:r>
        <w:t>- Psalm 1:3</w:t>
      </w:r>
    </w:p>
    <w:p>
      <w:r>
        <w:t>- Revelation 22:1–2</w:t>
      </w:r>
    </w:p>
    <w:p>
      <w:r>
        <w:t>- Romans 8:16–17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