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Exodus Bible Study</w:t>
      </w:r>
    </w:p>
    <w:p>
      <w:pPr>
        <w:pStyle w:val="Heading1"/>
      </w:pPr>
      <w:r>
        <w:t>Lesson 1: Introduction and Background</w:t>
      </w:r>
    </w:p>
    <w:p>
      <w:r>
        <w:t>Teaching: Exodus is the continuation of the Genesis narrative. It records the Israelites’ oppression in Egypt, God’s call of Moses, the ten plagues, the Exodus, the giving of the Law, and the instructions for worship. The book centers around God’s redemptive plan and His covenant relationship with Israel. Written by Moses, it reflects both historical events and God’s theological purposes.</w:t>
      </w:r>
    </w:p>
    <w:p>
      <w:r>
        <w:t>Key Verse: Exodus 6:7 – “I will take you to be my people, and I will be your God…”</w:t>
      </w:r>
    </w:p>
    <w:p>
      <w:r>
        <w:t>Reflection Questions:</w:t>
      </w:r>
    </w:p>
    <w:p>
      <w:pPr>
        <w:pStyle w:val="ListBullet"/>
      </w:pPr>
      <w:r>
        <w:t>- What does Exodus reveal about God’s character?</w:t>
      </w:r>
    </w:p>
    <w:p>
      <w:pPr>
        <w:pStyle w:val="ListBullet"/>
      </w:pPr>
      <w:r>
        <w:t>- Why is it important to remember God's faithfulness in past generations?</w:t>
      </w:r>
    </w:p>
    <w:p>
      <w:pPr>
        <w:pStyle w:val="ListBullet"/>
      </w:pPr>
      <w:r>
        <w:t>- How do you see God's plan of redemption unfolding?</w:t>
      </w:r>
    </w:p>
    <w:p>
      <w:r>
        <w:t>Application: Reflect on areas where you need to trust God for deliverance or direction. Acknowledge His sovereignty over history and your life.</w:t>
      </w:r>
    </w:p>
    <w:p>
      <w:r>
        <w:t>Cross-References: Genesis 15:13-14; Acts 7:17-36; Hebrews 11:23-29</w:t>
      </w:r>
    </w:p>
    <w:p>
      <w:pPr>
        <w:pStyle w:val="Heading1"/>
      </w:pPr>
      <w:r>
        <w:t>Lesson 2: God Sees and Sends (Exodus 1–4)</w:t>
      </w:r>
    </w:p>
    <w:p>
      <w:r>
        <w:t>Teaching: The Israelites suffer under Egyptian bondage, but God sees their affliction and raises up Moses to lead them. Despite his doubts, God equips Moses and reveals His personal name: “I AM.”</w:t>
      </w:r>
    </w:p>
    <w:p>
      <w:r>
        <w:t>Key Verse: Exodus 3:14 – “God said to Moses, ‘I AM WHO I AM.’”</w:t>
      </w:r>
    </w:p>
    <w:p>
      <w:r>
        <w:t>Reflection Questions:</w:t>
      </w:r>
    </w:p>
    <w:p>
      <w:pPr>
        <w:pStyle w:val="ListBullet"/>
      </w:pPr>
      <w:r>
        <w:t>- What does God’s name “I AM” reveal about Him?</w:t>
      </w:r>
    </w:p>
    <w:p>
      <w:pPr>
        <w:pStyle w:val="ListBullet"/>
      </w:pPr>
      <w:r>
        <w:t>- How does Moses’ call encourage us when we feel unqualified?</w:t>
      </w:r>
    </w:p>
    <w:p>
      <w:pPr>
        <w:pStyle w:val="ListBullet"/>
      </w:pPr>
      <w:r>
        <w:t>- How do you handle doubt in following God?</w:t>
      </w:r>
    </w:p>
    <w:p>
      <w:r>
        <w:t>Application: Surrender excuses. God uses willing hearts, not perfect people.</w:t>
      </w:r>
    </w:p>
    <w:p>
      <w:r>
        <w:t>Cross-References: Genesis 50:24-25; Jeremiah 1:6-8; Acts 7:30-34</w:t>
      </w:r>
    </w:p>
    <w:p>
      <w:pPr>
        <w:pStyle w:val="Heading1"/>
      </w:pPr>
      <w:r>
        <w:t>Lesson 3: God Demonstrates Power (Exodus 5–7)</w:t>
      </w:r>
    </w:p>
    <w:p>
      <w:r>
        <w:t>Teaching: Pharaoh refuses to release Israel. God reveals His plan through signs and judgments. The confrontation between God's will and Pharaoh’s pride begins.</w:t>
      </w:r>
    </w:p>
    <w:p>
      <w:r>
        <w:t>Key Verse: Exodus 7:5 – “The Egyptians shall know that I am the LORD…”</w:t>
      </w:r>
    </w:p>
    <w:p>
      <w:r>
        <w:t>Reflection Questions:</w:t>
      </w:r>
    </w:p>
    <w:p>
      <w:pPr>
        <w:pStyle w:val="ListBullet"/>
      </w:pPr>
      <w:r>
        <w:t>- How does God use resistance to demonstrate His glory?</w:t>
      </w:r>
    </w:p>
    <w:p>
      <w:pPr>
        <w:pStyle w:val="ListBullet"/>
      </w:pPr>
      <w:r>
        <w:t>- What is your response when obedience leads to hardship?</w:t>
      </w:r>
    </w:p>
    <w:p>
      <w:pPr>
        <w:pStyle w:val="ListBullet"/>
      </w:pPr>
      <w:r>
        <w:t>- Why is God's timing often different from ours?</w:t>
      </w:r>
    </w:p>
    <w:p>
      <w:r>
        <w:t>Application: Trust God's sovereignty even when opposition grows.</w:t>
      </w:r>
    </w:p>
    <w:p>
      <w:r>
        <w:t>Cross-References: Romans 9:17; Isaiah 55:8-9; Psalm 105:26-36</w:t>
      </w:r>
    </w:p>
    <w:p>
      <w:pPr>
        <w:pStyle w:val="Heading1"/>
      </w:pPr>
      <w:r>
        <w:t>Lesson 4: God Judges Egypt (Exodus 8–10)</w:t>
      </w:r>
    </w:p>
    <w:p>
      <w:r>
        <w:t>Teaching: God sends plagues to confront Egypt’s false gods and to compel Pharaoh. Each plague showcases God's supreme authority.</w:t>
      </w:r>
    </w:p>
    <w:p>
      <w:r>
        <w:t>Key Verse: Exodus 9:16 – “But for this purpose I have raised you up…”</w:t>
      </w:r>
    </w:p>
    <w:p>
      <w:r>
        <w:t>Reflection Questions:</w:t>
      </w:r>
    </w:p>
    <w:p>
      <w:pPr>
        <w:pStyle w:val="ListBullet"/>
      </w:pPr>
      <w:r>
        <w:t>- How do the plagues reveal God's justice and patience?</w:t>
      </w:r>
    </w:p>
    <w:p>
      <w:pPr>
        <w:pStyle w:val="ListBullet"/>
      </w:pPr>
      <w:r>
        <w:t>- What idols does God expose in your life?</w:t>
      </w:r>
    </w:p>
    <w:p>
      <w:pPr>
        <w:pStyle w:val="ListBullet"/>
      </w:pPr>
      <w:r>
        <w:t>- How can hardship bring people to repentance?</w:t>
      </w:r>
    </w:p>
    <w:p>
      <w:r>
        <w:t>Application: Examine where you resist God's authority. Repent and trust His ways.</w:t>
      </w:r>
    </w:p>
    <w:p>
      <w:r>
        <w:t>Cross-References: Exodus 12:12; Revelation 9:20-21; 2 Peter 3:9</w:t>
      </w:r>
    </w:p>
    <w:p>
      <w:pPr>
        <w:pStyle w:val="Heading1"/>
      </w:pPr>
      <w:r>
        <w:t>Lesson 5: The Final Blow (Exodus 11–13)</w:t>
      </w:r>
    </w:p>
    <w:p>
      <w:r>
        <w:t>Teaching: The final plague—the death of the firstborn—leads to the institution of the Passover and the Israelites’ release. God’s deliverance is secured through the blood of the lamb.</w:t>
      </w:r>
    </w:p>
    <w:p>
      <w:r>
        <w:t>Key Verse: Exodus 12:13 – “When I see the blood, I will pass over you…”</w:t>
      </w:r>
    </w:p>
    <w:p>
      <w:r>
        <w:t>Reflection Questions:</w:t>
      </w:r>
    </w:p>
    <w:p>
      <w:pPr>
        <w:pStyle w:val="ListBullet"/>
      </w:pPr>
      <w:r>
        <w:t>- Why is the blood so central in this chapter?</w:t>
      </w:r>
    </w:p>
    <w:p>
      <w:pPr>
        <w:pStyle w:val="ListBullet"/>
      </w:pPr>
      <w:r>
        <w:t>- How does the Passover foreshadow Christ?</w:t>
      </w:r>
    </w:p>
    <w:p>
      <w:pPr>
        <w:pStyle w:val="ListBullet"/>
      </w:pPr>
      <w:r>
        <w:t>- What does obedience to God's instructions say about faith?</w:t>
      </w:r>
    </w:p>
    <w:p>
      <w:r>
        <w:t>Application: Remember God's deliverance in your life. Rejoice in Christ, your Passover Lamb.</w:t>
      </w:r>
    </w:p>
    <w:p>
      <w:r>
        <w:t>Cross-References: 1 Corinthians 5:7; Hebrews 11:28; John 1:29</w:t>
      </w:r>
    </w:p>
    <w:p>
      <w:pPr>
        <w:pStyle w:val="Heading1"/>
      </w:pPr>
      <w:r>
        <w:t>Lesson 6: God Leads and Delivers (Exodus 14–15)</w:t>
      </w:r>
    </w:p>
    <w:p>
      <w:r>
        <w:t>Teaching: God parts the Red Sea, delivering Israel and defeating Egypt. The people respond with praise. God proves He is both Savior and Defender.</w:t>
      </w:r>
    </w:p>
    <w:p>
      <w:r>
        <w:t>Key Verse: Exodus 14:14 – “The LORD will fight for you…”</w:t>
      </w:r>
    </w:p>
    <w:p>
      <w:r>
        <w:t>Reflection Questions:</w:t>
      </w:r>
    </w:p>
    <w:p>
      <w:pPr>
        <w:pStyle w:val="ListBullet"/>
      </w:pPr>
      <w:r>
        <w:t>- What does the Red Sea crossing teach about God’s power?</w:t>
      </w:r>
    </w:p>
    <w:p>
      <w:pPr>
        <w:pStyle w:val="ListBullet"/>
      </w:pPr>
      <w:r>
        <w:t>- Why is worship the right response to God’s deliverance?</w:t>
      </w:r>
    </w:p>
    <w:p>
      <w:pPr>
        <w:pStyle w:val="ListBullet"/>
      </w:pPr>
      <w:r>
        <w:t>- What does it mean to let the Lord fight your battles?</w:t>
      </w:r>
    </w:p>
    <w:p>
      <w:r>
        <w:t>Application: Praise God for past victories. Trust Him with today’s challenges.</w:t>
      </w:r>
    </w:p>
    <w:p>
      <w:r>
        <w:t>Cross-References: Psalm 106:8-12; Isaiah 43:16-17; Hebrews 11:29</w:t>
      </w:r>
    </w:p>
    <w:p>
      <w:pPr>
        <w:pStyle w:val="Heading1"/>
      </w:pPr>
      <w:r>
        <w:t>Lesson 7: God Provides (Exodus 16–18)</w:t>
      </w:r>
    </w:p>
    <w:p>
      <w:r>
        <w:t>Teaching: As Israel journeys through the wilderness, God provides manna, water, and victory over enemies. He shows that He is both Provider and Sustainer.</w:t>
      </w:r>
    </w:p>
    <w:p>
      <w:r>
        <w:t>Key Verse: Exodus 16:4 – “I will rain bread from heaven for you…”</w:t>
      </w:r>
    </w:p>
    <w:p>
      <w:r>
        <w:t>Reflection Questions:</w:t>
      </w:r>
    </w:p>
    <w:p>
      <w:pPr>
        <w:pStyle w:val="ListBullet"/>
      </w:pPr>
      <w:r>
        <w:t>- What lessons are learned through daily dependence?</w:t>
      </w:r>
    </w:p>
    <w:p>
      <w:pPr>
        <w:pStyle w:val="ListBullet"/>
      </w:pPr>
      <w:r>
        <w:t>- How does God provide for your needs today?</w:t>
      </w:r>
    </w:p>
    <w:p>
      <w:pPr>
        <w:pStyle w:val="ListBullet"/>
      </w:pPr>
      <w:r>
        <w:t>- What role does obedience play in receiving provision?</w:t>
      </w:r>
    </w:p>
    <w:p>
      <w:r>
        <w:t>Application: Trust God daily. Seek Him first and depend on His sufficiency.</w:t>
      </w:r>
    </w:p>
    <w:p>
      <w:r>
        <w:t>Cross-References: Matthew 6:11; John 6:32-35; Philippians 4:19</w:t>
      </w:r>
    </w:p>
    <w:p>
      <w:pPr>
        <w:pStyle w:val="Heading1"/>
      </w:pPr>
      <w:r>
        <w:t>Lesson 8: God Declares His Covenant (Exodus 19–20)</w:t>
      </w:r>
    </w:p>
    <w:p>
      <w:r>
        <w:t>Teaching: God reveals Himself at Mount Sinai and gives the Ten Commandments, defining the covenant relationship with His people.</w:t>
      </w:r>
    </w:p>
    <w:p>
      <w:r>
        <w:t>Key Verse: Exodus 20:2 – “I am the LORD your God…”</w:t>
      </w:r>
    </w:p>
    <w:p>
      <w:r>
        <w:t>Reflection Questions:</w:t>
      </w:r>
    </w:p>
    <w:p>
      <w:pPr>
        <w:pStyle w:val="ListBullet"/>
      </w:pPr>
      <w:r>
        <w:t>- Why does God begin with who He is before giving commands?</w:t>
      </w:r>
    </w:p>
    <w:p>
      <w:pPr>
        <w:pStyle w:val="ListBullet"/>
      </w:pPr>
      <w:r>
        <w:t>- How do the Ten Commandments reflect God's nature?</w:t>
      </w:r>
    </w:p>
    <w:p>
      <w:pPr>
        <w:pStyle w:val="ListBullet"/>
      </w:pPr>
      <w:r>
        <w:t>- How should we respond to God's holiness?</w:t>
      </w:r>
    </w:p>
    <w:p>
      <w:r>
        <w:t>Application: Honor God with reverence. Live in obedience as an act of worship.</w:t>
      </w:r>
    </w:p>
    <w:p>
      <w:r>
        <w:t>Cross-References: Deuteronomy 5:6-21; Romans 7:7; Matthew 5:17-20</w:t>
      </w:r>
    </w:p>
    <w:p>
      <w:pPr>
        <w:pStyle w:val="Heading1"/>
      </w:pPr>
      <w:r>
        <w:t>Lesson 9: God Institutes Justice (Exodus 21–24)</w:t>
      </w:r>
    </w:p>
    <w:p>
      <w:r>
        <w:t>Teaching: God outlines social and civil laws to govern Israel justly. His covenant includes mercy, order, and accountability.</w:t>
      </w:r>
    </w:p>
    <w:p>
      <w:r>
        <w:t>Key Verse: Exodus 24:7 – “All that the LORD has spoken we will do…”</w:t>
      </w:r>
    </w:p>
    <w:p>
      <w:r>
        <w:t>Reflection Questions:</w:t>
      </w:r>
    </w:p>
    <w:p>
      <w:pPr>
        <w:pStyle w:val="ListBullet"/>
      </w:pPr>
      <w:r>
        <w:t>- What do these laws reveal about God's justice?</w:t>
      </w:r>
    </w:p>
    <w:p>
      <w:pPr>
        <w:pStyle w:val="ListBullet"/>
      </w:pPr>
      <w:r>
        <w:t>- How does obedience reflect covenant relationship?</w:t>
      </w:r>
    </w:p>
    <w:p>
      <w:pPr>
        <w:pStyle w:val="ListBullet"/>
      </w:pPr>
      <w:r>
        <w:t>- What makes God's laws different from man’s systems?</w:t>
      </w:r>
    </w:p>
    <w:p>
      <w:r>
        <w:t>Application: Submit to God's rule in all areas of life. Pursue justice with compassion.</w:t>
      </w:r>
    </w:p>
    <w:p>
      <w:r>
        <w:t>Cross-References: Micah 6:8; Romans 13:1-7; Galatians 3:24</w:t>
      </w:r>
    </w:p>
    <w:p>
      <w:pPr>
        <w:pStyle w:val="Heading1"/>
      </w:pPr>
      <w:r>
        <w:t>Lesson 10: God Desires Worship (Exodus 25–31)</w:t>
      </w:r>
    </w:p>
    <w:p>
      <w:r>
        <w:t>Teaching: God gives detailed instructions for the tabernacle and priesthood. These reflect God's desire to dwell among His people and be worshiped in holiness.</w:t>
      </w:r>
    </w:p>
    <w:p>
      <w:r>
        <w:t>Key Verse: Exodus 25:8 – “Let them make me a sanctuary…”</w:t>
      </w:r>
    </w:p>
    <w:p>
      <w:r>
        <w:t>Reflection Questions:</w:t>
      </w:r>
    </w:p>
    <w:p>
      <w:pPr>
        <w:pStyle w:val="ListBullet"/>
      </w:pPr>
      <w:r>
        <w:t>- Why are the tabernacle details important?</w:t>
      </w:r>
    </w:p>
    <w:p>
      <w:pPr>
        <w:pStyle w:val="ListBullet"/>
      </w:pPr>
      <w:r>
        <w:t>- What does this reveal about God’s presence and worship?</w:t>
      </w:r>
    </w:p>
    <w:p>
      <w:pPr>
        <w:pStyle w:val="ListBullet"/>
      </w:pPr>
      <w:r>
        <w:t>- How can we honor God in how we worship?</w:t>
      </w:r>
    </w:p>
    <w:p>
      <w:r>
        <w:t>Application: Worship God intentionally and reverently. Create space in your life for His presence.</w:t>
      </w:r>
    </w:p>
    <w:p>
      <w:r>
        <w:t>Cross-References: Hebrews 8:5; John 1:14; 1 Corinthians 3:16-17</w:t>
      </w:r>
    </w:p>
    <w:p>
      <w:pPr>
        <w:pStyle w:val="Heading1"/>
      </w:pPr>
      <w:r>
        <w:t>Lesson 11: Rebellion and Intercession (Exodus 32–34)</w:t>
      </w:r>
    </w:p>
    <w:p>
      <w:r>
        <w:t>Teaching: While Moses is on the mountain, Israel turns to idolatry. Yet Moses intercedes, and God reaffirms His covenant. God's mercy shines through judgment.</w:t>
      </w:r>
    </w:p>
    <w:p>
      <w:r>
        <w:t>Key Verse: Exodus 34:6 – “The LORD, a God merciful and gracious…”</w:t>
      </w:r>
    </w:p>
    <w:p>
      <w:r>
        <w:t>Reflection Questions:</w:t>
      </w:r>
    </w:p>
    <w:p>
      <w:pPr>
        <w:pStyle w:val="ListBullet"/>
      </w:pPr>
      <w:r>
        <w:t>- What led the people to worship the golden calf?</w:t>
      </w:r>
    </w:p>
    <w:p>
      <w:pPr>
        <w:pStyle w:val="ListBullet"/>
      </w:pPr>
      <w:r>
        <w:t>- How does Moses' intercession reflect Christ?</w:t>
      </w:r>
    </w:p>
    <w:p>
      <w:pPr>
        <w:pStyle w:val="ListBullet"/>
      </w:pPr>
      <w:r>
        <w:t>- What does this teach us about God's mercy?</w:t>
      </w:r>
    </w:p>
    <w:p>
      <w:r>
        <w:t>Application: Repent from idols. Intercede for others and rely on God’s mercy.</w:t>
      </w:r>
    </w:p>
    <w:p>
      <w:r>
        <w:t>Cross-References: 1 John 2:1; Romans 8:34; Psalm 106:19-23</w:t>
      </w:r>
    </w:p>
    <w:p>
      <w:pPr>
        <w:pStyle w:val="Heading1"/>
      </w:pPr>
      <w:r>
        <w:t>Lesson 12: Obedience and Glory (Exodus 35–40)</w:t>
      </w:r>
    </w:p>
    <w:p>
      <w:r>
        <w:t>Teaching: The people obey God’s instructions for building the tabernacle. God's glory fills it, symbolizing His presence with them.</w:t>
      </w:r>
    </w:p>
    <w:p>
      <w:r>
        <w:t>Key Verse: Exodus 40:34 – “Then the cloud covered the tent of meeting…”</w:t>
      </w:r>
    </w:p>
    <w:p>
      <w:r>
        <w:t>Reflection Questions:</w:t>
      </w:r>
    </w:p>
    <w:p>
      <w:pPr>
        <w:pStyle w:val="ListBullet"/>
      </w:pPr>
      <w:r>
        <w:t>- What does the obedience of the people teach us?</w:t>
      </w:r>
    </w:p>
    <w:p>
      <w:pPr>
        <w:pStyle w:val="ListBullet"/>
      </w:pPr>
      <w:r>
        <w:t>- How does God's presence change everything?</w:t>
      </w:r>
    </w:p>
    <w:p>
      <w:pPr>
        <w:pStyle w:val="ListBullet"/>
      </w:pPr>
      <w:r>
        <w:t>- How can you honor God with excellence?</w:t>
      </w:r>
    </w:p>
    <w:p>
      <w:r>
        <w:t>Application: Obey God wholeheartedly. Welcome His presence daily.</w:t>
      </w:r>
    </w:p>
    <w:p>
      <w:r>
        <w:t>Cross-References: 2 Chronicles 5:13-14; John 14:23; Revelation 21:3</w:t>
      </w:r>
    </w:p>
    <w:p>
      <w:pPr>
        <w:pStyle w:val="Heading1"/>
      </w:pPr>
      <w:r>
        <w:t>Lesson 13: Summary and Reflection</w:t>
      </w:r>
    </w:p>
    <w:p>
      <w:r>
        <w:t>Teaching: This final lesson reflects on the entire journey from slavery to worship, calling believers to respond to God's redemption with faithfulness.</w:t>
      </w:r>
    </w:p>
    <w:p>
      <w:r>
        <w:t>Key Verse: Exodus 6:6 – “I will redeem you with an outstretched arm…”</w:t>
      </w:r>
    </w:p>
    <w:p>
      <w:r>
        <w:t>Reflection Questions:</w:t>
      </w:r>
    </w:p>
    <w:p>
      <w:pPr>
        <w:pStyle w:val="ListBullet"/>
      </w:pPr>
      <w:r>
        <w:t>- What theme stood out most in Exodus?</w:t>
      </w:r>
    </w:p>
    <w:p>
      <w:pPr>
        <w:pStyle w:val="ListBullet"/>
      </w:pPr>
      <w:r>
        <w:t>- How has your view of God deepened through this study?</w:t>
      </w:r>
    </w:p>
    <w:p>
      <w:pPr>
        <w:pStyle w:val="ListBullet"/>
      </w:pPr>
      <w:r>
        <w:t>- How will you live differently in response to what you've learned?</w:t>
      </w:r>
    </w:p>
    <w:p>
      <w:r>
        <w:t>Application: Commit to live a redeemed life of worship and obedience.</w:t>
      </w:r>
    </w:p>
    <w:p>
      <w:r>
        <w:t>Cross-References: Romans 12:1; Titus 2:14; 1 Peter 2:9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