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Ecclesiastes Bible Study Series</w:t>
      </w:r>
    </w:p>
    <w:p>
      <w:pPr>
        <w:pStyle w:val="Heading2"/>
      </w:pPr>
      <w:r>
        <w:t>Lesson 1: Introduction and Background to Ecclesiastes</w:t>
      </w:r>
    </w:p>
    <w:p>
      <w:r>
        <w:t>Ecclesiastes, traditionally attributed to Solomon, explores the meaning of life and the limitations of worldly pursuits. The author refers to himself as 'the Preacher' (Hebrew: Qoheleth), suggesting a teacher or assembler of wisdom. Likely written near the end of Solomon’s life, Ecclesiastes is part of the Wisdom Literature and provides a reflective and philosophical outlook on human existence “under the sun.”</w:t>
      </w:r>
    </w:p>
    <w:p>
      <w:r>
        <w:t>Key themes include the vanity of human effort, the inevitability of death, the mystery of God’s sovereignty, and the importance of fearing God and keeping His commandments. Though often somber, Ecclesiastes ultimately points the reader to the only source of lasting meaning: God Himself.</w:t>
      </w:r>
    </w:p>
    <w:p>
      <w:r>
        <w:t>Key Verse (Ecclesiastes 1:2, ESV):</w:t>
        <w:br/>
        <w:t>"Vanity of vanities, says the Preacher, vanity of vanities! All is vanity."</w:t>
      </w:r>
    </w:p>
    <w:p>
      <w:r>
        <w:t>Reflection Questions:</w:t>
        <w:br/>
        <w:t>1. What are some ways people today try to find meaning in life?</w:t>
        <w:br/>
        <w:t>2. Why might Solomon have concluded that “all is vanity”?</w:t>
        <w:br/>
        <w:t>3. How can this perspective prepare us to seek God’s eternal truth?</w:t>
      </w:r>
    </w:p>
    <w:p>
      <w:r>
        <w:t>Application:</w:t>
        <w:br/>
        <w:t>This study will challenge you to examine your priorities and beliefs about fulfillment, success, and legacy. It invites you to shift your focus from temporary things to what is eternal.</w:t>
      </w:r>
    </w:p>
    <w:p>
      <w:r>
        <w:t>Cross-References:</w:t>
        <w:br/>
        <w:t>- Proverbs 1:7</w:t>
        <w:br/>
        <w:t>- Psalm 39:5–6</w:t>
        <w:br/>
        <w:t>- Matthew 6:19–21</w:t>
        <w:br/>
        <w:t>- Romans 8:20–21</w:t>
      </w:r>
    </w:p>
    <w:p>
      <w:pPr>
        <w:pStyle w:val="Heading2"/>
      </w:pPr>
      <w:r>
        <w:t>Lesson 2: The Futility of Human Toil (Ecclesiastes 1:1–18)</w:t>
      </w:r>
    </w:p>
    <w:p>
      <w:r>
        <w:t>Solomon observes that all human activity is repetitive and leads to no ultimate satisfaction. The natural world continues in cycles, but nothing truly changes. Wisdom itself brings sorrow when it exposes the futility of life under the sun.</w:t>
      </w:r>
    </w:p>
    <w:p>
      <w:r>
        <w:t>Key Verse (Ecclesiastes 1:14, ESV):</w:t>
        <w:br/>
        <w:t>"I have seen everything that is done under the sun, and behold, all is vanity and a striving after wind."</w:t>
      </w:r>
    </w:p>
    <w:p>
      <w:r>
        <w:t>Reflection Questions:</w:t>
        <w:br/>
        <w:t>1. How does this chapter describe the limits of human effort?</w:t>
        <w:br/>
        <w:t>2. What is the difference between knowledge and wisdom in this passage?</w:t>
        <w:br/>
        <w:t>3. Why might gaining wisdom increase sorrow?</w:t>
      </w:r>
    </w:p>
    <w:p>
      <w:r>
        <w:t>Application:</w:t>
        <w:br/>
        <w:t>Reflect on your own pursuits. Are they driven by worldly gain or eternal purpose?</w:t>
      </w:r>
    </w:p>
    <w:p>
      <w:r>
        <w:t>Cross-References:</w:t>
        <w:br/>
        <w:t>- Genesis 3:17–19</w:t>
        <w:br/>
        <w:t>- Romans 8:18–25</w:t>
        <w:br/>
        <w:t>- James 1:5–6</w:t>
        <w:br/>
        <w:t>- 1 Corinthians 1:18–25</w:t>
      </w:r>
    </w:p>
    <w:p>
      <w:pPr>
        <w:pStyle w:val="Heading2"/>
      </w:pPr>
      <w:r>
        <w:t>Lesson 3: The Vanity of Pleasure and Achievement (Ecclesiastes 2:1–26)</w:t>
      </w:r>
    </w:p>
    <w:p>
      <w:r>
        <w:t>Solomon explores indulgence, productivity, and even wisdom itself as potential sources of meaning—but finds them all empty. Despite achieving greatness and experiencing pleasure, he concludes that without God, it is meaningless.</w:t>
      </w:r>
    </w:p>
    <w:p>
      <w:r>
        <w:t>Key Verse (Ecclesiastes 2:11, ESV):</w:t>
        <w:br/>
        <w:t>"Then I considered all that my hands had done and the toil I had expended in doing it, and behold, all was vanity and a striving after wind, and there was nothing to be gained under the sun."</w:t>
      </w:r>
    </w:p>
    <w:p>
      <w:r>
        <w:t>Reflection Questions:</w:t>
        <w:br/>
        <w:t>1. What modern parallels can you find to Solomon’s experiments with pleasure?</w:t>
        <w:br/>
        <w:t>2. How can even good things become meaningless without God?</w:t>
        <w:br/>
        <w:t>3. What stands out to you about his conclusion?</w:t>
      </w:r>
    </w:p>
    <w:p>
      <w:r>
        <w:t>Application:</w:t>
        <w:br/>
        <w:t>Take inventory of your goals and ask whether they are rooted in God’s purposes or your own desires.</w:t>
      </w:r>
    </w:p>
    <w:p>
      <w:r>
        <w:t>Cross-References:</w:t>
        <w:br/>
        <w:t>- Luke 12:16–21</w:t>
        <w:br/>
        <w:t>- Philippians 3:7–8</w:t>
        <w:br/>
        <w:t>- Matthew 16:26</w:t>
        <w:br/>
        <w:t>- 1 Timothy 6:17–19</w:t>
      </w:r>
    </w:p>
    <w:p>
      <w:pPr>
        <w:pStyle w:val="Heading2"/>
      </w:pPr>
      <w:r>
        <w:t>Lesson 4: A Time for Everything (Ecclesiastes 3:1–22)</w:t>
      </w:r>
    </w:p>
    <w:p>
      <w:r>
        <w:t>This famous chapter presents a poetic view of life’s seasons, all under God’s sovereign control. Even though man cannot fully grasp God’s plans, there is a time for everything, and joy is found in accepting this divine rhythm.</w:t>
      </w:r>
    </w:p>
    <w:p>
      <w:r>
        <w:t>Key Verse (Ecclesiastes 3:1, ESV):</w:t>
        <w:br/>
        <w:t>"For everything there is a season, and a time for every matter under heaven."</w:t>
      </w:r>
    </w:p>
    <w:p>
      <w:r>
        <w:t>Reflection Questions:</w:t>
        <w:br/>
        <w:t>1. How does this passage challenge our desire for control?</w:t>
        <w:br/>
        <w:t>2. What is comforting or unsettling about God’s sovereignty over time?</w:t>
        <w:br/>
        <w:t>3. What season of life are you in?</w:t>
      </w:r>
    </w:p>
    <w:p>
      <w:r>
        <w:t>Application:</w:t>
        <w:br/>
        <w:t>Rest in the reality that God is in control of your time and seasons. Seek to align with His purpose rather than resist change.</w:t>
      </w:r>
    </w:p>
    <w:p>
      <w:r>
        <w:t>Cross-References:</w:t>
        <w:br/>
        <w:t>- Romans 8:28</w:t>
        <w:br/>
        <w:t>- Psalm 31:15</w:t>
        <w:br/>
        <w:t>- James 4:13–15</w:t>
        <w:br/>
        <w:t>- Galatians 6:9</w:t>
      </w:r>
    </w:p>
    <w:p>
      <w:pPr>
        <w:pStyle w:val="Heading2"/>
      </w:pPr>
      <w:r>
        <w:t>Lesson 5: Injustice and Oppression (Ecclesiastes 4:1–16)</w:t>
      </w:r>
    </w:p>
    <w:p>
      <w:r>
        <w:t>Solomon laments the injustices of life—oppression, envy, loneliness, and the futility of power. He highlights the importance of companionship and the limits of earthly advancement.</w:t>
      </w:r>
    </w:p>
    <w:p>
      <w:r>
        <w:t>Key Verse (Ecclesiastes 4:9, ESV):</w:t>
        <w:br/>
        <w:t>"Two are better than one, because they have a good reward for their toil."</w:t>
      </w:r>
    </w:p>
    <w:p>
      <w:r>
        <w:t>Reflection Questions:</w:t>
        <w:br/>
        <w:t>1. What kinds of injustice burden Solomon?</w:t>
        <w:br/>
        <w:t>2. How does this chapter affirm the value of relationships?</w:t>
        <w:br/>
        <w:t>3. What can be done to pursue justice in a broken world?</w:t>
      </w:r>
    </w:p>
    <w:p>
      <w:r>
        <w:t>Application:</w:t>
        <w:br/>
        <w:t>Cultivate godly relationships and seek ways to bring light into places of darkness and injustice.</w:t>
      </w:r>
    </w:p>
    <w:p>
      <w:r>
        <w:t>Cross-References:</w:t>
        <w:br/>
        <w:t>- Micah 6:8</w:t>
        <w:br/>
        <w:t>- Proverbs 27:17</w:t>
        <w:br/>
        <w:t>- Galatians 6:2</w:t>
        <w:br/>
        <w:t>- Isaiah 1:17</w:t>
      </w:r>
    </w:p>
    <w:p>
      <w:pPr>
        <w:pStyle w:val="Heading2"/>
      </w:pPr>
      <w:r>
        <w:t>Lesson 6: Worship and the Fear of God (Ecclesiastes 5:1–20)</w:t>
      </w:r>
    </w:p>
    <w:p>
      <w:r>
        <w:t>Reverence before God is emphasized over empty words and vows. The pursuit of wealth is likewise shown to be futile. God alone provides lasting joy in the simplicity of His gifts.</w:t>
      </w:r>
    </w:p>
    <w:p>
      <w:r>
        <w:t>Key Verse (Ecclesiastes 5:10, ESV):</w:t>
        <w:br/>
        <w:t>"He who loves money will not be satisfied with money, nor he who loves wealth with his income; this also is vanity."</w:t>
      </w:r>
    </w:p>
    <w:p>
      <w:r>
        <w:t>Reflection Questions:</w:t>
        <w:br/>
        <w:t>1. How do you approach worship and vows before God?</w:t>
        <w:br/>
        <w:t>2. What role does contentment play in this chapter?</w:t>
        <w:br/>
        <w:t>3. What is your relationship with money and possessions?</w:t>
      </w:r>
    </w:p>
    <w:p>
      <w:r>
        <w:t>Application:</w:t>
        <w:br/>
        <w:t>Practice humility and honesty in your worship. Reject greed, and embrace gratitude for God’s provisions.</w:t>
      </w:r>
    </w:p>
    <w:p>
      <w:r>
        <w:t>Cross-References:</w:t>
        <w:br/>
        <w:t>- Matthew 6:24</w:t>
        <w:br/>
        <w:t>- 1 Timothy 6:6–10</w:t>
        <w:br/>
        <w:t>- Hebrews 13:5</w:t>
        <w:br/>
        <w:t>- Proverbs 3:9–10</w:t>
      </w:r>
    </w:p>
    <w:p>
      <w:pPr>
        <w:pStyle w:val="Heading2"/>
      </w:pPr>
      <w:r>
        <w:t>Lesson 7: The Limits of Wealth and Wisdom (Ecclesiastes 6:1–12)</w:t>
      </w:r>
    </w:p>
    <w:p>
      <w:r>
        <w:t>Even those who have wealth, honor, and children may lack the ability to enjoy them. Solomon explores the paradox of prosperity without satisfaction.</w:t>
      </w:r>
    </w:p>
    <w:p>
      <w:r>
        <w:t>Key Verse (Ecclesiastes 6:9, ESV):</w:t>
        <w:br/>
        <w:t>"Better is the sight of the eyes than the wandering of the appetite: this also is vanity and a striving after wind."</w:t>
      </w:r>
    </w:p>
    <w:p>
      <w:r>
        <w:t>Reflection Questions:</w:t>
        <w:br/>
        <w:t>1. Why might wealth not bring joy?</w:t>
        <w:br/>
        <w:t>2. What does this say about the value of contentment?</w:t>
        <w:br/>
        <w:t>3. How can you fight against a restless appetite?</w:t>
      </w:r>
    </w:p>
    <w:p>
      <w:r>
        <w:t>Application:</w:t>
        <w:br/>
        <w:t>Seek to enjoy what God has already given instead of chasing more.</w:t>
      </w:r>
    </w:p>
    <w:p>
      <w:r>
        <w:t>Cross-References:</w:t>
        <w:br/>
        <w:t>- Psalm 37:4</w:t>
        <w:br/>
        <w:t>- Luke 12:15</w:t>
        <w:br/>
        <w:t>- Hebrews 13:5</w:t>
        <w:br/>
        <w:t>- Philippians 4:11–13</w:t>
      </w:r>
    </w:p>
    <w:p>
      <w:pPr>
        <w:pStyle w:val="Heading2"/>
      </w:pPr>
      <w:r>
        <w:t>Lesson 8: Wisdom for Living (Ecclesiastes 7:1–29)</w:t>
      </w:r>
    </w:p>
    <w:p>
      <w:r>
        <w:t>Solomon shares a series of proverbs that promote wisdom, patience, and humility. He warns against extremes and encourages a balanced view of righteousness, noting the universal reality of human sin.</w:t>
      </w:r>
    </w:p>
    <w:p>
      <w:r>
        <w:t>Key Verse (Ecclesiastes 7:20, ESV):</w:t>
        <w:br/>
        <w:t>"Surely there is not a righteous man on earth who does good and never sins."</w:t>
      </w:r>
    </w:p>
    <w:p>
      <w:r>
        <w:t>Reflection Questions:</w:t>
        <w:br/>
        <w:t>1. What does this chapter teach about the dangers of self-righteousness?</w:t>
        <w:br/>
        <w:t>2. How does acknowledging human sinfulness help us walk in wisdom?</w:t>
        <w:br/>
        <w:t>3. In what areas of your life do you need to seek balance?</w:t>
      </w:r>
    </w:p>
    <w:p>
      <w:r>
        <w:t>Application:</w:t>
        <w:br/>
        <w:t>Pursue godly wisdom with humility, acknowledging both your limitations and the grace of God.</w:t>
      </w:r>
    </w:p>
    <w:p>
      <w:r>
        <w:t>Cross-References:</w:t>
        <w:br/>
        <w:t>- Romans 3:10–12</w:t>
        <w:br/>
        <w:t>- Proverbs 3:5–7</w:t>
        <w:br/>
        <w:t>- James 1:5</w:t>
        <w:br/>
        <w:t>- Micah 6:8</w:t>
      </w:r>
    </w:p>
    <w:p>
      <w:pPr>
        <w:pStyle w:val="Heading2"/>
      </w:pPr>
      <w:r>
        <w:t>Lesson 9: Submitting to Authority and God’s Sovereignty (Ecclesiastes 8:1–17)</w:t>
      </w:r>
    </w:p>
    <w:p>
      <w:r>
        <w:t>Solomon reflects on the mystery of God’s governance and the importance of respecting earthly authorities. Although injustice often prevails, God's justice will ultimately prevail in His time.</w:t>
      </w:r>
    </w:p>
    <w:p>
      <w:r>
        <w:t>Key Verse (Ecclesiastes 8:12, ESV):</w:t>
        <w:br/>
        <w:t>"Though a sinner does evil a hundred times and prolongs his life, yet I know that it will be well with those who fear God, because they fear before him."</w:t>
      </w:r>
    </w:p>
    <w:p>
      <w:r>
        <w:t>Reflection Questions:</w:t>
        <w:br/>
        <w:t>1. Why is it hard to wait for God’s justice?</w:t>
        <w:br/>
        <w:t>2. What does fearing God look like in daily life?</w:t>
        <w:br/>
        <w:t>3. How does submission to authority reflect trust in God?</w:t>
      </w:r>
    </w:p>
    <w:p>
      <w:r>
        <w:t>Application:</w:t>
        <w:br/>
        <w:t>Live with reverence before God, trusting His timing, even when justice seems delayed.</w:t>
      </w:r>
    </w:p>
    <w:p>
      <w:r>
        <w:t>Cross-References:</w:t>
        <w:br/>
        <w:t>- Romans 13:1–7</w:t>
        <w:br/>
        <w:t>- Proverbs 14:27</w:t>
        <w:br/>
        <w:t>- Isaiah 55:8–9</w:t>
        <w:br/>
        <w:t>- 2 Peter 3:8–9</w:t>
      </w:r>
    </w:p>
    <w:p>
      <w:pPr>
        <w:pStyle w:val="Heading2"/>
      </w:pPr>
      <w:r>
        <w:t>Lesson 10: The Uncertainty of Life (Ecclesiastes 9:1–18)</w:t>
      </w:r>
    </w:p>
    <w:p>
      <w:r>
        <w:t>All people, righteous or wicked, face death. While death is unavoidable, Solomon urges readers to enjoy life as a gift from God, emphasizing the importance of wise, intentional living.</w:t>
      </w:r>
    </w:p>
    <w:p>
      <w:r>
        <w:t>Key Verse (Ecclesiastes 9:10, ESV):</w:t>
        <w:br/>
        <w:t>"Whatever your hand finds to do, do it with your might, for there is no work or thought or knowledge or wisdom in Sheol, to which you are going."</w:t>
      </w:r>
    </w:p>
    <w:p>
      <w:r>
        <w:t>Reflection Questions:</w:t>
        <w:br/>
        <w:t>1. What impact does the certainty of death have on your daily decisions?</w:t>
        <w:br/>
        <w:t>2. How can you enjoy life as a gift from God without falling into indulgence?</w:t>
        <w:br/>
        <w:t>3. What does “doing with your might” mean for you?</w:t>
      </w:r>
    </w:p>
    <w:p>
      <w:r>
        <w:t>Application:</w:t>
        <w:br/>
        <w:t>Embrace each day as a God-given opportunity to live purposefully and joyfully for His glory.</w:t>
      </w:r>
    </w:p>
    <w:p>
      <w:r>
        <w:t>Cross-References:</w:t>
        <w:br/>
        <w:t>- Colossians 3:23–24</w:t>
        <w:br/>
        <w:t>- Psalm 90:12</w:t>
        <w:br/>
        <w:t>- John 10:10</w:t>
        <w:br/>
        <w:t>- James 4:13–15</w:t>
      </w:r>
    </w:p>
    <w:p>
      <w:pPr>
        <w:pStyle w:val="Heading2"/>
      </w:pPr>
      <w:r>
        <w:t>Lesson 11: The Advantages and Limits of Wisdom (Ecclesiastes 10:1–20)</w:t>
      </w:r>
    </w:p>
    <w:p>
      <w:r>
        <w:t>This chapter is filled with practical wisdom and proverbs that warn against foolishness and careless speech. Wisdom is valuable, but it cannot protect from all harm or guarantee success.</w:t>
      </w:r>
    </w:p>
    <w:p>
      <w:r>
        <w:t>Key Verse (Ecclesiastes 10:1, ESV):</w:t>
        <w:br/>
        <w:t>"Dead flies make the perfumer’s ointment give off a stench; so a little folly outweighs wisdom and honor."</w:t>
      </w:r>
    </w:p>
    <w:p>
      <w:r>
        <w:t>Reflection Questions:</w:t>
        <w:br/>
        <w:t>1. What do the proverbs in this chapter teach about the power of words?</w:t>
        <w:br/>
        <w:t>2. How can small compromises damage a life of wisdom?</w:t>
        <w:br/>
        <w:t>3. How do you seek wisdom in everyday decisions?</w:t>
      </w:r>
    </w:p>
    <w:p>
      <w:r>
        <w:t>Application:</w:t>
        <w:br/>
        <w:t>Guard your heart and your tongue. Pursue wisdom in how you speak, act, and respond, even in the small things.</w:t>
      </w:r>
    </w:p>
    <w:p>
      <w:r>
        <w:t>Cross-References:</w:t>
        <w:br/>
        <w:t>- Proverbs 10:19</w:t>
        <w:br/>
        <w:t>- James 3:5–10</w:t>
        <w:br/>
        <w:t>- Matthew 12:36–37</w:t>
        <w:br/>
        <w:t>- Ephesians 5:15–17</w:t>
      </w:r>
    </w:p>
    <w:p>
      <w:pPr>
        <w:pStyle w:val="Heading2"/>
      </w:pPr>
      <w:r>
        <w:t>Lesson 12: Remember Your Creator (Ecclesiastes 11:1–12:14)</w:t>
      </w:r>
    </w:p>
    <w:p>
      <w:r>
        <w:t>Solomon concludes by urging young people to remember their Creator in their youth. Life is short and unpredictable, but God's judgment is sure. The final word is to fear God and obey His commands—this is the whole duty of man.</w:t>
      </w:r>
    </w:p>
    <w:p>
      <w:r>
        <w:t>Key Verse (Ecclesiastes 12:13, ESV):</w:t>
        <w:br/>
        <w:t>"The end of the matter; all has been heard. Fear God and keep his commandments, for this is the whole duty of man."</w:t>
      </w:r>
    </w:p>
    <w:p>
      <w:r>
        <w:t>Reflection Questions:</w:t>
        <w:br/>
        <w:t>1. Why is it important to pursue God early in life?</w:t>
        <w:br/>
        <w:t>2. How does this final message give meaning to all that came before?</w:t>
        <w:br/>
        <w:t>3. What steps can you take to reorient your life toward fearing God?</w:t>
      </w:r>
    </w:p>
    <w:p>
      <w:r>
        <w:t>Application:</w:t>
        <w:br/>
        <w:t>Live each day with eternity in mind. Choose to revere God and live out His Word as your greatest purpose.</w:t>
      </w:r>
    </w:p>
    <w:p>
      <w:r>
        <w:t>Cross-References:</w:t>
        <w:br/>
        <w:t>- Matthew 6:33</w:t>
        <w:br/>
        <w:t>- Psalm 119:9</w:t>
        <w:br/>
        <w:t>- Deuteronomy 10:12–13</w:t>
        <w:br/>
        <w:t>- Revelation 22:12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