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the Book of Deuteronomy</w:t>
      </w:r>
    </w:p>
    <w:p>
      <w:pPr>
        <w:pStyle w:val="Heading1"/>
      </w:pPr>
      <w:r>
        <w:t>Lesson 1: Introduction and Background of Deuteronomy</w:t>
      </w:r>
    </w:p>
    <w:p>
      <w:pPr>
        <w:pStyle w:val="Heading2"/>
      </w:pPr>
      <w:r>
        <w:t>Teaching</w:t>
      </w:r>
    </w:p>
    <w:p>
      <w:r>
        <w:t>Deuteronomy is the fifth book of the Pentateuch and the final book attributed to Moses. The name means “Second Law,” as it presents a restatement and reaffirmation of the Law given at Sinai. Set on the plains of Moab, this book contains Moses’ final sermons to Israel before they enter the Promised Land under Joshua’s leadership. It includes historical reflection, covenantal renewal, laws for the new land, and blessings and curses. Its central theme is covenant faithfulness to the one true God.</w:t>
      </w:r>
    </w:p>
    <w:p>
      <w:pPr>
        <w:pStyle w:val="Heading2"/>
      </w:pPr>
      <w:r>
        <w:t>Key Verse</w:t>
      </w:r>
    </w:p>
    <w:p>
      <w:r>
        <w:t>Deuteronomy 6:5 – “Love the Lord your God with all your heart and with all your soul and with all your strength.”</w:t>
      </w:r>
    </w:p>
    <w:p>
      <w:pPr>
        <w:pStyle w:val="Heading2"/>
      </w:pPr>
      <w:r>
        <w:t>Reflection Questions</w:t>
      </w:r>
    </w:p>
    <w:p>
      <w:pPr>
        <w:pStyle w:val="ListBullet"/>
      </w:pPr>
      <w:r>
        <w:t>- Why might Moses review the law for a new generation?</w:t>
      </w:r>
    </w:p>
    <w:p>
      <w:pPr>
        <w:pStyle w:val="ListBullet"/>
      </w:pPr>
      <w:r>
        <w:t>- What role does memory and history play in faithfulness to God?</w:t>
      </w:r>
    </w:p>
    <w:p>
      <w:pPr>
        <w:pStyle w:val="ListBullet"/>
      </w:pPr>
      <w:r>
        <w:t>- How does understanding the context help us interpret Deuteronomy?</w:t>
      </w:r>
    </w:p>
    <w:p>
      <w:pPr>
        <w:pStyle w:val="Heading2"/>
      </w:pPr>
      <w:r>
        <w:t>Application</w:t>
      </w:r>
    </w:p>
    <w:p>
      <w:r>
        <w:t>Commit to reading the book with a heart ready to learn God’s ways. Seek to understand God’s covenant and apply its principles to daily life.</w:t>
      </w:r>
    </w:p>
    <w:p>
      <w:pPr>
        <w:pStyle w:val="Heading2"/>
      </w:pPr>
      <w:r>
        <w:t>Cross-References</w:t>
      </w:r>
    </w:p>
    <w:p>
      <w:r>
        <w:t>Exodus 19–24; Numbers 13–14; Joshua 1:7–8; Matthew 22:37</w:t>
      </w:r>
    </w:p>
    <w:p>
      <w:pPr>
        <w:pStyle w:val="Heading1"/>
      </w:pPr>
      <w:r>
        <w:t>Lesson 2: Moses’ Historical Review (Deuteronomy 1–3)</w:t>
      </w:r>
    </w:p>
    <w:p>
      <w:pPr>
        <w:pStyle w:val="Heading2"/>
      </w:pPr>
      <w:r>
        <w:t>Teaching</w:t>
      </w:r>
    </w:p>
    <w:p>
      <w:r>
        <w:t>Moses recounts Israel’s journey from Sinai to Moab, including the failure at Kadesh Barnea and the victories over Sihon and Og. This history reminds Israel of God’s faithfulness and the cost of disobedience.</w:t>
      </w:r>
    </w:p>
    <w:p>
      <w:pPr>
        <w:pStyle w:val="Heading2"/>
      </w:pPr>
      <w:r>
        <w:t>Key Verse</w:t>
      </w:r>
    </w:p>
    <w:p>
      <w:r>
        <w:t>Deuteronomy 1:30 – “The Lord your God, who is going before you, will fight for you, as he did for you in Egypt, before your very eyes.”</w:t>
      </w:r>
    </w:p>
    <w:p>
      <w:pPr>
        <w:pStyle w:val="Heading2"/>
      </w:pPr>
      <w:r>
        <w:t>Reflection Questions</w:t>
      </w:r>
    </w:p>
    <w:p>
      <w:pPr>
        <w:pStyle w:val="ListBullet"/>
      </w:pPr>
      <w:r>
        <w:t>- What can we learn from Israel’s past failures and victories?</w:t>
      </w:r>
    </w:p>
    <w:p>
      <w:pPr>
        <w:pStyle w:val="ListBullet"/>
      </w:pPr>
      <w:r>
        <w:t>- How does remembering God’s help in the past build our faith for the future?</w:t>
      </w:r>
    </w:p>
    <w:p>
      <w:pPr>
        <w:pStyle w:val="Heading2"/>
      </w:pPr>
      <w:r>
        <w:t>Application</w:t>
      </w:r>
    </w:p>
    <w:p>
      <w:r>
        <w:t>Reflect on how God has guided and protected you in your journey. Let past experiences with God strengthen your trust in Him.</w:t>
      </w:r>
    </w:p>
    <w:p>
      <w:pPr>
        <w:pStyle w:val="Heading2"/>
      </w:pPr>
      <w:r>
        <w:t>Cross-References</w:t>
      </w:r>
    </w:p>
    <w:p>
      <w:r>
        <w:t>Numbers 13–14; Psalm 78; Hebrews 3:7–19</w:t>
      </w:r>
    </w:p>
    <w:p>
      <w:pPr>
        <w:pStyle w:val="Heading1"/>
      </w:pPr>
      <w:r>
        <w:t>Lesson 3: The Covenant and the Ten Commandments (Deuteronomy 4–5)</w:t>
      </w:r>
    </w:p>
    <w:p>
      <w:pPr>
        <w:pStyle w:val="Heading2"/>
      </w:pPr>
      <w:r>
        <w:t>Teaching</w:t>
      </w:r>
    </w:p>
    <w:p>
      <w:r>
        <w:t>Moses exhorts Israel to remember and obey the covenant, warning them not to forget God or worship idols. He then restates the Ten Commandments.</w:t>
      </w:r>
    </w:p>
    <w:p>
      <w:pPr>
        <w:pStyle w:val="Heading2"/>
      </w:pPr>
      <w:r>
        <w:t>Key Verse</w:t>
      </w:r>
    </w:p>
    <w:p>
      <w:r>
        <w:t>Deuteronomy 5:29 – “Oh, that their hearts would be inclined to fear me and keep all my commands always, so that it might go well with them and their children forever!”</w:t>
      </w:r>
    </w:p>
    <w:p>
      <w:pPr>
        <w:pStyle w:val="Heading2"/>
      </w:pPr>
      <w:r>
        <w:t>Reflection Questions</w:t>
      </w:r>
    </w:p>
    <w:p>
      <w:pPr>
        <w:pStyle w:val="ListBullet"/>
      </w:pPr>
      <w:r>
        <w:t>- Why is remembering God’s law so important?</w:t>
      </w:r>
    </w:p>
    <w:p>
      <w:pPr>
        <w:pStyle w:val="ListBullet"/>
      </w:pPr>
      <w:r>
        <w:t>- What does the Ten Commandments’ restatement teach us about God’s priorities?</w:t>
      </w:r>
    </w:p>
    <w:p>
      <w:pPr>
        <w:pStyle w:val="Heading2"/>
      </w:pPr>
      <w:r>
        <w:t>Application</w:t>
      </w:r>
    </w:p>
    <w:p>
      <w:r>
        <w:t>Commit to regular time in God’s Word and reflect on how His commands can guide your life today.</w:t>
      </w:r>
    </w:p>
    <w:p>
      <w:pPr>
        <w:pStyle w:val="Heading2"/>
      </w:pPr>
      <w:r>
        <w:t>Cross-References</w:t>
      </w:r>
    </w:p>
    <w:p>
      <w:r>
        <w:t>Exodus 20; Psalm 119:11; Matthew 5:17–20</w:t>
      </w:r>
    </w:p>
    <w:p>
      <w:pPr>
        <w:pStyle w:val="Heading1"/>
      </w:pPr>
      <w:r>
        <w:t>Lesson 4: Loving and Obeying God (Deuteronomy 6–8)</w:t>
      </w:r>
    </w:p>
    <w:p>
      <w:pPr>
        <w:pStyle w:val="Heading2"/>
      </w:pPr>
      <w:r>
        <w:t>Teaching</w:t>
      </w:r>
    </w:p>
    <w:p>
      <w:r>
        <w:t>Moses emphasizes the need to love God wholeheartedly and warns against forgetting Him in prosperity. Obedience is a matter of the heart and is to be passed down to future generations.</w:t>
      </w:r>
    </w:p>
    <w:p>
      <w:pPr>
        <w:pStyle w:val="Heading2"/>
      </w:pPr>
      <w:r>
        <w:t>Key Verse</w:t>
      </w:r>
    </w:p>
    <w:p>
      <w:r>
        <w:t>Deuteronomy 6:6–7 – “These commandments that I give you today are to be on your hearts. Impress them on your children.”</w:t>
      </w:r>
    </w:p>
    <w:p>
      <w:pPr>
        <w:pStyle w:val="Heading2"/>
      </w:pPr>
      <w:r>
        <w:t>Reflection Questions</w:t>
      </w:r>
    </w:p>
    <w:p>
      <w:pPr>
        <w:pStyle w:val="ListBullet"/>
      </w:pPr>
      <w:r>
        <w:t>- What does it mean to love God with all your heart?</w:t>
      </w:r>
    </w:p>
    <w:p>
      <w:pPr>
        <w:pStyle w:val="ListBullet"/>
      </w:pPr>
      <w:r>
        <w:t>- How are we to teach the next generation about God?</w:t>
      </w:r>
    </w:p>
    <w:p>
      <w:pPr>
        <w:pStyle w:val="Heading2"/>
      </w:pPr>
      <w:r>
        <w:t>Application</w:t>
      </w:r>
    </w:p>
    <w:p>
      <w:r>
        <w:t>Make intentional efforts to disciple your children or those around you. Let God’s Word guide your home.</w:t>
      </w:r>
    </w:p>
    <w:p>
      <w:pPr>
        <w:pStyle w:val="Heading2"/>
      </w:pPr>
      <w:r>
        <w:t>Cross-References</w:t>
      </w:r>
    </w:p>
    <w:p>
      <w:r>
        <w:t>Proverbs 22:6; Matthew 22:37–40; Ephesians 6:4</w:t>
      </w:r>
    </w:p>
    <w:p>
      <w:pPr>
        <w:pStyle w:val="Heading1"/>
      </w:pPr>
      <w:r>
        <w:t>Lesson 5: Remembering God and Rejecting Idolatry (Deuteronomy 9–11)</w:t>
      </w:r>
    </w:p>
    <w:p>
      <w:pPr>
        <w:pStyle w:val="Heading2"/>
      </w:pPr>
      <w:r>
        <w:t>Teaching</w:t>
      </w:r>
    </w:p>
    <w:p>
      <w:r>
        <w:t>Moses reminds Israel of their stubbornness and God's mercy. They are to remain faithful by loving God and rejecting idolatry.</w:t>
      </w:r>
    </w:p>
    <w:p>
      <w:pPr>
        <w:pStyle w:val="Heading2"/>
      </w:pPr>
      <w:r>
        <w:t>Key Verse</w:t>
      </w:r>
    </w:p>
    <w:p>
      <w:r>
        <w:t>Deuteronomy 10:12 – “And now, Israel, what does the Lord your God ask of you but to fear the Lord your God... to love him, to serve the Lord your God with all your heart and with all your soul.”</w:t>
      </w:r>
    </w:p>
    <w:p>
      <w:pPr>
        <w:pStyle w:val="Heading2"/>
      </w:pPr>
      <w:r>
        <w:t>Reflection Questions</w:t>
      </w:r>
    </w:p>
    <w:p>
      <w:pPr>
        <w:pStyle w:val="ListBullet"/>
      </w:pPr>
      <w:r>
        <w:t>- How does Moses describe Israel’s past sins?</w:t>
      </w:r>
    </w:p>
    <w:p>
      <w:pPr>
        <w:pStyle w:val="ListBullet"/>
      </w:pPr>
      <w:r>
        <w:t>- Why is loving God central to obedience?</w:t>
      </w:r>
    </w:p>
    <w:p>
      <w:pPr>
        <w:pStyle w:val="Heading2"/>
      </w:pPr>
      <w:r>
        <w:t>Application</w:t>
      </w:r>
    </w:p>
    <w:p>
      <w:r>
        <w:t>Repent of spiritual pride. Approach God with humility and gratitude for His mercy.</w:t>
      </w:r>
    </w:p>
    <w:p>
      <w:pPr>
        <w:pStyle w:val="Heading2"/>
      </w:pPr>
      <w:r>
        <w:t>Cross-References</w:t>
      </w:r>
    </w:p>
    <w:p>
      <w:r>
        <w:t>Romans 3:23–24; Micah 6:8; 1 John 5:21</w:t>
      </w:r>
    </w:p>
    <w:p>
      <w:pPr>
        <w:pStyle w:val="Heading1"/>
      </w:pPr>
      <w:r>
        <w:t>Lesson 6: Laws for Worship and Holiness (Deuteronomy 12–16)</w:t>
      </w:r>
    </w:p>
    <w:p>
      <w:pPr>
        <w:pStyle w:val="Heading2"/>
      </w:pPr>
      <w:r>
        <w:t>Teaching</w:t>
      </w:r>
    </w:p>
    <w:p>
      <w:r>
        <w:t>These chapters include laws about centralized worship, warnings against false prophets, clean and unclean foods, tithing, and holy festivals.</w:t>
      </w:r>
    </w:p>
    <w:p>
      <w:pPr>
        <w:pStyle w:val="Heading2"/>
      </w:pPr>
      <w:r>
        <w:t>Key Verse</w:t>
      </w:r>
    </w:p>
    <w:p>
      <w:r>
        <w:t>Deuteronomy 14:23 – “…so that you may learn to revere the Lord your God always.”</w:t>
      </w:r>
    </w:p>
    <w:p>
      <w:pPr>
        <w:pStyle w:val="Heading2"/>
      </w:pPr>
      <w:r>
        <w:t>Reflection Questions</w:t>
      </w:r>
    </w:p>
    <w:p>
      <w:pPr>
        <w:pStyle w:val="ListBullet"/>
      </w:pPr>
      <w:r>
        <w:t>- How does worship shape community life?</w:t>
      </w:r>
    </w:p>
    <w:p>
      <w:pPr>
        <w:pStyle w:val="ListBullet"/>
      </w:pPr>
      <w:r>
        <w:t>- Why does God care about how His people celebrate and give?</w:t>
      </w:r>
    </w:p>
    <w:p>
      <w:pPr>
        <w:pStyle w:val="Heading2"/>
      </w:pPr>
      <w:r>
        <w:t>Application</w:t>
      </w:r>
    </w:p>
    <w:p>
      <w:r>
        <w:t>Honor God through your giving, worship, and calendar. Let your whole life reflect His holiness.</w:t>
      </w:r>
    </w:p>
    <w:p>
      <w:pPr>
        <w:pStyle w:val="Heading2"/>
      </w:pPr>
      <w:r>
        <w:t>Cross-References</w:t>
      </w:r>
    </w:p>
    <w:p>
      <w:r>
        <w:t>Leviticus 11; Matthew 6:21; Romans 12:1–2</w:t>
      </w:r>
    </w:p>
    <w:p>
      <w:pPr>
        <w:pStyle w:val="Heading1"/>
      </w:pPr>
      <w:r>
        <w:t>Lesson 7: Leadership and Justice (Deuteronomy 17–20)</w:t>
      </w:r>
    </w:p>
    <w:p>
      <w:pPr>
        <w:pStyle w:val="Heading2"/>
      </w:pPr>
      <w:r>
        <w:t>Teaching</w:t>
      </w:r>
    </w:p>
    <w:p>
      <w:r>
        <w:t>God outlines principles for kings, priests, and prophets and laws about justice, warfare, and preserving life.</w:t>
      </w:r>
    </w:p>
    <w:p>
      <w:pPr>
        <w:pStyle w:val="Heading2"/>
      </w:pPr>
      <w:r>
        <w:t>Key Verse</w:t>
      </w:r>
    </w:p>
    <w:p>
      <w:r>
        <w:t>Deuteronomy 18:18 – “I will raise up for them a prophet like you from among their fellow Israelites…”</w:t>
      </w:r>
    </w:p>
    <w:p>
      <w:pPr>
        <w:pStyle w:val="Heading2"/>
      </w:pPr>
      <w:r>
        <w:t>Reflection Questions</w:t>
      </w:r>
    </w:p>
    <w:p>
      <w:pPr>
        <w:pStyle w:val="ListBullet"/>
      </w:pPr>
      <w:r>
        <w:t>- What leadership qualities does God value?</w:t>
      </w:r>
    </w:p>
    <w:p>
      <w:pPr>
        <w:pStyle w:val="ListBullet"/>
      </w:pPr>
      <w:r>
        <w:t>- How are leaders accountable to God’s Word?</w:t>
      </w:r>
    </w:p>
    <w:p>
      <w:pPr>
        <w:pStyle w:val="Heading2"/>
      </w:pPr>
      <w:r>
        <w:t>Application</w:t>
      </w:r>
    </w:p>
    <w:p>
      <w:r>
        <w:t>Pray for and support godly leaders. Examine your own leadership and influence under God’s standards.</w:t>
      </w:r>
    </w:p>
    <w:p>
      <w:pPr>
        <w:pStyle w:val="Heading2"/>
      </w:pPr>
      <w:r>
        <w:t>Cross-References</w:t>
      </w:r>
    </w:p>
    <w:p>
      <w:r>
        <w:t>1 Samuel 8; Isaiah 11:1–5; Acts 3:22</w:t>
      </w:r>
    </w:p>
    <w:p>
      <w:pPr>
        <w:pStyle w:val="Heading1"/>
      </w:pPr>
      <w:r>
        <w:t>Lesson 8: Covenant Community Life (Deuteronomy 21–25)</w:t>
      </w:r>
    </w:p>
    <w:p>
      <w:pPr>
        <w:pStyle w:val="Heading2"/>
      </w:pPr>
      <w:r>
        <w:t>Teaching</w:t>
      </w:r>
    </w:p>
    <w:p>
      <w:r>
        <w:t>These laws cover civil and family matters—justice, marriage, restitution, and mercy in daily living. God cares deeply about personal and social ethics.</w:t>
      </w:r>
    </w:p>
    <w:p>
      <w:pPr>
        <w:pStyle w:val="Heading2"/>
      </w:pPr>
      <w:r>
        <w:t>Key Verse</w:t>
      </w:r>
    </w:p>
    <w:p>
      <w:r>
        <w:t>Deuteronomy 24:18 – “Remember that you were slaves in Egypt and the Lord your God redeemed you. That is why I command you to do this.”</w:t>
      </w:r>
    </w:p>
    <w:p>
      <w:pPr>
        <w:pStyle w:val="Heading2"/>
      </w:pPr>
      <w:r>
        <w:t>Reflection Questions</w:t>
      </w:r>
    </w:p>
    <w:p>
      <w:pPr>
        <w:pStyle w:val="ListBullet"/>
      </w:pPr>
      <w:r>
        <w:t>- What do these laws reveal about God’s heart for justice and compassion?</w:t>
      </w:r>
    </w:p>
    <w:p>
      <w:pPr>
        <w:pStyle w:val="ListBullet"/>
      </w:pPr>
      <w:r>
        <w:t>- How do we reflect God in how we treat others?</w:t>
      </w:r>
    </w:p>
    <w:p>
      <w:pPr>
        <w:pStyle w:val="Heading2"/>
      </w:pPr>
      <w:r>
        <w:t>Application</w:t>
      </w:r>
    </w:p>
    <w:p>
      <w:r>
        <w:t>Practice fairness, honesty, and kindness. Let your interactions show God’s grace.</w:t>
      </w:r>
    </w:p>
    <w:p>
      <w:pPr>
        <w:pStyle w:val="Heading2"/>
      </w:pPr>
      <w:r>
        <w:t>Cross-References</w:t>
      </w:r>
    </w:p>
    <w:p>
      <w:r>
        <w:t>Matthew 7:12; James 1:27; Colossians 3:12–14</w:t>
      </w:r>
    </w:p>
    <w:p>
      <w:pPr>
        <w:pStyle w:val="Heading1"/>
      </w:pPr>
      <w:r>
        <w:t>Lesson 9: Blessings, Curses, and Covenant Renewal (Deuteronomy 26–30)</w:t>
      </w:r>
    </w:p>
    <w:p>
      <w:pPr>
        <w:pStyle w:val="Heading2"/>
      </w:pPr>
      <w:r>
        <w:t>Teaching</w:t>
      </w:r>
    </w:p>
    <w:p>
      <w:r>
        <w:t>Moses calls for Israel to renew their covenant. He lays out blessings for obedience and curses for disobedience, ending with a powerful call to choose life.</w:t>
      </w:r>
    </w:p>
    <w:p>
      <w:pPr>
        <w:pStyle w:val="Heading2"/>
      </w:pPr>
      <w:r>
        <w:t>Key Verse</w:t>
      </w:r>
    </w:p>
    <w:p>
      <w:r>
        <w:t>Deuteronomy 30:19 – “...I have set before you life and death, blessings and curses. Now choose life…”</w:t>
      </w:r>
    </w:p>
    <w:p>
      <w:pPr>
        <w:pStyle w:val="Heading2"/>
      </w:pPr>
      <w:r>
        <w:t>Reflection Questions</w:t>
      </w:r>
    </w:p>
    <w:p>
      <w:pPr>
        <w:pStyle w:val="ListBullet"/>
      </w:pPr>
      <w:r>
        <w:t>- What do the blessings and curses teach us about God’s justice and mercy?</w:t>
      </w:r>
    </w:p>
    <w:p>
      <w:pPr>
        <w:pStyle w:val="ListBullet"/>
      </w:pPr>
      <w:r>
        <w:t>- What does it mean to “choose life”?</w:t>
      </w:r>
    </w:p>
    <w:p>
      <w:pPr>
        <w:pStyle w:val="Heading2"/>
      </w:pPr>
      <w:r>
        <w:t>Application</w:t>
      </w:r>
    </w:p>
    <w:p>
      <w:r>
        <w:t>Make intentional decisions to follow God fully. Trust that His way leads to true life.</w:t>
      </w:r>
    </w:p>
    <w:p>
      <w:pPr>
        <w:pStyle w:val="Heading2"/>
      </w:pPr>
      <w:r>
        <w:t>Cross-References</w:t>
      </w:r>
    </w:p>
    <w:p>
      <w:r>
        <w:t>Leviticus 26; Galatians 6:7–8; John 10:10</w:t>
      </w:r>
    </w:p>
    <w:p>
      <w:pPr>
        <w:pStyle w:val="Heading1"/>
      </w:pPr>
      <w:r>
        <w:t>Lesson 10: Moses’ Final Words and Death (Deuteronomy 31–34)</w:t>
      </w:r>
    </w:p>
    <w:p>
      <w:pPr>
        <w:pStyle w:val="Heading2"/>
      </w:pPr>
      <w:r>
        <w:t>Teaching</w:t>
      </w:r>
    </w:p>
    <w:p>
      <w:r>
        <w:t>Moses commissions Joshua, writes down the law, delivers a prophetic song, blesses the tribes, and dies. God’s faithfulness and Moses’ legacy are on display.</w:t>
      </w:r>
    </w:p>
    <w:p>
      <w:pPr>
        <w:pStyle w:val="Heading2"/>
      </w:pPr>
      <w:r>
        <w:t>Key Verse</w:t>
      </w:r>
    </w:p>
    <w:p>
      <w:r>
        <w:t>Deuteronomy 31:6 – “Be strong and courageous… for the Lord your God goes with you; he will never leave you nor forsake you.”</w:t>
      </w:r>
    </w:p>
    <w:p>
      <w:pPr>
        <w:pStyle w:val="Heading2"/>
      </w:pPr>
      <w:r>
        <w:t>Reflection Questions</w:t>
      </w:r>
    </w:p>
    <w:p>
      <w:pPr>
        <w:pStyle w:val="ListBullet"/>
      </w:pPr>
      <w:r>
        <w:t>- How does Moses model faithfulness even in transition?</w:t>
      </w:r>
    </w:p>
    <w:p>
      <w:pPr>
        <w:pStyle w:val="ListBullet"/>
      </w:pPr>
      <w:r>
        <w:t>- What legacy are you leaving?</w:t>
      </w:r>
    </w:p>
    <w:p>
      <w:pPr>
        <w:pStyle w:val="Heading2"/>
      </w:pPr>
      <w:r>
        <w:t>Application</w:t>
      </w:r>
    </w:p>
    <w:p>
      <w:r>
        <w:t>Trust God in transitions. Live so that your life points others to His faithfulness.</w:t>
      </w:r>
    </w:p>
    <w:p>
      <w:pPr>
        <w:pStyle w:val="Heading2"/>
      </w:pPr>
      <w:r>
        <w:t>Cross-References</w:t>
      </w:r>
    </w:p>
    <w:p>
      <w:r>
        <w:t>Joshua 1:5–9; Psalm 90; Hebrews 13:5–6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