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on Confession and Repentance</w:t>
      </w:r>
    </w:p>
    <w:p>
      <w:pPr>
        <w:pStyle w:val="Heading1"/>
      </w:pPr>
      <w:r>
        <w:t>Lesson 1: The Necessity of Confession</w:t>
      </w:r>
    </w:p>
    <w:p>
      <w:pPr>
        <w:pStyle w:val="Heading2"/>
      </w:pPr>
      <w:r>
        <w:t>Key Passage:</w:t>
      </w:r>
    </w:p>
    <w:p>
      <w:r>
        <w:t>1 John 1:9</w:t>
        <w:br/>
        <w:t>“If we confess our sins, he is faithful and just to forgive us our sins and to cleanse us from all unrighteousness.”</w:t>
      </w:r>
    </w:p>
    <w:p>
      <w:pPr>
        <w:pStyle w:val="Heading2"/>
      </w:pPr>
      <w:r>
        <w:t>Teaching:</w:t>
      </w:r>
    </w:p>
    <w:p>
      <w:r>
        <w:t>Confession is not simply admitting guilt—it is a humbling act of agreeing with God about the nature of our sin. It opens the door for forgiveness and restoration. God promises not only to forgive but also to purify us. This shows His justice and faithfulness to His covenant promises.</w:t>
      </w:r>
    </w:p>
    <w:p>
      <w:pPr>
        <w:pStyle w:val="Heading2"/>
      </w:pPr>
      <w:r>
        <w:t>Reflection Questions:</w:t>
      </w:r>
    </w:p>
    <w:p>
      <w:r>
        <w:t>- What does it mean to confess your sins to God?</w:t>
      </w:r>
    </w:p>
    <w:p>
      <w:r>
        <w:t>- Why is God’s faithfulness important when we confess?</w:t>
      </w:r>
    </w:p>
    <w:p>
      <w:r>
        <w:t>- What are the obstacles in your life that prevent honest confession?</w:t>
      </w:r>
    </w:p>
    <w:p>
      <w:pPr>
        <w:pStyle w:val="Heading2"/>
      </w:pPr>
      <w:r>
        <w:t>Application:</w:t>
      </w:r>
    </w:p>
    <w:p>
      <w:r>
        <w:t>Spend time in prayer, asking the Holy Spirit to reveal any unconfessed sin. Write them down privately, then confess each one to God, thanking Him for His forgiveness and cleansing.</w:t>
      </w:r>
    </w:p>
    <w:p>
      <w:pPr>
        <w:pStyle w:val="Heading2"/>
      </w:pPr>
      <w:r>
        <w:t>Cross-References:</w:t>
      </w:r>
    </w:p>
    <w:p>
      <w:r>
        <w:t>Psalm 32:5, Proverbs 28:13, James 5:16, Leviticus 5:5</w:t>
      </w:r>
    </w:p>
    <w:p>
      <w:pPr>
        <w:pStyle w:val="Heading1"/>
      </w:pPr>
      <w:r>
        <w:t>Lesson 2: Genuine Repentance</w:t>
      </w:r>
    </w:p>
    <w:p>
      <w:pPr>
        <w:pStyle w:val="Heading2"/>
      </w:pPr>
      <w:r>
        <w:t>Key Passage:</w:t>
      </w:r>
    </w:p>
    <w:p>
      <w:r>
        <w:t>Acts 3:19</w:t>
        <w:br/>
        <w:t>“Repent therefore, and turn again, that your sins may be blotted out.”</w:t>
      </w:r>
    </w:p>
    <w:p>
      <w:pPr>
        <w:pStyle w:val="Heading2"/>
      </w:pPr>
      <w:r>
        <w:t>Teaching:</w:t>
      </w:r>
    </w:p>
    <w:p>
      <w:r>
        <w:t>Repentance is more than remorse—it is a complete turning away from sin and toward God. It involves a change of mind that leads to a change in behavior. Biblical repentance brings about spiritual renewal and restored fellowship with God.</w:t>
      </w:r>
    </w:p>
    <w:p>
      <w:pPr>
        <w:pStyle w:val="Heading2"/>
      </w:pPr>
      <w:r>
        <w:t>Reflection Questions:</w:t>
      </w:r>
    </w:p>
    <w:p>
      <w:r>
        <w:t>- How is repentance different from simply feeling sorry?</w:t>
      </w:r>
    </w:p>
    <w:p>
      <w:r>
        <w:t>- What does it mean to “turn again” in your personal walk with God?</w:t>
      </w:r>
    </w:p>
    <w:p>
      <w:r>
        <w:t>- What sins in your life do you need to repent from right now?</w:t>
      </w:r>
    </w:p>
    <w:p>
      <w:pPr>
        <w:pStyle w:val="Heading2"/>
      </w:pPr>
      <w:r>
        <w:t>Application:</w:t>
      </w:r>
    </w:p>
    <w:p>
      <w:r>
        <w:t>Identify a specific sin or habit you’ve struggled with. Ask God for the strength to turn away from it. Share your desire to repent with a trusted believer for accountability and prayer.</w:t>
      </w:r>
    </w:p>
    <w:p>
      <w:pPr>
        <w:pStyle w:val="Heading2"/>
      </w:pPr>
      <w:r>
        <w:t>Cross-References:</w:t>
      </w:r>
    </w:p>
    <w:p>
      <w:r>
        <w:t>2 Corinthians 7:10, Matthew 3:8, Isaiah 55:6-7, Ezekiel 18:30</w:t>
      </w:r>
    </w:p>
    <w:p>
      <w:pPr>
        <w:pStyle w:val="Heading1"/>
      </w:pPr>
      <w:r>
        <w:t>Lesson 3: Confession and Repentance Lead to Renewal</w:t>
      </w:r>
    </w:p>
    <w:p>
      <w:pPr>
        <w:pStyle w:val="Heading2"/>
      </w:pPr>
      <w:r>
        <w:t>Key Passage:</w:t>
      </w:r>
    </w:p>
    <w:p>
      <w:r>
        <w:t>Psalm 51:10</w:t>
        <w:br/>
        <w:t>“Create in me a clean heart, O God, and renew a right spirit within me.”</w:t>
      </w:r>
    </w:p>
    <w:p>
      <w:pPr>
        <w:pStyle w:val="Heading2"/>
      </w:pPr>
      <w:r>
        <w:t>Teaching:</w:t>
      </w:r>
    </w:p>
    <w:p>
      <w:r>
        <w:t>When we come to God with sincere confession and repentance, He renews our hearts. King David wrote Psalm 51 after a grave sin, and it reflects a broken, repentant heart seeking restoration. God responds to humility with transformation, not just pardon.</w:t>
      </w:r>
    </w:p>
    <w:p>
      <w:pPr>
        <w:pStyle w:val="Heading2"/>
      </w:pPr>
      <w:r>
        <w:t>Reflection Questions:</w:t>
      </w:r>
    </w:p>
    <w:p>
      <w:r>
        <w:t>- How do you see David’s sincerity in Psalm 51?</w:t>
      </w:r>
    </w:p>
    <w:p>
      <w:r>
        <w:t>- Why is a “clean heart” essential for walking with God?</w:t>
      </w:r>
    </w:p>
    <w:p>
      <w:r>
        <w:t>- What does spiritual renewal look like in your life?</w:t>
      </w:r>
    </w:p>
    <w:p>
      <w:pPr>
        <w:pStyle w:val="Heading2"/>
      </w:pPr>
      <w:r>
        <w:t>Application:</w:t>
      </w:r>
    </w:p>
    <w:p>
      <w:r>
        <w:t>Meditate on Psalm 51. Ask God to create a clean heart in you. Journal the changes you desire Him to make in your life and what steps you can take to cultivate a renewed spirit.</w:t>
      </w:r>
    </w:p>
    <w:p>
      <w:pPr>
        <w:pStyle w:val="Heading2"/>
      </w:pPr>
      <w:r>
        <w:t>Cross-References:</w:t>
      </w:r>
    </w:p>
    <w:p>
      <w:r>
        <w:t>Isaiah 1:18, Joel 2:12-13, Titus 3:5, Romans 12:1-2</w:t>
      </w:r>
    </w:p>
    <w:p>
      <w:pPr>
        <w:pStyle w:val="Heading1"/>
      </w:pPr>
      <w:r>
        <w:t>Lesson 4: The Ongoing Life of Confession and Repentance</w:t>
      </w:r>
    </w:p>
    <w:p>
      <w:pPr>
        <w:pStyle w:val="Heading2"/>
      </w:pPr>
      <w:r>
        <w:t>Key Passage:</w:t>
      </w:r>
    </w:p>
    <w:p>
      <w:r>
        <w:t>Revelation 3:19</w:t>
        <w:br/>
        <w:t>“Those whom I love, I reprove and discipline, so be zealous and repent.”</w:t>
      </w:r>
    </w:p>
    <w:p>
      <w:pPr>
        <w:pStyle w:val="Heading2"/>
      </w:pPr>
      <w:r>
        <w:t>Teaching:</w:t>
      </w:r>
    </w:p>
    <w:p>
      <w:r>
        <w:t>Repentance is not a one-time act, but a continual lifestyle. God, in His love, corrects His children to bring them back into fellowship with Him. A healthy Christian life includes regular self-examination, confession, and repentance.</w:t>
      </w:r>
    </w:p>
    <w:p>
      <w:pPr>
        <w:pStyle w:val="Heading2"/>
      </w:pPr>
      <w:r>
        <w:t>Reflection Questions:</w:t>
      </w:r>
    </w:p>
    <w:p>
      <w:r>
        <w:t>- Why does God’s love include discipline and reproof?</w:t>
      </w:r>
    </w:p>
    <w:p>
      <w:r>
        <w:t>- How can you cultivate a lifestyle of ongoing repentance?</w:t>
      </w:r>
    </w:p>
    <w:p>
      <w:r>
        <w:t>- What role does God’s Word play in revealing areas that need change?</w:t>
      </w:r>
    </w:p>
    <w:p>
      <w:pPr>
        <w:pStyle w:val="Heading2"/>
      </w:pPr>
      <w:r>
        <w:t>Application:</w:t>
      </w:r>
    </w:p>
    <w:p>
      <w:r>
        <w:t>Make it a regular practice to examine your heart before God. Use a journal to reflect on your thoughts, words, and actions daily, asking God to show you anything that needs confession and change.</w:t>
      </w:r>
    </w:p>
    <w:p>
      <w:pPr>
        <w:pStyle w:val="Heading2"/>
      </w:pPr>
      <w:r>
        <w:t>Cross-References:</w:t>
      </w:r>
    </w:p>
    <w:p>
      <w:r>
        <w:t>Hebrews 12:5-11, Lamentations 3:40, 2 Chronicles 7:14, Romans 2:4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