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Communicating with God: A Bible Study</w:t>
      </w:r>
    </w:p>
    <w:p>
      <w:pPr>
        <w:pStyle w:val="Heading1"/>
      </w:pPr>
      <w:r>
        <w:t>Lesson 1: The Foundation of Communication with God</w:t>
      </w:r>
    </w:p>
    <w:p>
      <w:pPr>
        <w:pStyle w:val="Heading2"/>
      </w:pPr>
      <w:r>
        <w:t>Teaching:</w:t>
      </w:r>
    </w:p>
    <w:p>
      <w:r>
        <w:t>God created us for relationship with Him, and communication is essential to any relationship. Through prayer and His Word, we interact with our Creator. He desires not only that we speak to Him, but also that we listen. Relationship with God is rooted in faith, humility, and reverence, recognizing Him as Lord and Father.</w:t>
      </w:r>
    </w:p>
    <w:p>
      <w:pPr>
        <w:pStyle w:val="Heading2"/>
      </w:pPr>
      <w:r>
        <w:t>Key Verse:</w:t>
      </w:r>
    </w:p>
    <w:p>
      <w:r>
        <w:t>“Call to me and I will answer you, and will tell you great and hidden things that you have not known.” — Jeremiah 33:3 (ESV)</w:t>
      </w:r>
    </w:p>
    <w:p>
      <w:pPr>
        <w:pStyle w:val="Heading2"/>
      </w:pPr>
      <w:r>
        <w:t>Reflection Questions:</w:t>
      </w:r>
    </w:p>
    <w:p>
      <w:pPr>
        <w:pStyle w:val="ListBullet"/>
      </w:pPr>
      <w:r>
        <w:t>- What does this verse reveal about God's desire to communicate with us?</w:t>
      </w:r>
    </w:p>
    <w:p>
      <w:pPr>
        <w:pStyle w:val="ListBullet"/>
      </w:pPr>
      <w:r>
        <w:t>- How can we grow in confidence to approach God?</w:t>
      </w:r>
    </w:p>
    <w:p>
      <w:pPr>
        <w:pStyle w:val="ListBullet"/>
      </w:pPr>
      <w:r>
        <w:t>- What hinders you personally from regular communication with God?</w:t>
      </w:r>
    </w:p>
    <w:p>
      <w:pPr>
        <w:pStyle w:val="Heading2"/>
      </w:pPr>
      <w:r>
        <w:t>Application:</w:t>
      </w:r>
    </w:p>
    <w:p>
      <w:r>
        <w:t>Set aside intentional time this week to pray and read Scripture daily. Start your prayers by asking God to speak and end with a few moments of silence to listen.</w:t>
      </w:r>
    </w:p>
    <w:p>
      <w:pPr>
        <w:pStyle w:val="Heading2"/>
      </w:pPr>
      <w:r>
        <w:t>Cross References:</w:t>
      </w:r>
    </w:p>
    <w:p>
      <w:pPr>
        <w:pStyle w:val="ListBullet"/>
      </w:pPr>
      <w:r>
        <w:t>- Psalm 145:18</w:t>
      </w:r>
    </w:p>
    <w:p>
      <w:pPr>
        <w:pStyle w:val="ListBullet"/>
      </w:pPr>
      <w:r>
        <w:t>- James 4:8</w:t>
      </w:r>
    </w:p>
    <w:p>
      <w:pPr>
        <w:pStyle w:val="ListBullet"/>
      </w:pPr>
      <w:r>
        <w:t>- Hebrews 4:16</w:t>
      </w:r>
    </w:p>
    <w:p>
      <w:pPr>
        <w:pStyle w:val="ListBullet"/>
      </w:pPr>
      <w:r>
        <w:t>- John 15:7</w:t>
      </w:r>
    </w:p>
    <w:p>
      <w:pPr>
        <w:pStyle w:val="ListBullet"/>
      </w:pPr>
      <w:r>
        <w:t>- Romans 8:26</w:t>
      </w:r>
    </w:p>
    <w:p>
      <w:pPr>
        <w:pStyle w:val="Heading1"/>
      </w:pPr>
      <w:r>
        <w:t>Lesson 2: Listening to God</w:t>
      </w:r>
    </w:p>
    <w:p>
      <w:pPr>
        <w:pStyle w:val="Heading2"/>
      </w:pPr>
      <w:r>
        <w:t>Teaching:</w:t>
      </w:r>
    </w:p>
    <w:p>
      <w:r>
        <w:t>Listening to God is foundational to knowing Him and living in alignment with His will. Many people speak to God through prayer but struggle to recognize His voice. Jesus taught that His sheep know His voice and follow Him (John 10:27). To listen well, we must cultivate a heart that is still, humble, and receptive.</w:t>
        <w:br/>
        <w:br/>
        <w:t>Listening is not merely waiting for a mystical voice—it’s actively engaging with Scripture, being attentive in prayer, and staying spiritually alert. A listening posture involves:</w:t>
        <w:br/>
        <w:t>- Reading God’s Word daily</w:t>
        <w:br/>
        <w:t>- Remaining sensitive to the Holy Spirit</w:t>
        <w:br/>
        <w:t>- Practicing silence and solitude</w:t>
        <w:br/>
        <w:t>- Obeying what He’s already revealed</w:t>
      </w:r>
    </w:p>
    <w:p>
      <w:pPr>
        <w:pStyle w:val="Heading2"/>
      </w:pPr>
      <w:r>
        <w:t>Key Verse:</w:t>
      </w:r>
    </w:p>
    <w:p>
      <w:r>
        <w:t>“My sheep hear my voice, and I know them, and they follow me.” — John 10:27 (ESV)</w:t>
      </w:r>
    </w:p>
    <w:p>
      <w:pPr>
        <w:pStyle w:val="Heading2"/>
      </w:pPr>
      <w:r>
        <w:t>Reflection Questions:</w:t>
      </w:r>
    </w:p>
    <w:p>
      <w:pPr>
        <w:pStyle w:val="ListBullet"/>
      </w:pPr>
      <w:r>
        <w:t>- In what areas of life do you need to hear God’s voice more clearly?</w:t>
      </w:r>
    </w:p>
    <w:p>
      <w:pPr>
        <w:pStyle w:val="ListBullet"/>
      </w:pPr>
      <w:r>
        <w:t>- What distractions or barriers prevent you from truly listening?</w:t>
      </w:r>
    </w:p>
    <w:p>
      <w:pPr>
        <w:pStyle w:val="ListBullet"/>
      </w:pPr>
      <w:r>
        <w:t>- How can you build a habit of listening to God daily?</w:t>
      </w:r>
    </w:p>
    <w:p>
      <w:pPr>
        <w:pStyle w:val="Heading2"/>
      </w:pPr>
      <w:r>
        <w:t>Application:</w:t>
      </w:r>
    </w:p>
    <w:p>
      <w:r>
        <w:t>Begin each day this week with 5 minutes of silence before reading Scripture. Ask God to speak through His Word, and write down one thing you sense He is saying to you each day.</w:t>
      </w:r>
    </w:p>
    <w:p>
      <w:pPr>
        <w:pStyle w:val="Heading2"/>
      </w:pPr>
      <w:r>
        <w:t>Cross References:</w:t>
      </w:r>
    </w:p>
    <w:p>
      <w:pPr>
        <w:pStyle w:val="ListBullet"/>
      </w:pPr>
      <w:r>
        <w:t>- Psalm 46:10</w:t>
      </w:r>
    </w:p>
    <w:p>
      <w:pPr>
        <w:pStyle w:val="ListBullet"/>
      </w:pPr>
      <w:r>
        <w:t>- Luke 10:39</w:t>
      </w:r>
    </w:p>
    <w:p>
      <w:pPr>
        <w:pStyle w:val="ListBullet"/>
      </w:pPr>
      <w:r>
        <w:t>- Isaiah 50:4-5</w:t>
      </w:r>
    </w:p>
    <w:p>
      <w:pPr>
        <w:pStyle w:val="ListBullet"/>
      </w:pPr>
      <w:r>
        <w:t>- Proverbs 8:34</w:t>
      </w:r>
    </w:p>
    <w:p>
      <w:pPr>
        <w:pStyle w:val="ListBullet"/>
      </w:pPr>
      <w:r>
        <w:t>- Ecclesiastes 5:1-2</w:t>
      </w:r>
    </w:p>
    <w:p>
      <w:pPr>
        <w:pStyle w:val="Heading1"/>
      </w:pPr>
      <w:r>
        <w:t>Lesson 3: How God Speaks to Us Today</w:t>
      </w:r>
    </w:p>
    <w:p>
      <w:pPr>
        <w:pStyle w:val="Heading2"/>
      </w:pPr>
      <w:r>
        <w:t>Teaching:</w:t>
      </w:r>
    </w:p>
    <w:p>
      <w:r>
        <w:t>God is not silent. He primarily speaks in ways consistent with His character and truth:</w:t>
        <w:br/>
        <w:t>1. Through His Word</w:t>
        <w:br/>
        <w:t>2. Through the Holy Spirit</w:t>
        <w:br/>
        <w:t>3. Through Prayer</w:t>
        <w:br/>
        <w:t>4. Through Circumstances</w:t>
        <w:br/>
        <w:t>5. Through Other Believers</w:t>
        <w:br/>
        <w:t>6. Through Creation</w:t>
        <w:br/>
        <w:br/>
        <w:t>Every communication must be tested by Scripture. God will never contradict Himself.</w:t>
      </w:r>
    </w:p>
    <w:p>
      <w:pPr>
        <w:pStyle w:val="Heading2"/>
      </w:pPr>
      <w:r>
        <w:t>Key Verse:</w:t>
      </w:r>
    </w:p>
    <w:p>
      <w:r>
        <w:t>“All Scripture is breathed out by God and profitable for teaching, for reproof, for correction, and for training in righteousness.” — 2 Timothy 3:16 (ESV)</w:t>
      </w:r>
    </w:p>
    <w:p>
      <w:pPr>
        <w:pStyle w:val="Heading2"/>
      </w:pPr>
      <w:r>
        <w:t>Reflection Questions:</w:t>
      </w:r>
    </w:p>
    <w:p>
      <w:pPr>
        <w:pStyle w:val="ListBullet"/>
      </w:pPr>
      <w:r>
        <w:t>- Which way of hearing from God are you most familiar with?</w:t>
      </w:r>
    </w:p>
    <w:p>
      <w:pPr>
        <w:pStyle w:val="ListBullet"/>
      </w:pPr>
      <w:r>
        <w:t>- Have you ever experienced confirmation from multiple sources?</w:t>
      </w:r>
    </w:p>
    <w:p>
      <w:pPr>
        <w:pStyle w:val="ListBullet"/>
      </w:pPr>
      <w:r>
        <w:t>- How do you test what you hear or sense from God?</w:t>
      </w:r>
    </w:p>
    <w:p>
      <w:pPr>
        <w:pStyle w:val="Heading2"/>
      </w:pPr>
      <w:r>
        <w:t>Application:</w:t>
      </w:r>
    </w:p>
    <w:p>
      <w:r>
        <w:t>Write out each of the six ways God speaks. Reflect on a past time when you believe God used one of these to speak to you. Ask God to help you be more attentive to His voice through these channels.</w:t>
      </w:r>
    </w:p>
    <w:p>
      <w:pPr>
        <w:pStyle w:val="Heading2"/>
      </w:pPr>
      <w:r>
        <w:t>Cross References:</w:t>
      </w:r>
    </w:p>
    <w:p>
      <w:pPr>
        <w:pStyle w:val="ListBullet"/>
      </w:pPr>
      <w:r>
        <w:t>- Hebrews 1:1-2</w:t>
      </w:r>
    </w:p>
    <w:p>
      <w:pPr>
        <w:pStyle w:val="ListBullet"/>
      </w:pPr>
      <w:r>
        <w:t>- John 14:26</w:t>
      </w:r>
    </w:p>
    <w:p>
      <w:pPr>
        <w:pStyle w:val="ListBullet"/>
      </w:pPr>
      <w:r>
        <w:t>- Romans 8:14</w:t>
      </w:r>
    </w:p>
    <w:p>
      <w:pPr>
        <w:pStyle w:val="ListBullet"/>
      </w:pPr>
      <w:r>
        <w:t>- Acts 17:11</w:t>
      </w:r>
    </w:p>
    <w:p>
      <w:pPr>
        <w:pStyle w:val="ListBullet"/>
      </w:pPr>
      <w:r>
        <w:t>- Psalm 19:1-4</w:t>
      </w:r>
    </w:p>
    <w:p>
      <w:pPr>
        <w:pStyle w:val="Heading1"/>
      </w:pPr>
      <w:r>
        <w:t>Lesson 4: Talking to God in Prayer</w:t>
      </w:r>
    </w:p>
    <w:p>
      <w:pPr>
        <w:pStyle w:val="Heading2"/>
      </w:pPr>
      <w:r>
        <w:t>Teaching:</w:t>
      </w:r>
    </w:p>
    <w:p>
      <w:r>
        <w:t>Prayer is our means of talking with God. It includes praise, confession, thanksgiving, and requests. Jesus modeled prayer in the Lord’s Prayer. God invites us to come to Him with all concerns, knowing He hears and responds according to His will.</w:t>
      </w:r>
    </w:p>
    <w:p>
      <w:pPr>
        <w:pStyle w:val="Heading2"/>
      </w:pPr>
      <w:r>
        <w:t>Key Verse:</w:t>
      </w:r>
    </w:p>
    <w:p>
      <w:r>
        <w:t>“Do not be anxious about anything, but in everything by prayer and supplication with thanksgiving let your requests be made known to God.” — Philippians 4:6 (ESV)</w:t>
      </w:r>
    </w:p>
    <w:p>
      <w:pPr>
        <w:pStyle w:val="Heading2"/>
      </w:pPr>
      <w:r>
        <w:t>Reflection Questions:</w:t>
      </w:r>
    </w:p>
    <w:p>
      <w:pPr>
        <w:pStyle w:val="ListBullet"/>
      </w:pPr>
      <w:r>
        <w:t>- What kind of things does God want us to bring to Him in prayer?</w:t>
      </w:r>
    </w:p>
    <w:p>
      <w:pPr>
        <w:pStyle w:val="ListBullet"/>
      </w:pPr>
      <w:r>
        <w:t>- Do you find yourself mostly asking or also praising and thanking?</w:t>
      </w:r>
    </w:p>
    <w:p>
      <w:pPr>
        <w:pStyle w:val="ListBullet"/>
      </w:pPr>
      <w:r>
        <w:t>- What are some ways your prayer life could become more balanced?</w:t>
      </w:r>
    </w:p>
    <w:p>
      <w:pPr>
        <w:pStyle w:val="Heading2"/>
      </w:pPr>
      <w:r>
        <w:t>Application:</w:t>
      </w:r>
    </w:p>
    <w:p>
      <w:r>
        <w:t>Create a daily prayer list that includes praise, confession, thanksgiving, and specific requests. Keep track of how God answers.</w:t>
      </w:r>
    </w:p>
    <w:p>
      <w:pPr>
        <w:pStyle w:val="Heading2"/>
      </w:pPr>
      <w:r>
        <w:t>Cross References:</w:t>
      </w:r>
    </w:p>
    <w:p>
      <w:pPr>
        <w:pStyle w:val="ListBullet"/>
      </w:pPr>
      <w:r>
        <w:t>- Matthew 6:6-13</w:t>
      </w:r>
    </w:p>
    <w:p>
      <w:pPr>
        <w:pStyle w:val="ListBullet"/>
      </w:pPr>
      <w:r>
        <w:t>- 1 Thessalonians 5:17</w:t>
      </w:r>
    </w:p>
    <w:p>
      <w:pPr>
        <w:pStyle w:val="ListBullet"/>
      </w:pPr>
      <w:r>
        <w:t>- 1 John 5:14-15</w:t>
      </w:r>
    </w:p>
    <w:p>
      <w:pPr>
        <w:pStyle w:val="ListBullet"/>
      </w:pPr>
      <w:r>
        <w:t>- Psalm 66:18-20</w:t>
      </w:r>
    </w:p>
    <w:p>
      <w:pPr>
        <w:pStyle w:val="ListBullet"/>
      </w:pPr>
      <w:r>
        <w:t>- James 5:16</w:t>
      </w:r>
    </w:p>
    <w:p>
      <w:pPr>
        <w:pStyle w:val="Heading1"/>
      </w:pPr>
      <w:r>
        <w:t>Lesson 5: Dangers and Discernment in Communication with God</w:t>
      </w:r>
    </w:p>
    <w:p>
      <w:pPr>
        <w:pStyle w:val="Heading2"/>
      </w:pPr>
      <w:r>
        <w:t>Teaching:</w:t>
      </w:r>
    </w:p>
    <w:p>
      <w:r>
        <w:t>While God delights to speak with His people, we must also recognize the reality of spiritual deception, self-deception, and emotional confusion. Not every voice, impression, dream, or 'leading' is from God. Scripture warns us that Satan disguises himself as an angel of light (2 Corinthians 11:14), and our hearts can be deceitful (Jeremiah 17:9).</w:t>
        <w:br/>
        <w:br/>
        <w:t>Some dangers to be aware of include:</w:t>
        <w:br/>
        <w:t>1. Hearing from False Spirits or Teachers</w:t>
        <w:br/>
        <w:t>2. Following Our Own Desires</w:t>
        <w:br/>
        <w:t>3. Being Guided by Feelings Alone</w:t>
        <w:br/>
        <w:t>4. Seeking Mystical or Extra-Biblical Revelation</w:t>
        <w:br/>
        <w:t>5. Ignoring God’s Word in Favor of Experience</w:t>
        <w:br/>
        <w:br/>
        <w:t>How to Discern God’s Voice:</w:t>
        <w:br/>
        <w:t>- Compare with Scripture</w:t>
        <w:br/>
        <w:t>- Seek Godly Counsel</w:t>
        <w:br/>
        <w:t>- Watch for the Fruit</w:t>
        <w:br/>
        <w:t>- Pray for Clarity and Confirmation</w:t>
        <w:br/>
        <w:t>- Check for Conviction, Not Condemnation</w:t>
      </w:r>
    </w:p>
    <w:p>
      <w:pPr>
        <w:pStyle w:val="Heading2"/>
      </w:pPr>
      <w:r>
        <w:t>Key Verse:</w:t>
      </w:r>
    </w:p>
    <w:p>
      <w:r>
        <w:t>“Beloved, do not believe every spirit, but test the spirits to see whether they are from God...” — 1 John 4:1a (ESV)</w:t>
      </w:r>
    </w:p>
    <w:p>
      <w:pPr>
        <w:pStyle w:val="Heading2"/>
      </w:pPr>
      <w:r>
        <w:t>Reflection Questions:</w:t>
      </w:r>
    </w:p>
    <w:p>
      <w:pPr>
        <w:pStyle w:val="ListBullet"/>
      </w:pPr>
      <w:r>
        <w:t>- Have you ever believed something was from God but later realized it wasn’t? What helped you discern the truth?</w:t>
      </w:r>
    </w:p>
    <w:p>
      <w:pPr>
        <w:pStyle w:val="ListBullet"/>
      </w:pPr>
      <w:r>
        <w:t>- What tools do you use to evaluate spiritual impressions or guidance?</w:t>
      </w:r>
    </w:p>
    <w:p>
      <w:pPr>
        <w:pStyle w:val="ListBullet"/>
      </w:pPr>
      <w:r>
        <w:t>- How can you grow in your ability to distinguish God's voice from other influences?</w:t>
      </w:r>
    </w:p>
    <w:p>
      <w:pPr>
        <w:pStyle w:val="Heading2"/>
      </w:pPr>
      <w:r>
        <w:t>Application:</w:t>
      </w:r>
    </w:p>
    <w:p>
      <w:r>
        <w:t>Create a personal 'discernment checklist' including these questions:</w:t>
        <w:br/>
        <w:t>- Does this align with Scripture?</w:t>
        <w:br/>
        <w:t>- Does this lead me to obey God?</w:t>
        <w:br/>
        <w:t>- Does this bear godly fruit in my life?</w:t>
        <w:br/>
        <w:t>- Have I sought wise counsel?</w:t>
        <w:br/>
        <w:t>Use this checklist whenever you believe God may be speaking or leading.</w:t>
      </w:r>
    </w:p>
    <w:p>
      <w:pPr>
        <w:pStyle w:val="Heading2"/>
      </w:pPr>
      <w:r>
        <w:t>Cross References:</w:t>
      </w:r>
    </w:p>
    <w:p>
      <w:pPr>
        <w:pStyle w:val="ListBullet"/>
      </w:pPr>
      <w:r>
        <w:t>- Matthew 7:15-20</w:t>
      </w:r>
    </w:p>
    <w:p>
      <w:pPr>
        <w:pStyle w:val="ListBullet"/>
      </w:pPr>
      <w:r>
        <w:t>- 2 Corinthians 11:13-15</w:t>
      </w:r>
    </w:p>
    <w:p>
      <w:pPr>
        <w:pStyle w:val="ListBullet"/>
      </w:pPr>
      <w:r>
        <w:t>- Deuteronomy 18:20-22</w:t>
      </w:r>
    </w:p>
    <w:p>
      <w:pPr>
        <w:pStyle w:val="ListBullet"/>
      </w:pPr>
      <w:r>
        <w:t>- Acts 17:11</w:t>
      </w:r>
    </w:p>
    <w:p>
      <w:pPr>
        <w:pStyle w:val="ListBullet"/>
      </w:pPr>
      <w:r>
        <w:t>- Hebrews 5:14</w:t>
      </w:r>
    </w:p>
    <w:p>
      <w:pPr>
        <w:pStyle w:val="ListBullet"/>
      </w:pPr>
      <w:r>
        <w:t>- James 3:17</w:t>
      </w:r>
    </w:p>
    <w:p>
      <w:pPr>
        <w:pStyle w:val="ListBullet"/>
      </w:pPr>
      <w:r>
        <w:t>- Galatians 1:8-9</w:t>
      </w:r>
    </w:p>
    <w:p>
      <w:pPr>
        <w:pStyle w:val="Heading1"/>
      </w:pPr>
      <w:r>
        <w:t>Summary Lesson: Walking Daily in Communion with God</w:t>
      </w:r>
    </w:p>
    <w:p>
      <w:pPr>
        <w:pStyle w:val="Heading2"/>
      </w:pPr>
      <w:r>
        <w:t>Teaching:</w:t>
      </w:r>
    </w:p>
    <w:p>
      <w:r>
        <w:t>The goal of communicating with God is not just knowledge, but relationship. Through listening to His Word, praying in all things, walking in obedience, and discerning His voice, we grow in intimacy with Him. Communication with God is not a one-time event, but a lifelong practice of abiding in Christ. As we develop this discipline, our hearts become more aligned with His will and our lives reflect His character. God is not silent—He speaks. And when we talk with Him and listen attentively, we are transformed.</w:t>
      </w:r>
    </w:p>
    <w:p>
      <w:pPr>
        <w:pStyle w:val="Heading2"/>
      </w:pPr>
      <w:r>
        <w:t>Key Verse:</w:t>
      </w:r>
    </w:p>
    <w:p>
      <w:r>
        <w:t>“Abide in me, and I in you. As the branch cannot bear fruit by itself, unless it abides in the vine, neither can you, unless you abide in me.” — John 15:4 (ESV)</w:t>
      </w:r>
    </w:p>
    <w:p>
      <w:pPr>
        <w:pStyle w:val="Heading2"/>
      </w:pPr>
      <w:r>
        <w:t>Reflection Questions:</w:t>
      </w:r>
    </w:p>
    <w:p>
      <w:pPr>
        <w:pStyle w:val="ListBullet"/>
      </w:pPr>
      <w:r>
        <w:t>- What does it mean to abide in Christ daily?</w:t>
      </w:r>
    </w:p>
    <w:p>
      <w:pPr>
        <w:pStyle w:val="ListBullet"/>
      </w:pPr>
      <w:r>
        <w:t>- Which part of your communication with God needs more attention: listening or speaking?</w:t>
      </w:r>
    </w:p>
    <w:p>
      <w:pPr>
        <w:pStyle w:val="ListBullet"/>
      </w:pPr>
      <w:r>
        <w:t>- What changes can you make to deepen your relationship with God through better communication?</w:t>
      </w:r>
    </w:p>
    <w:p>
      <w:pPr>
        <w:pStyle w:val="Heading2"/>
      </w:pPr>
      <w:r>
        <w:t>Application:</w:t>
      </w:r>
    </w:p>
    <w:p>
      <w:r>
        <w:t>Reflect on each lesson from this study and identify one change you will implement this week to enhance your daily communication with God. Write a short prayer asking God to help you grow in consistency, discernment, and trust as you walk with Him.</w:t>
      </w:r>
    </w:p>
    <w:p>
      <w:pPr>
        <w:pStyle w:val="Heading2"/>
      </w:pPr>
      <w:r>
        <w:t>Cross References:</w:t>
      </w:r>
    </w:p>
    <w:p>
      <w:pPr>
        <w:pStyle w:val="ListBullet"/>
      </w:pPr>
      <w:r>
        <w:t>- Psalm 1:1-3</w:t>
      </w:r>
    </w:p>
    <w:p>
      <w:pPr>
        <w:pStyle w:val="ListBullet"/>
      </w:pPr>
      <w:r>
        <w:t>- Colossians 3:16</w:t>
      </w:r>
    </w:p>
    <w:p>
      <w:pPr>
        <w:pStyle w:val="ListBullet"/>
      </w:pPr>
      <w:r>
        <w:t>- Galatians 5:16-25</w:t>
      </w:r>
    </w:p>
    <w:p>
      <w:pPr>
        <w:pStyle w:val="ListBullet"/>
      </w:pPr>
      <w:r>
        <w:t>- John 8:31-32</w:t>
      </w:r>
    </w:p>
    <w:p>
      <w:pPr>
        <w:pStyle w:val="ListBullet"/>
      </w:pPr>
      <w:r>
        <w:t>- 1 Thessalonians 5:16-18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