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Biblical Study on Pornography</w:t>
      </w:r>
    </w:p>
    <w:p>
      <w:pPr>
        <w:pStyle w:val="Heading2"/>
      </w:pPr>
      <w:r>
        <w:t>Lesson 1: The Battle for the Heart</w:t>
      </w:r>
    </w:p>
    <w:p>
      <w:r>
        <w:t>Teaching:</w:t>
      </w:r>
    </w:p>
    <w:p>
      <w:r>
        <w:t>Pornography is not just a physical temptation; it's a spiritual battle for the heart and mind. Jesus taught that lust begins in the heart, and it is there that sin must be confronted. We must recognize pornography not merely as a bad habit, but as a distortion of God’s design for intimacy and purity.</w:t>
      </w:r>
    </w:p>
    <w:p>
      <w:r>
        <w:t>Key Verse:</w:t>
      </w:r>
    </w:p>
    <w:p>
      <w:r>
        <w:t>Matthew 5:28 – "But I tell you that anyone who looks at a woman lustfully has already committed adultery with her in his heart."</w:t>
      </w:r>
    </w:p>
    <w:p>
      <w:r>
        <w:t>Reflection Questions:</w:t>
      </w:r>
    </w:p>
    <w:p>
      <w:r>
        <w:t>- Why do you think Jesus focused on the heart in this teaching?</w:t>
      </w:r>
    </w:p>
    <w:p>
      <w:r>
        <w:t>- How does pornography affect your relationship with God and others?</w:t>
      </w:r>
    </w:p>
    <w:p>
      <w:r>
        <w:t>- What does this verse reveal about the seriousness of lust?</w:t>
      </w:r>
    </w:p>
    <w:p>
      <w:r>
        <w:t>Application:</w:t>
      </w:r>
    </w:p>
    <w:p>
      <w:r>
        <w:t>Identify one way pornography has affected your life. Pray and ask God for help in renewing your heart and mind. Consider talking to a trusted Christian mentor or accountability partner about your struggle.</w:t>
      </w:r>
    </w:p>
    <w:p>
      <w:r>
        <w:t>Cross References:</w:t>
      </w:r>
    </w:p>
    <w:p>
      <w:r>
        <w:t>- Proverbs 4:23</w:t>
      </w:r>
    </w:p>
    <w:p>
      <w:r>
        <w:t>- Job 31:1</w:t>
      </w:r>
    </w:p>
    <w:p>
      <w:r>
        <w:t>- 1 Thessalonians 4:3-5</w:t>
      </w:r>
    </w:p>
    <w:p>
      <w:r>
        <w:t>- James 1:14-15</w:t>
      </w:r>
    </w:p>
    <w:p/>
    <w:p>
      <w:pPr>
        <w:pStyle w:val="Heading2"/>
      </w:pPr>
      <w:r>
        <w:t>Lesson 2: Freedom Through Confession and Repentance</w:t>
      </w:r>
    </w:p>
    <w:p>
      <w:r>
        <w:t>Teaching:</w:t>
      </w:r>
    </w:p>
    <w:p>
      <w:r>
        <w:t>Sin loses its power when brought into the light. Confession is the first step toward freedom. God is not waiting to condemn us, but to cleanse and restore us. Genuine repentance involves a change of mind and direction.</w:t>
      </w:r>
    </w:p>
    <w:p>
      <w:r>
        <w:t>Key Verse:</w:t>
      </w:r>
    </w:p>
    <w:p>
      <w:r>
        <w:t>1 John 1:9 – "If we confess our sins, he is faithful and just and will forgive us our sins and purify us from all unrighteousness."</w:t>
      </w:r>
    </w:p>
    <w:p>
      <w:r>
        <w:t>Reflection Questions:</w:t>
      </w:r>
    </w:p>
    <w:p>
      <w:r>
        <w:t>- What fears might keep you from confessing your struggle with pornography?</w:t>
      </w:r>
    </w:p>
    <w:p>
      <w:r>
        <w:t>- How does God's promise of forgiveness encourage you?</w:t>
      </w:r>
    </w:p>
    <w:p>
      <w:r>
        <w:t>- In what ways can repentance be demonstrated practically?</w:t>
      </w:r>
    </w:p>
    <w:p>
      <w:r>
        <w:t>Application:</w:t>
      </w:r>
    </w:p>
    <w:p>
      <w:r>
        <w:t>Write out a prayer of confession. Share with someone who will pray for you and encourage your growth. Create a plan to avoid situations that lead to temptation.</w:t>
      </w:r>
    </w:p>
    <w:p>
      <w:r>
        <w:t>Cross References:</w:t>
      </w:r>
    </w:p>
    <w:p>
      <w:r>
        <w:t>- Proverbs 28:13</w:t>
      </w:r>
    </w:p>
    <w:p>
      <w:r>
        <w:t>- Psalm 32:5</w:t>
      </w:r>
    </w:p>
    <w:p>
      <w:r>
        <w:t>- James 5:16</w:t>
      </w:r>
    </w:p>
    <w:p>
      <w:r>
        <w:t>- Acts 3:19</w:t>
      </w:r>
    </w:p>
    <w:p/>
    <w:p>
      <w:pPr>
        <w:pStyle w:val="Heading2"/>
      </w:pPr>
      <w:r>
        <w:t>Lesson 3: Renewing the Mind</w:t>
      </w:r>
    </w:p>
    <w:p>
      <w:r>
        <w:t>Teaching:</w:t>
      </w:r>
    </w:p>
    <w:p>
      <w:r>
        <w:t>The battle against pornography is won or lost in the mind. We are transformed by renewing our thoughts through God’s Word. This requires both the removal of sinful input and the replacement with truth.</w:t>
      </w:r>
    </w:p>
    <w:p>
      <w:r>
        <w:t>Key Verse:</w:t>
      </w:r>
    </w:p>
    <w:p>
      <w:r>
        <w:t>Romans 12:2 – "Do not conform to the pattern of this world, but be transformed by the renewing of your mind."</w:t>
      </w:r>
    </w:p>
    <w:p>
      <w:r>
        <w:t>Reflection Questions:</w:t>
      </w:r>
    </w:p>
    <w:p>
      <w:r>
        <w:t>- What kinds of thoughts dominate your mind during times of temptation?</w:t>
      </w:r>
    </w:p>
    <w:p>
      <w:r>
        <w:t>- How can Scripture be used to combat lustful thoughts?</w:t>
      </w:r>
    </w:p>
    <w:p>
      <w:r>
        <w:t>- What practical steps can you take to guard your mind?</w:t>
      </w:r>
    </w:p>
    <w:p>
      <w:r>
        <w:t>Application:</w:t>
      </w:r>
    </w:p>
    <w:p>
      <w:r>
        <w:t>Memorize a verse that helps you focus on purity. Limit or remove media that promotes sexual immorality. Commit to daily time in Scripture and prayer.</w:t>
      </w:r>
    </w:p>
    <w:p>
      <w:r>
        <w:t>Cross References:</w:t>
      </w:r>
    </w:p>
    <w:p>
      <w:r>
        <w:t>- Philippians 4:8</w:t>
      </w:r>
    </w:p>
    <w:p>
      <w:r>
        <w:t>- 2 Corinthians 10:5</w:t>
      </w:r>
    </w:p>
    <w:p>
      <w:r>
        <w:t>- Psalm 119:9-11</w:t>
      </w:r>
    </w:p>
    <w:p>
      <w:r>
        <w:t>- Colossians 3:2</w:t>
      </w:r>
    </w:p>
    <w:p/>
    <w:p>
      <w:pPr>
        <w:pStyle w:val="Heading2"/>
      </w:pPr>
      <w:r>
        <w:t>Lesson 4: Living in the Spirit, Not the Flesh</w:t>
      </w:r>
    </w:p>
    <w:p>
      <w:r>
        <w:t>Teaching:</w:t>
      </w:r>
    </w:p>
    <w:p>
      <w:r>
        <w:t>Victory over pornography is possible through the power of the Holy Spirit. Our old nature draws us to sin, but God has given us a new nature and the Spirit to lead us into freedom.</w:t>
      </w:r>
    </w:p>
    <w:p>
      <w:r>
        <w:t>Key Verse:</w:t>
      </w:r>
    </w:p>
    <w:p>
      <w:r>
        <w:t>Galatians 5:16-17 – "So I say, walk by the Spirit, and you will not gratify the desires of the flesh. For the flesh desires what is contrary to the Spirit, and the Spirit what is contrary to the flesh."</w:t>
      </w:r>
    </w:p>
    <w:p>
      <w:r>
        <w:t>Reflection Questions:</w:t>
      </w:r>
    </w:p>
    <w:p>
      <w:r>
        <w:t>- What does it mean to "walk by the Spirit" in your daily life?</w:t>
      </w:r>
    </w:p>
    <w:p>
      <w:r>
        <w:t>- How does living by the Spirit help you overcome temptation?</w:t>
      </w:r>
    </w:p>
    <w:p>
      <w:r>
        <w:t>- What changes when you rely on God's power instead of your own?</w:t>
      </w:r>
    </w:p>
    <w:p>
      <w:r>
        <w:t>Application:</w:t>
      </w:r>
    </w:p>
    <w:p>
      <w:r>
        <w:t>Begin each day by asking the Holy Spirit to guide your actions and thoughts. Identify one way you can depend more on Him this week in the area of sexual purity.</w:t>
      </w:r>
    </w:p>
    <w:p>
      <w:r>
        <w:t>Cross References:</w:t>
      </w:r>
    </w:p>
    <w:p>
      <w:r>
        <w:t>- Romans 8:5-6</w:t>
      </w:r>
    </w:p>
    <w:p>
      <w:r>
        <w:t>- Ephesians 5:18</w:t>
      </w:r>
    </w:p>
    <w:p>
      <w:r>
        <w:t>- John 15:4-5</w:t>
      </w:r>
    </w:p>
    <w:p>
      <w:r>
        <w:t>- 2 Peter 1:3-4</w:t>
      </w:r>
    </w:p>
    <w:p/>
    <w:p>
      <w:pPr>
        <w:pStyle w:val="Heading2"/>
      </w:pPr>
      <w:r>
        <w:t>Lesson 5: Redeeming Relationships and Restoring Purpose</w:t>
      </w:r>
    </w:p>
    <w:p>
      <w:r>
        <w:t>Teaching:</w:t>
      </w:r>
    </w:p>
    <w:p>
      <w:r>
        <w:t>Pornography distorts our view of others and ourselves. As we walk in freedom, God restores our relationships, our view of sexuality, and our identity in Him. We are called to love others as image-bearers, not as objects of lust.</w:t>
      </w:r>
    </w:p>
    <w:p>
      <w:r>
        <w:t>Key Verse:</w:t>
      </w:r>
    </w:p>
    <w:p>
      <w:r>
        <w:t>1 Thessalonians 4:3-5 – "It is God’s will that you should be sanctified: that you should avoid sexual immorality; that each of you should learn to control your own body in a way that is holy and honorable."</w:t>
      </w:r>
    </w:p>
    <w:p>
      <w:r>
        <w:t>Reflection Questions:</w:t>
      </w:r>
    </w:p>
    <w:p>
      <w:r>
        <w:t>- How has pornography affected your relationships?</w:t>
      </w:r>
    </w:p>
    <w:p>
      <w:r>
        <w:t>- What does it mean to view others as made in God's image?</w:t>
      </w:r>
    </w:p>
    <w:p>
      <w:r>
        <w:t>- How can you begin to restore broken trust and love with others?</w:t>
      </w:r>
    </w:p>
    <w:p>
      <w:r>
        <w:t>Application:</w:t>
      </w:r>
    </w:p>
    <w:p>
      <w:r>
        <w:t>Reflect on your relationships. Seek forgiveness where needed and commit to honoring others with purity and respect. Set goals for how to love and serve others with Christ-like character.</w:t>
      </w:r>
    </w:p>
    <w:p>
      <w:r>
        <w:t>Cross References:</w:t>
      </w:r>
    </w:p>
    <w:p>
      <w:r>
        <w:t>- Ephesians 5:1-3</w:t>
      </w:r>
    </w:p>
    <w:p>
      <w:r>
        <w:t>- 1 Peter 1:14-16</w:t>
      </w:r>
    </w:p>
    <w:p>
      <w:r>
        <w:t>- Genesis 1:27</w:t>
      </w:r>
    </w:p>
    <w:p>
      <w:r>
        <w:t>- Colossians 3:5</w:t>
      </w:r>
    </w:p>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