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Cultivating Godly Patience – A Biblical Study</w:t>
      </w:r>
    </w:p>
    <w:p>
      <w:pPr>
        <w:pStyle w:val="Heading1"/>
      </w:pPr>
      <w:r>
        <w:t>Lesson 1: Understanding Patience as a Fruit of the Spirit</w:t>
      </w:r>
    </w:p>
    <w:p>
      <w:r>
        <w:t>Key Verse (ESV): "But the fruit of the Spirit is love, joy, peace, patience, kindness, goodness, faithfulness," — Galatians 5:22 (ESV)</w:t>
      </w:r>
    </w:p>
    <w:p>
      <w:pPr>
        <w:pStyle w:val="Heading2"/>
      </w:pPr>
      <w:r>
        <w:t>Teaching</w:t>
      </w:r>
    </w:p>
    <w:p>
      <w:r>
        <w:t>Patience is not merely a passive endurance but an active virtue that reflects the presence of the Holy Spirit. It is foundational to how believers respond to suffering, delay, and provocation. Biblical patience includes waiting on God’s timing, trusting His promises, and bearing with others in love.</w:t>
      </w:r>
    </w:p>
    <w:p>
      <w:pPr>
        <w:pStyle w:val="Heading2"/>
      </w:pPr>
      <w:r>
        <w:t>Reflection Questions</w:t>
      </w:r>
    </w:p>
    <w:p>
      <w:pPr>
        <w:pStyle w:val="ListBullet"/>
      </w:pPr>
      <w:r>
        <w:t>- How would you describe the difference between worldly patience and spiritual patience?</w:t>
      </w:r>
    </w:p>
    <w:p>
      <w:pPr>
        <w:pStyle w:val="ListBullet"/>
      </w:pPr>
      <w:r>
        <w:t>- In what areas of life do you find it most difficult to be patient?</w:t>
      </w:r>
    </w:p>
    <w:p>
      <w:pPr>
        <w:pStyle w:val="ListBullet"/>
      </w:pPr>
      <w:r>
        <w:t>- How does the presence of the Holy Spirit influence your capacity for patience?</w:t>
      </w:r>
    </w:p>
    <w:p>
      <w:pPr>
        <w:pStyle w:val="Heading2"/>
      </w:pPr>
      <w:r>
        <w:t>Application</w:t>
      </w:r>
    </w:p>
    <w:p>
      <w:r>
        <w:t>Take time each day to recognize moments when you feel impatient. Instead of reacting, pray for the Spirit to help you wait, trust, and show grace. Begin a journal to track victories and struggles in patience over the coming weeks.</w:t>
      </w:r>
    </w:p>
    <w:p>
      <w:pPr>
        <w:pStyle w:val="Heading2"/>
      </w:pPr>
      <w:r>
        <w:t>Cross-References</w:t>
      </w:r>
    </w:p>
    <w:p>
      <w:pPr>
        <w:pStyle w:val="ListBullet"/>
      </w:pPr>
      <w:r>
        <w:t>- James 1:2–4</w:t>
      </w:r>
    </w:p>
    <w:p>
      <w:pPr>
        <w:pStyle w:val="ListBullet"/>
      </w:pPr>
      <w:r>
        <w:t>- Colossians 3:12–13</w:t>
      </w:r>
    </w:p>
    <w:p>
      <w:pPr>
        <w:pStyle w:val="ListBullet"/>
      </w:pPr>
      <w:r>
        <w:t>- Romans 5:3–5</w:t>
      </w:r>
    </w:p>
    <w:p>
      <w:pPr>
        <w:pStyle w:val="ListBullet"/>
      </w:pPr>
      <w:r>
        <w:t>- 1 Corinthians 13:4</w:t>
      </w:r>
    </w:p>
    <w:p>
      <w:pPr>
        <w:pStyle w:val="Heading1"/>
      </w:pPr>
      <w:r>
        <w:t>Lesson 2: Patience in Suffering</w:t>
      </w:r>
    </w:p>
    <w:p>
      <w:r>
        <w:t>Key Verse (ESV): "Be patient, therefore, brothers, until the coming of the Lord. See how the farmer waits for the precious fruit of the earth... You also, be patient." — James 5:7–8a (ESV)</w:t>
      </w:r>
    </w:p>
    <w:p>
      <w:pPr>
        <w:pStyle w:val="Heading2"/>
      </w:pPr>
      <w:r>
        <w:t>Teaching</w:t>
      </w:r>
    </w:p>
    <w:p>
      <w:r>
        <w:t>Patience in suffering is a recurring biblical theme. James uses the image of a farmer to show how patience includes trust in a future reward. Suffering is not meaningless; it develops perseverance, character, and hope (Romans 5:3–5).</w:t>
      </w:r>
    </w:p>
    <w:p>
      <w:pPr>
        <w:pStyle w:val="Heading2"/>
      </w:pPr>
      <w:r>
        <w:t>Reflection Questions</w:t>
      </w:r>
    </w:p>
    <w:p>
      <w:pPr>
        <w:pStyle w:val="ListBullet"/>
      </w:pPr>
      <w:r>
        <w:t>- What suffering have you faced where patience was tested?</w:t>
      </w:r>
    </w:p>
    <w:p>
      <w:pPr>
        <w:pStyle w:val="ListBullet"/>
      </w:pPr>
      <w:r>
        <w:t>- How can you practically imitate the patience of a farmer in spiritual terms?</w:t>
      </w:r>
    </w:p>
    <w:p>
      <w:pPr>
        <w:pStyle w:val="ListBullet"/>
      </w:pPr>
      <w:r>
        <w:t>- How does waiting on the Lord strengthen your faith?</w:t>
      </w:r>
    </w:p>
    <w:p>
      <w:pPr>
        <w:pStyle w:val="Heading2"/>
      </w:pPr>
      <w:r>
        <w:t>Application</w:t>
      </w:r>
    </w:p>
    <w:p>
      <w:r>
        <w:t>Identify one trial you are currently facing. Commit to praying each day for strength to be patient through it. Look for ways God may be growing your character in the process.</w:t>
      </w:r>
    </w:p>
    <w:p>
      <w:pPr>
        <w:pStyle w:val="Heading2"/>
      </w:pPr>
      <w:r>
        <w:t>Cross-References</w:t>
      </w:r>
    </w:p>
    <w:p>
      <w:pPr>
        <w:pStyle w:val="ListBullet"/>
      </w:pPr>
      <w:r>
        <w:t>- Romans 8:25</w:t>
      </w:r>
    </w:p>
    <w:p>
      <w:pPr>
        <w:pStyle w:val="ListBullet"/>
      </w:pPr>
      <w:r>
        <w:t>- Psalm 27:14</w:t>
      </w:r>
    </w:p>
    <w:p>
      <w:pPr>
        <w:pStyle w:val="ListBullet"/>
      </w:pPr>
      <w:r>
        <w:t>- 2 Thessalonians 1:4</w:t>
      </w:r>
    </w:p>
    <w:p>
      <w:pPr>
        <w:pStyle w:val="ListBullet"/>
      </w:pPr>
      <w:r>
        <w:t>- Hebrews 10:36</w:t>
      </w:r>
    </w:p>
    <w:p>
      <w:pPr>
        <w:pStyle w:val="Heading1"/>
      </w:pPr>
      <w:r>
        <w:t>Lesson 3: Patience with Others</w:t>
      </w:r>
    </w:p>
    <w:p>
      <w:r>
        <w:t>Key Verse (ESV): "With all humility and gentleness, with patience, bearing with one another in love," — Ephesians 4:2 (ESV)</w:t>
      </w:r>
    </w:p>
    <w:p>
      <w:pPr>
        <w:pStyle w:val="Heading2"/>
      </w:pPr>
      <w:r>
        <w:t>Teaching</w:t>
      </w:r>
    </w:p>
    <w:p>
      <w:r>
        <w:t>Biblical patience extends toward others in our relationships. It reflects Christ’s patience with us and is essential in maintaining unity and love in the body of Christ. Patience prevents resentment, bitterness, and unnecessary conflict.</w:t>
      </w:r>
    </w:p>
    <w:p>
      <w:pPr>
        <w:pStyle w:val="Heading2"/>
      </w:pPr>
      <w:r>
        <w:t>Reflection Questions</w:t>
      </w:r>
    </w:p>
    <w:p>
      <w:pPr>
        <w:pStyle w:val="ListBullet"/>
      </w:pPr>
      <w:r>
        <w:t>- Who in your life requires the most patience from you right now?</w:t>
      </w:r>
    </w:p>
    <w:p>
      <w:pPr>
        <w:pStyle w:val="ListBullet"/>
      </w:pPr>
      <w:r>
        <w:t>- How can you reflect Christ’s patience toward that person?</w:t>
      </w:r>
    </w:p>
    <w:p>
      <w:pPr>
        <w:pStyle w:val="ListBullet"/>
      </w:pPr>
      <w:r>
        <w:t>- Why is patience necessary for maintaining unity in the church?</w:t>
      </w:r>
    </w:p>
    <w:p>
      <w:pPr>
        <w:pStyle w:val="Heading2"/>
      </w:pPr>
      <w:r>
        <w:t>Application</w:t>
      </w:r>
    </w:p>
    <w:p>
      <w:r>
        <w:t>Reach out to someone you’ve been impatient with and extend grace in a tangible way—whether through forgiveness, a kind word, or a thoughtful gesture.</w:t>
      </w:r>
    </w:p>
    <w:p>
      <w:pPr>
        <w:pStyle w:val="Heading2"/>
      </w:pPr>
      <w:r>
        <w:t>Cross-References</w:t>
      </w:r>
    </w:p>
    <w:p>
      <w:pPr>
        <w:pStyle w:val="ListBullet"/>
      </w:pPr>
      <w:r>
        <w:t>- Proverbs 19:11</w:t>
      </w:r>
    </w:p>
    <w:p>
      <w:pPr>
        <w:pStyle w:val="ListBullet"/>
      </w:pPr>
      <w:r>
        <w:t>- 1 Thessalonians 5:14</w:t>
      </w:r>
    </w:p>
    <w:p>
      <w:pPr>
        <w:pStyle w:val="ListBullet"/>
      </w:pPr>
      <w:r>
        <w:t>- Matthew 18:21–22</w:t>
      </w:r>
    </w:p>
    <w:p>
      <w:pPr>
        <w:pStyle w:val="ListBullet"/>
      </w:pPr>
      <w:r>
        <w:t>- Romans 15:1</w:t>
      </w:r>
    </w:p>
    <w:p>
      <w:pPr>
        <w:pStyle w:val="Heading1"/>
      </w:pPr>
      <w:r>
        <w:t>Lesson 4: God’s Patience Toward Us</w:t>
      </w:r>
    </w:p>
    <w:p>
      <w:r>
        <w:t>Key Verse (ESV): "The Lord is not slow to fulfill his promise as some count slowness, but is patient toward you..." — 2 Peter 3:9 (ESV)</w:t>
      </w:r>
    </w:p>
    <w:p>
      <w:pPr>
        <w:pStyle w:val="Heading2"/>
      </w:pPr>
      <w:r>
        <w:t>Teaching</w:t>
      </w:r>
    </w:p>
    <w:p>
      <w:r>
        <w:t>God’s patience is rooted in His mercy and desire that none should perish. This patience should inspire both awe and gratitude. It also reminds us to extend the same patience to others that God has shown to us.</w:t>
      </w:r>
    </w:p>
    <w:p>
      <w:pPr>
        <w:pStyle w:val="Heading2"/>
      </w:pPr>
      <w:r>
        <w:t>Reflection Questions</w:t>
      </w:r>
    </w:p>
    <w:p>
      <w:pPr>
        <w:pStyle w:val="ListBullet"/>
      </w:pPr>
      <w:r>
        <w:t>- How have you personally experienced God’s patience in your life?</w:t>
      </w:r>
    </w:p>
    <w:p>
      <w:pPr>
        <w:pStyle w:val="ListBullet"/>
      </w:pPr>
      <w:r>
        <w:t>- What does God's patience reveal about His character?</w:t>
      </w:r>
    </w:p>
    <w:p>
      <w:pPr>
        <w:pStyle w:val="ListBullet"/>
      </w:pPr>
      <w:r>
        <w:t>- How can reflecting on God's patience impact your relationships?</w:t>
      </w:r>
    </w:p>
    <w:p>
      <w:pPr>
        <w:pStyle w:val="Heading2"/>
      </w:pPr>
      <w:r>
        <w:t>Application</w:t>
      </w:r>
    </w:p>
    <w:p>
      <w:r>
        <w:t>Write a prayer or a letter of gratitude to God specifically thanking Him for times when He was patient with your failures or slowness to change. Let this reflection shape your behavior toward others.</w:t>
      </w:r>
    </w:p>
    <w:p>
      <w:pPr>
        <w:pStyle w:val="Heading2"/>
      </w:pPr>
      <w:r>
        <w:t>Cross-References</w:t>
      </w:r>
    </w:p>
    <w:p>
      <w:pPr>
        <w:pStyle w:val="ListBullet"/>
      </w:pPr>
      <w:r>
        <w:t>- Exodus 34:6</w:t>
      </w:r>
    </w:p>
    <w:p>
      <w:pPr>
        <w:pStyle w:val="ListBullet"/>
      </w:pPr>
      <w:r>
        <w:t>- Romans 2:4</w:t>
      </w:r>
    </w:p>
    <w:p>
      <w:pPr>
        <w:pStyle w:val="ListBullet"/>
      </w:pPr>
      <w:r>
        <w:t>- 1 Timothy 1:16</w:t>
      </w:r>
    </w:p>
    <w:p>
      <w:pPr>
        <w:pStyle w:val="ListBullet"/>
      </w:pPr>
      <w:r>
        <w:t>- Jonah 4:2</w:t>
      </w:r>
    </w:p>
    <w:p>
      <w:pPr>
        <w:pStyle w:val="Heading1"/>
      </w:pPr>
      <w:r>
        <w:t>Lesson 5: Developing Patience Through Trials</w:t>
      </w:r>
    </w:p>
    <w:p>
      <w:r>
        <w:t>Key Verse (ESV): "More than that, we rejoice in our sufferings, knowing that suffering produces endurance," — Romans 5:3 (ESV)</w:t>
      </w:r>
    </w:p>
    <w:p>
      <w:pPr>
        <w:pStyle w:val="Heading2"/>
      </w:pPr>
      <w:r>
        <w:t>Teaching</w:t>
      </w:r>
    </w:p>
    <w:p>
      <w:r>
        <w:t>Patience is not given instantly—it is developed over time through trials. Trials are opportunities to lean into God’s grace, grow in endurance, and trust His sovereign hand. Growth in patience is growth in maturity.</w:t>
      </w:r>
    </w:p>
    <w:p>
      <w:pPr>
        <w:pStyle w:val="Heading2"/>
      </w:pPr>
      <w:r>
        <w:t>Reflection Questions</w:t>
      </w:r>
    </w:p>
    <w:p>
      <w:pPr>
        <w:pStyle w:val="ListBullet"/>
      </w:pPr>
      <w:r>
        <w:t>- How have trials shaped your spiritual maturity?</w:t>
      </w:r>
    </w:p>
    <w:p>
      <w:pPr>
        <w:pStyle w:val="ListBullet"/>
      </w:pPr>
      <w:r>
        <w:t>- What has God taught you through seasons of waiting or hardship?</w:t>
      </w:r>
    </w:p>
    <w:p>
      <w:pPr>
        <w:pStyle w:val="ListBullet"/>
      </w:pPr>
      <w:r>
        <w:t>- How do you usually respond when life doesn’t go according to plan?</w:t>
      </w:r>
    </w:p>
    <w:p>
      <w:pPr>
        <w:pStyle w:val="Heading2"/>
      </w:pPr>
      <w:r>
        <w:t>Application</w:t>
      </w:r>
    </w:p>
    <w:p>
      <w:r>
        <w:t>List 3 past trials and how God used them to strengthen your character. Use these testimonies to encourage someone who is currently struggling.</w:t>
      </w:r>
    </w:p>
    <w:p>
      <w:pPr>
        <w:pStyle w:val="Heading2"/>
      </w:pPr>
      <w:r>
        <w:t>Cross-References</w:t>
      </w:r>
    </w:p>
    <w:p>
      <w:pPr>
        <w:pStyle w:val="ListBullet"/>
      </w:pPr>
      <w:r>
        <w:t>- Hebrews 12:1–2</w:t>
      </w:r>
    </w:p>
    <w:p>
      <w:pPr>
        <w:pStyle w:val="ListBullet"/>
      </w:pPr>
      <w:r>
        <w:t>- 2 Corinthians 4:17</w:t>
      </w:r>
    </w:p>
    <w:p>
      <w:pPr>
        <w:pStyle w:val="ListBullet"/>
      </w:pPr>
      <w:r>
        <w:t>- Job 1:21–22</w:t>
      </w:r>
    </w:p>
    <w:p>
      <w:pPr>
        <w:pStyle w:val="ListBullet"/>
      </w:pPr>
      <w:r>
        <w:t>- Isaiah 40:31</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