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Biblical Study on Parenting</w:t>
      </w:r>
    </w:p>
    <w:p>
      <w:pPr>
        <w:pStyle w:val="Heading1"/>
      </w:pPr>
      <w:r>
        <w:t>Lesson 1: God's Design for Parenting</w:t>
      </w:r>
    </w:p>
    <w:p>
      <w:r>
        <w:t>Key Verse:</w:t>
      </w:r>
    </w:p>
    <w:p>
      <w:pPr>
        <w:pStyle w:val="IntenseQuote"/>
      </w:pPr>
      <w:r>
        <w:t>Proverbs 22:6 – "Train up a child in the way he should go; even when he is old he will not depart from it."</w:t>
      </w:r>
    </w:p>
    <w:p>
      <w:r>
        <w:t>Teaching:</w:t>
      </w:r>
    </w:p>
    <w:p>
      <w:r>
        <w:t>Parenting is a divine calling and stewardship. God entrusts children to parents with the responsibility to raise them in His ways. The foundation of biblical parenting begins with understanding that children belong to God, and parents are to train, guide, and nurture them according to His truth. Our model of parenting should reflect God's love, discipline, and grace.</w:t>
      </w:r>
    </w:p>
    <w:p>
      <w:r>
        <w:t>Reflection Questions:</w:t>
      </w:r>
    </w:p>
    <w:p>
      <w:pPr>
        <w:pStyle w:val="ListBullet"/>
      </w:pPr>
      <w:r>
        <w:t>- How do you currently view your role as a parent?</w:t>
      </w:r>
    </w:p>
    <w:p>
      <w:pPr>
        <w:pStyle w:val="ListBullet"/>
      </w:pPr>
      <w:r>
        <w:t>- In what ways does your parenting reflect God's character?</w:t>
      </w:r>
    </w:p>
    <w:p>
      <w:pPr>
        <w:pStyle w:val="ListBullet"/>
      </w:pPr>
      <w:r>
        <w:t>- What does it mean to “train” a child according to this verse?</w:t>
      </w:r>
    </w:p>
    <w:p>
      <w:r>
        <w:t>Application:</w:t>
      </w:r>
    </w:p>
    <w:p>
      <w:r>
        <w:t>Take time to evaluate your parenting practices. Consider areas where you can be more intentional in teaching your child about God's Word and ways. Pray for wisdom and strength to lead your child faithfully.</w:t>
      </w:r>
    </w:p>
    <w:p>
      <w:r>
        <w:t>Cross-References:</w:t>
      </w:r>
    </w:p>
    <w:p>
      <w:pPr>
        <w:pStyle w:val="ListBullet"/>
      </w:pPr>
      <w:r>
        <w:t>- Deuteronomy 6:6-7</w:t>
      </w:r>
    </w:p>
    <w:p>
      <w:pPr>
        <w:pStyle w:val="ListBullet"/>
      </w:pPr>
      <w:r>
        <w:t>- Psalm 127:3</w:t>
      </w:r>
    </w:p>
    <w:p>
      <w:pPr>
        <w:pStyle w:val="ListBullet"/>
      </w:pPr>
      <w:r>
        <w:t>- Ephesians 6:4</w:t>
      </w:r>
    </w:p>
    <w:p>
      <w:pPr>
        <w:pStyle w:val="ListBullet"/>
      </w:pPr>
      <w:r>
        <w:t>- Colossians 3:21</w:t>
      </w:r>
    </w:p>
    <w:p>
      <w:pPr>
        <w:pStyle w:val="Heading1"/>
      </w:pPr>
      <w:r>
        <w:t>Lesson 2: Leading by Example</w:t>
      </w:r>
    </w:p>
    <w:p>
      <w:r>
        <w:t>Key Verse:</w:t>
      </w:r>
    </w:p>
    <w:p>
      <w:pPr>
        <w:pStyle w:val="IntenseQuote"/>
      </w:pPr>
      <w:r>
        <w:t>Deuteronomy 6:6–7 – "And these words that I command you today shall be on your heart. You shall teach them diligently to your children..."</w:t>
      </w:r>
    </w:p>
    <w:p>
      <w:r>
        <w:t>Teaching:</w:t>
      </w:r>
    </w:p>
    <w:p>
      <w:r>
        <w:t>Children learn more from what they see than what they hear. Scripture calls parents to first internalize God’s commandments and then teach them to their children. Faith is passed down most effectively through consistent, godly living. Parents must model integrity, kindness, humility, and reverence for God in everyday life.</w:t>
      </w:r>
    </w:p>
    <w:p>
      <w:r>
        <w:t>Reflection Questions:</w:t>
      </w:r>
    </w:p>
    <w:p>
      <w:pPr>
        <w:pStyle w:val="ListBullet"/>
      </w:pPr>
      <w:r>
        <w:t>- What message does your lifestyle communicate to your children?</w:t>
      </w:r>
    </w:p>
    <w:p>
      <w:pPr>
        <w:pStyle w:val="ListBullet"/>
      </w:pPr>
      <w:r>
        <w:t>- How can you incorporate Scripture into your daily routines with your children?</w:t>
      </w:r>
    </w:p>
    <w:p>
      <w:pPr>
        <w:pStyle w:val="ListBullet"/>
      </w:pPr>
      <w:r>
        <w:t>- What steps can you take to grow spiritually for the sake of your family?</w:t>
      </w:r>
    </w:p>
    <w:p>
      <w:r>
        <w:t>Application:</w:t>
      </w:r>
    </w:p>
    <w:p>
      <w:r>
        <w:t>Identify one area where your example may not align with what you want your children to learn. Begin making intentional changes and involve your children in conversations about your faith.</w:t>
      </w:r>
    </w:p>
    <w:p>
      <w:r>
        <w:t>Cross-References:</w:t>
      </w:r>
    </w:p>
    <w:p>
      <w:pPr>
        <w:pStyle w:val="ListBullet"/>
      </w:pPr>
      <w:r>
        <w:t>- 1 Corinthians 11:1</w:t>
      </w:r>
    </w:p>
    <w:p>
      <w:pPr>
        <w:pStyle w:val="ListBullet"/>
      </w:pPr>
      <w:r>
        <w:t>- Philippians 4:9</w:t>
      </w:r>
    </w:p>
    <w:p>
      <w:pPr>
        <w:pStyle w:val="ListBullet"/>
      </w:pPr>
      <w:r>
        <w:t>- Matthew 5:16</w:t>
      </w:r>
    </w:p>
    <w:p>
      <w:pPr>
        <w:pStyle w:val="ListBullet"/>
      </w:pPr>
      <w:r>
        <w:t>- 2 Timothy 1:5</w:t>
      </w:r>
    </w:p>
    <w:p>
      <w:pPr>
        <w:pStyle w:val="Heading1"/>
      </w:pPr>
      <w:r>
        <w:t>Lesson 3: Discipline with Love</w:t>
      </w:r>
    </w:p>
    <w:p>
      <w:r>
        <w:t>Key Verse:</w:t>
      </w:r>
    </w:p>
    <w:p>
      <w:pPr>
        <w:pStyle w:val="IntenseQuote"/>
      </w:pPr>
      <w:r>
        <w:t>Hebrews 12:11 – "For the moment all discipline seems painful rather than pleasant, but later it yields the peaceful fruit of righteousness to those who have been trained by it."</w:t>
      </w:r>
    </w:p>
    <w:p>
      <w:r>
        <w:t>Teaching:</w:t>
      </w:r>
    </w:p>
    <w:p>
      <w:r>
        <w:t>Discipline is an expression of love and care when done with the right motives. Just as God disciplines His children for their good, parents must correct and guide their children for their growth. Discipline should never be harsh or angry, but firm, fair, and restorative.</w:t>
      </w:r>
    </w:p>
    <w:p>
      <w:r>
        <w:t>Reflection Questions:</w:t>
      </w:r>
    </w:p>
    <w:p>
      <w:pPr>
        <w:pStyle w:val="ListBullet"/>
      </w:pPr>
      <w:r>
        <w:t>- What is your current approach to discipline?</w:t>
      </w:r>
    </w:p>
    <w:p>
      <w:pPr>
        <w:pStyle w:val="ListBullet"/>
      </w:pPr>
      <w:r>
        <w:t>- How does your discipline reflect God's love and justice?</w:t>
      </w:r>
    </w:p>
    <w:p>
      <w:pPr>
        <w:pStyle w:val="ListBullet"/>
      </w:pPr>
      <w:r>
        <w:t>- How do your children respond to your correction?</w:t>
      </w:r>
    </w:p>
    <w:p>
      <w:r>
        <w:t>Application:</w:t>
      </w:r>
    </w:p>
    <w:p>
      <w:r>
        <w:t>Assess your methods of discipline. Are they consistent and rooted in love? Ask God to help you correct with patience and wisdom, always pointing your children back to Christ.</w:t>
      </w:r>
    </w:p>
    <w:p>
      <w:r>
        <w:t>Cross-References:</w:t>
      </w:r>
    </w:p>
    <w:p>
      <w:pPr>
        <w:pStyle w:val="ListBullet"/>
      </w:pPr>
      <w:r>
        <w:t>- Proverbs 13:24</w:t>
      </w:r>
    </w:p>
    <w:p>
      <w:pPr>
        <w:pStyle w:val="ListBullet"/>
      </w:pPr>
      <w:r>
        <w:t>- Proverbs 3:11-12</w:t>
      </w:r>
    </w:p>
    <w:p>
      <w:pPr>
        <w:pStyle w:val="ListBullet"/>
      </w:pPr>
      <w:r>
        <w:t>- Ephesians 6:4</w:t>
      </w:r>
    </w:p>
    <w:p>
      <w:pPr>
        <w:pStyle w:val="ListBullet"/>
      </w:pPr>
      <w:r>
        <w:t>- Revelation 3:19</w:t>
      </w:r>
    </w:p>
    <w:p>
      <w:pPr>
        <w:pStyle w:val="Heading1"/>
      </w:pPr>
      <w:r>
        <w:t>Lesson 4: Praying for and with Your Children</w:t>
      </w:r>
    </w:p>
    <w:p>
      <w:r>
        <w:t>Key Verse:</w:t>
      </w:r>
    </w:p>
    <w:p>
      <w:pPr>
        <w:pStyle w:val="IntenseQuote"/>
      </w:pPr>
      <w:r>
        <w:t>James 5:16 – "The prayer of a righteous person has great power as it is working."</w:t>
      </w:r>
    </w:p>
    <w:p>
      <w:r>
        <w:t>Teaching:</w:t>
      </w:r>
    </w:p>
    <w:p>
      <w:r>
        <w:t>Prayer is a vital part of parenting. Parents should be committed to praying both for and with their children. Through prayer, parents seek God’s guidance, protection, and blessing for their children. Praying with children also helps model faith and dependence on God.</w:t>
      </w:r>
    </w:p>
    <w:p>
      <w:r>
        <w:t>Reflection Questions:</w:t>
      </w:r>
    </w:p>
    <w:p>
      <w:pPr>
        <w:pStyle w:val="ListBullet"/>
      </w:pPr>
      <w:r>
        <w:t>- How often do you pray for your children?</w:t>
      </w:r>
    </w:p>
    <w:p>
      <w:pPr>
        <w:pStyle w:val="ListBullet"/>
      </w:pPr>
      <w:r>
        <w:t>- In what ways can you invite your children into a lifestyle of prayer?</w:t>
      </w:r>
    </w:p>
    <w:p>
      <w:pPr>
        <w:pStyle w:val="ListBullet"/>
      </w:pPr>
      <w:r>
        <w:t>- What areas of your child’s life need focused prayer right now?</w:t>
      </w:r>
    </w:p>
    <w:p>
      <w:r>
        <w:t>Application:</w:t>
      </w:r>
    </w:p>
    <w:p>
      <w:r>
        <w:t>Start a habit of praying daily for each of your children by name and need. Set aside regular time to pray with your children, modeling gratitude, confession, and requests to God.</w:t>
      </w:r>
    </w:p>
    <w:p>
      <w:r>
        <w:t>Cross-References:</w:t>
      </w:r>
    </w:p>
    <w:p>
      <w:pPr>
        <w:pStyle w:val="ListBullet"/>
      </w:pPr>
      <w:r>
        <w:t>- Philippians 4:6</w:t>
      </w:r>
    </w:p>
    <w:p>
      <w:pPr>
        <w:pStyle w:val="ListBullet"/>
      </w:pPr>
      <w:r>
        <w:t>- 1 Thessalonians 5:17</w:t>
      </w:r>
    </w:p>
    <w:p>
      <w:pPr>
        <w:pStyle w:val="ListBullet"/>
      </w:pPr>
      <w:r>
        <w:t>- Psalm 55:17</w:t>
      </w:r>
    </w:p>
    <w:p>
      <w:pPr>
        <w:pStyle w:val="ListBullet"/>
      </w:pPr>
      <w:r>
        <w:t>- 1 Samuel 1:27</w:t>
      </w:r>
    </w:p>
    <w:p>
      <w:pPr>
        <w:pStyle w:val="Heading1"/>
      </w:pPr>
      <w:r>
        <w:t>Lesson 5: Trusting God with Your Children</w:t>
      </w:r>
    </w:p>
    <w:p>
      <w:r>
        <w:t>Key Verse:</w:t>
      </w:r>
    </w:p>
    <w:p>
      <w:pPr>
        <w:pStyle w:val="IntenseQuote"/>
      </w:pPr>
      <w:r>
        <w:t>Psalm 127:1–2 – "Unless the Lord builds the house, those who build it labor in vain. Unless the Lord watches over the city, the watchman stays awake in vain. It is in vain that you rise up early and go late to rest, eating the bread of anxious toil; for he gives to his beloved sleep."</w:t>
      </w:r>
    </w:p>
    <w:p>
      <w:r>
        <w:t>Teaching:</w:t>
      </w:r>
    </w:p>
    <w:p>
      <w:r>
        <w:t>While parents are called to teach, guide, and care for their children, they are not in control of the outcomes. Trusting God means releasing fear, anxiety, and control, knowing that He is sovereign over your children’s lives. Faithful parenting includes both diligence and surrender.</w:t>
      </w:r>
    </w:p>
    <w:p>
      <w:r>
        <w:t>Reflection Questions:</w:t>
      </w:r>
    </w:p>
    <w:p>
      <w:pPr>
        <w:pStyle w:val="ListBullet"/>
      </w:pPr>
      <w:r>
        <w:t>- What areas of your child’s life do you struggle to trust God with?</w:t>
      </w:r>
    </w:p>
    <w:p>
      <w:pPr>
        <w:pStyle w:val="ListBullet"/>
      </w:pPr>
      <w:r>
        <w:t>- How do you balance responsibility with surrender in parenting?</w:t>
      </w:r>
    </w:p>
    <w:p>
      <w:pPr>
        <w:pStyle w:val="ListBullet"/>
      </w:pPr>
      <w:r>
        <w:t>- What promises of God can you cling to as a parent?</w:t>
      </w:r>
    </w:p>
    <w:p>
      <w:r>
        <w:t>Application:</w:t>
      </w:r>
    </w:p>
    <w:p>
      <w:r>
        <w:t>Commit to daily surrender your children to God in prayer. Write down a specific worry and intentionally release it to Him. Remind yourself of His faithfulness.</w:t>
      </w:r>
    </w:p>
    <w:p>
      <w:r>
        <w:t>Cross-References:</w:t>
      </w:r>
    </w:p>
    <w:p>
      <w:pPr>
        <w:pStyle w:val="ListBullet"/>
      </w:pPr>
      <w:r>
        <w:t>- Proverbs 3:5-6</w:t>
      </w:r>
    </w:p>
    <w:p>
      <w:pPr>
        <w:pStyle w:val="ListBullet"/>
      </w:pPr>
      <w:r>
        <w:t>- Matthew 6:33-34</w:t>
      </w:r>
    </w:p>
    <w:p>
      <w:pPr>
        <w:pStyle w:val="ListBullet"/>
      </w:pPr>
      <w:r>
        <w:t>- Isaiah 41:10</w:t>
      </w:r>
    </w:p>
    <w:p>
      <w:pPr>
        <w:pStyle w:val="ListBullet"/>
      </w:pPr>
      <w:r>
        <w:t>- Romans 8:28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