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Biblical Study on Integrity</w:t>
      </w:r>
    </w:p>
    <w:p>
      <w:pPr>
        <w:pStyle w:val="Heading1"/>
      </w:pPr>
      <w:r>
        <w:t>Lesson 1: What Is Integrity?</w:t>
      </w:r>
    </w:p>
    <w:p>
      <w:r>
        <w:t>**Teaching:** Integrity is more than honesty—it's consistency in character, even when no one is watching. It reflects a heart aligned with God’s truth, marked by moral uprightness, faithfulness, and sincerity.</w:t>
      </w:r>
    </w:p>
    <w:p>
      <w:r>
        <w:t>**Scripture Focus:** Proverbs 10:9; Psalm 15</w:t>
      </w:r>
    </w:p>
    <w:p>
      <w:r>
        <w:t>**Key Verse (ESV):** Proverbs 10:9 (ESV): "Whoever walks in integrity walks securely, but he who makes his ways crooked will be found out."</w:t>
      </w:r>
    </w:p>
    <w:p>
      <w:r>
        <w:t>**Reflection Questions:**</w:t>
      </w:r>
    </w:p>
    <w:p>
      <w:pPr>
        <w:pStyle w:val="ListBullet"/>
      </w:pPr>
      <w:r>
        <w:t>- How do you define integrity in your own words?</w:t>
      </w:r>
    </w:p>
    <w:p>
      <w:pPr>
        <w:pStyle w:val="ListBullet"/>
      </w:pPr>
      <w:r>
        <w:t>- Where in your life do you see consistency or inconsistency in your character?</w:t>
      </w:r>
    </w:p>
    <w:p>
      <w:pPr>
        <w:pStyle w:val="ListBullet"/>
      </w:pPr>
      <w:r>
        <w:t>- How does your understanding of God influence your pursuit of integrity?</w:t>
      </w:r>
    </w:p>
    <w:p>
      <w:r>
        <w:t>**Application:** Make a list of 3 areas in your life where you want to grow in integrity. Ask a trusted friend or mentor to hold you accountable.</w:t>
      </w:r>
    </w:p>
    <w:p>
      <w:r>
        <w:t>**Cross-References:** Psalm 15:1–2; Proverbs 11:3; Job 2:3; Titus 2:7–8</w:t>
      </w:r>
    </w:p>
    <w:p>
      <w:pPr>
        <w:pStyle w:val="Heading1"/>
      </w:pPr>
      <w:r>
        <w:t>Lesson 2: Integrity in Our Speech</w:t>
      </w:r>
    </w:p>
    <w:p>
      <w:r>
        <w:t>**Teaching:** Words are powerful. Integrity is reflected in how truthfully, lovingly, and consistently we speak. God values words that align with His truth, free of deceit, gossip, and hypocrisy.</w:t>
      </w:r>
    </w:p>
    <w:p>
      <w:r>
        <w:t>**Scripture Focus:** James 3:1–12; Ephesians 4:25</w:t>
      </w:r>
    </w:p>
    <w:p>
      <w:r>
        <w:t>**Key Verse (ESV):** Ephesians 4:25 (ESV): "Having put away falsehood, let each one of you speak the truth with his neighbor, for we are members one of another."</w:t>
      </w:r>
    </w:p>
    <w:p>
      <w:r>
        <w:t>**Reflection Questions:**</w:t>
      </w:r>
    </w:p>
    <w:p>
      <w:pPr>
        <w:pStyle w:val="ListBullet"/>
      </w:pPr>
      <w:r>
        <w:t>- How honest are you in daily conversations?</w:t>
      </w:r>
    </w:p>
    <w:p>
      <w:pPr>
        <w:pStyle w:val="ListBullet"/>
      </w:pPr>
      <w:r>
        <w:t>- Do you ever exaggerate or hide the truth to protect your image?</w:t>
      </w:r>
    </w:p>
    <w:p>
      <w:pPr>
        <w:pStyle w:val="ListBullet"/>
      </w:pPr>
      <w:r>
        <w:t>- What would it look like to speak with integrity in difficult situations?</w:t>
      </w:r>
    </w:p>
    <w:p>
      <w:r>
        <w:t>**Application:** This week, be intentional about your speech. Before responding, ask, “Is it true? Is it kind? Is it necessary?”</w:t>
      </w:r>
    </w:p>
    <w:p>
      <w:r>
        <w:t>**Cross-References:** Colossians 4:6; Proverbs 12:22; Matthew 12:36–37; Psalm 141:3</w:t>
      </w:r>
    </w:p>
    <w:p>
      <w:pPr>
        <w:pStyle w:val="Heading1"/>
      </w:pPr>
      <w:r>
        <w:t>Lesson 3: Integrity in the Workplace and Responsibilities</w:t>
      </w:r>
    </w:p>
    <w:p>
      <w:r>
        <w:t>**Teaching:** Whether you are at home, at work, or in school, God calls for faithfulness in every task. Integrity means doing the right thing even when it goes unnoticed.</w:t>
      </w:r>
    </w:p>
    <w:p>
      <w:r>
        <w:t>**Scripture Focus:** Colossians 3:22–24; Daniel 6</w:t>
      </w:r>
    </w:p>
    <w:p>
      <w:r>
        <w:t>**Key Verse (ESV):** Colossians 3:23 (ESV): "Whatever you do, work heartily, as for the Lord and not for men."</w:t>
      </w:r>
    </w:p>
    <w:p>
      <w:r>
        <w:t>**Reflection Questions:**</w:t>
      </w:r>
    </w:p>
    <w:p>
      <w:pPr>
        <w:pStyle w:val="ListBullet"/>
      </w:pPr>
      <w:r>
        <w:t>- Are you diligent even when no one is watching?</w:t>
      </w:r>
    </w:p>
    <w:p>
      <w:pPr>
        <w:pStyle w:val="ListBullet"/>
      </w:pPr>
      <w:r>
        <w:t>- Have you faced a time when your integrity at work was tested?</w:t>
      </w:r>
    </w:p>
    <w:p>
      <w:pPr>
        <w:pStyle w:val="ListBullet"/>
      </w:pPr>
      <w:r>
        <w:t>- How does working 'for the Lord' affect your work ethic?</w:t>
      </w:r>
    </w:p>
    <w:p>
      <w:r>
        <w:t>**Application:** This week, choose one responsibility that you've been neglecting or doing half-heartedly. Commit to doing it with excellence.</w:t>
      </w:r>
    </w:p>
    <w:p>
      <w:r>
        <w:t>**Cross-References:** Proverbs 16:11; Luke 16:10; 1 Corinthians 10:31; Daniel 6:4–5</w:t>
      </w:r>
    </w:p>
    <w:p>
      <w:pPr>
        <w:pStyle w:val="Heading1"/>
      </w:pPr>
      <w:r>
        <w:t>Lesson 4: Integrity Before God</w:t>
      </w:r>
    </w:p>
    <w:p>
      <w:r>
        <w:t>**Teaching:** God sees the heart. Integrity before Him means living with no hidden sin, no double life, and a sincere desire to walk in the light of His Word.</w:t>
      </w:r>
    </w:p>
    <w:p>
      <w:r>
        <w:t>**Scripture Focus:** Psalm 139; 1 Samuel 16:7</w:t>
      </w:r>
    </w:p>
    <w:p>
      <w:r>
        <w:t>**Key Verse (ESV):** Psalm 139:23 (ESV): "Search me, O God, and know my heart! Try me and know my thoughts!"</w:t>
      </w:r>
    </w:p>
    <w:p>
      <w:r>
        <w:t>**Reflection Questions:**</w:t>
      </w:r>
    </w:p>
    <w:p>
      <w:pPr>
        <w:pStyle w:val="ListBullet"/>
      </w:pPr>
      <w:r>
        <w:t>- Are there areas in your life where you're not being fully honest with God?</w:t>
      </w:r>
    </w:p>
    <w:p>
      <w:pPr>
        <w:pStyle w:val="ListBullet"/>
      </w:pPr>
      <w:r>
        <w:t>- How does God’s omniscience affect your view of integrity?</w:t>
      </w:r>
    </w:p>
    <w:p>
      <w:pPr>
        <w:pStyle w:val="ListBullet"/>
      </w:pPr>
      <w:r>
        <w:t>- What’s the difference between reputation and character?</w:t>
      </w:r>
    </w:p>
    <w:p>
      <w:r>
        <w:t>**Application:** Spend time in prayer, asking God to reveal any hidden sin or areas lacking integrity. Confess and ask for His strength to walk uprightly.</w:t>
      </w:r>
    </w:p>
    <w:p>
      <w:r>
        <w:t>**Cross-References:** 1 Chronicles 29:17; Hebrews 4:13; Matthew 6:1–6; Psalm 24:3–4</w:t>
      </w:r>
    </w:p>
    <w:p>
      <w:pPr>
        <w:pStyle w:val="Heading1"/>
      </w:pPr>
      <w:r>
        <w:t>Lesson 5: The Blessings and Cost of Integrity</w:t>
      </w:r>
    </w:p>
    <w:p>
      <w:r>
        <w:t>**Teaching:** Integrity often comes with a cost—rejection, loss, or hardship—but it also brings blessings: peace, security, and favor with God. Jesus Himself is our model of perfect integrity.</w:t>
      </w:r>
    </w:p>
    <w:p>
      <w:r>
        <w:t>**Scripture Focus:** Genesis 39 (Joseph), Matthew 5:10–12</w:t>
      </w:r>
    </w:p>
    <w:p>
      <w:r>
        <w:t>**Key Verse (ESV):** Proverbs 28:6 (ESV): "Better is a poor man who walks in his integrity than a rich man who is crooked in his ways."</w:t>
      </w:r>
    </w:p>
    <w:p>
      <w:r>
        <w:t>**Reflection Questions:**</w:t>
      </w:r>
    </w:p>
    <w:p>
      <w:pPr>
        <w:pStyle w:val="ListBullet"/>
      </w:pPr>
      <w:r>
        <w:t>- Have you ever suffered for doing what was right?</w:t>
      </w:r>
    </w:p>
    <w:p>
      <w:pPr>
        <w:pStyle w:val="ListBullet"/>
      </w:pPr>
      <w:r>
        <w:t>- What are the eternal rewards of integrity that make it worth the cost?</w:t>
      </w:r>
    </w:p>
    <w:p>
      <w:pPr>
        <w:pStyle w:val="ListBullet"/>
      </w:pPr>
      <w:r>
        <w:t>- How does Jesus' integrity inspire you?</w:t>
      </w:r>
    </w:p>
    <w:p>
      <w:r>
        <w:t>**Application:** Write a short prayer asking God to strengthen your resolve to walk in integrity no matter the cost.</w:t>
      </w:r>
    </w:p>
    <w:p>
      <w:r>
        <w:t>**Cross-References:** 1 Peter 3:16; Luke 16:10–13; Proverbs 20:7; Hebrews 12:1–3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