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Biblical Study on Greed</w:t>
      </w:r>
    </w:p>
    <w:p>
      <w:pPr>
        <w:pStyle w:val="Heading1"/>
      </w:pPr>
      <w:r>
        <w:t>Lesson 1: The Nature of Greed</w:t>
      </w:r>
    </w:p>
    <w:p>
      <w:pPr>
        <w:pStyle w:val="Heading2"/>
      </w:pPr>
      <w:r>
        <w:t>Key Passage:</w:t>
      </w:r>
    </w:p>
    <w:p>
      <w:r>
        <w:t>Luke 12:15</w:t>
        <w:br/>
        <w:t>“Watch out! Be on your guard against all kinds of greed; life does not consist in an abundance of possessions.”</w:t>
      </w:r>
    </w:p>
    <w:p>
      <w:pPr>
        <w:pStyle w:val="Heading2"/>
      </w:pPr>
      <w:r>
        <w:t>Teaching:</w:t>
      </w:r>
    </w:p>
    <w:p>
      <w:r>
        <w:t>Greed is a strong and selfish desire for more than is needed, especially for money or possessions. Jesus warns us to guard against all kinds of greed because it can subtly take root in the heart. Greed leads us to value material things above spiritual ones and can drive us away from dependence on God. This lesson introduces the deceptive nature of greed and how it contrasts with a life that trusts in God for provision.</w:t>
      </w:r>
    </w:p>
    <w:p>
      <w:pPr>
        <w:pStyle w:val="Heading2"/>
      </w:pPr>
      <w:r>
        <w:t>Reflection Questions:</w:t>
      </w:r>
    </w:p>
    <w:p>
      <w:pPr>
        <w:pStyle w:val="ListNumber"/>
      </w:pPr>
      <w:r>
        <w:t>Why do you think Jesus warned people to be on guard against all kinds of greed?</w:t>
      </w:r>
    </w:p>
    <w:p>
      <w:pPr>
        <w:pStyle w:val="ListNumber"/>
      </w:pPr>
      <w:r>
        <w:t>How can greed take different forms beyond just money?</w:t>
      </w:r>
    </w:p>
    <w:p>
      <w:pPr>
        <w:pStyle w:val="ListNumber"/>
      </w:pPr>
      <w:r>
        <w:t>What are some areas in your life where you are tempted to desire more than you need?</w:t>
      </w:r>
    </w:p>
    <w:p>
      <w:pPr>
        <w:pStyle w:val="Heading2"/>
      </w:pPr>
      <w:r>
        <w:t>Application:</w:t>
      </w:r>
    </w:p>
    <w:p>
      <w:r>
        <w:t>Identify one area in your life where you're tempted to seek more than is necessary. Pray for contentment and actively practice gratitude for what God has already provided.</w:t>
      </w:r>
    </w:p>
    <w:p>
      <w:pPr>
        <w:pStyle w:val="Heading2"/>
      </w:pPr>
      <w:r>
        <w:t>Cross-References:</w:t>
      </w:r>
    </w:p>
    <w:p>
      <w:pPr>
        <w:pStyle w:val="ListBullet"/>
      </w:pPr>
      <w:r>
        <w:t>Ecclesiastes 5:10</w:t>
      </w:r>
    </w:p>
    <w:p>
      <w:pPr>
        <w:pStyle w:val="ListBullet"/>
      </w:pPr>
      <w:r>
        <w:t>Proverbs 28:25</w:t>
      </w:r>
    </w:p>
    <w:p>
      <w:pPr>
        <w:pStyle w:val="ListBullet"/>
      </w:pPr>
      <w:r>
        <w:t>Colossians 3:5</w:t>
      </w:r>
    </w:p>
    <w:p>
      <w:pPr>
        <w:pStyle w:val="ListBullet"/>
      </w:pPr>
      <w:r>
        <w:t>1 Timothy 6:9–10</w:t>
      </w:r>
    </w:p>
    <w:p>
      <w:pPr>
        <w:pStyle w:val="Heading1"/>
      </w:pPr>
      <w:r>
        <w:t>Lesson 2: Greed vs. Contentment</w:t>
      </w:r>
    </w:p>
    <w:p>
      <w:pPr>
        <w:pStyle w:val="Heading2"/>
      </w:pPr>
      <w:r>
        <w:t>Key Passage:</w:t>
      </w:r>
    </w:p>
    <w:p>
      <w:r>
        <w:t>Hebrews 13:5</w:t>
        <w:br/>
        <w:t>“Keep your lives free from the love of money and be content with what you have, because God has said, ‘Never will I leave you; never will I forsake you.’”</w:t>
      </w:r>
    </w:p>
    <w:p>
      <w:pPr>
        <w:pStyle w:val="Heading2"/>
      </w:pPr>
      <w:r>
        <w:t>Teaching:</w:t>
      </w:r>
    </w:p>
    <w:p>
      <w:r>
        <w:t>Contentment is the antidote to greed. While greed says “more,” contentment says “enough.” Scripture encourages us to trust God’s presence and provision rather than striving for financial security or material gain. The love of money can become an idol, distracting us from the richness of our relationship with God.</w:t>
      </w:r>
    </w:p>
    <w:p>
      <w:pPr>
        <w:pStyle w:val="Heading2"/>
      </w:pPr>
      <w:r>
        <w:t>Reflection Questions:</w:t>
      </w:r>
    </w:p>
    <w:p>
      <w:pPr>
        <w:pStyle w:val="ListNumber"/>
      </w:pPr>
      <w:r>
        <w:t>What does it mean to be content in Christ?</w:t>
      </w:r>
    </w:p>
    <w:p>
      <w:pPr>
        <w:pStyle w:val="ListNumber"/>
      </w:pPr>
      <w:r>
        <w:t>How does trusting God's presence help you overcome a love of money?</w:t>
      </w:r>
    </w:p>
    <w:p>
      <w:pPr>
        <w:pStyle w:val="ListNumber"/>
      </w:pPr>
      <w:r>
        <w:t>What practical habits can help you grow in contentment?</w:t>
      </w:r>
    </w:p>
    <w:p>
      <w:pPr>
        <w:pStyle w:val="Heading2"/>
      </w:pPr>
      <w:r>
        <w:t>Application:</w:t>
      </w:r>
    </w:p>
    <w:p>
      <w:r>
        <w:t>Start a gratitude journal this week. Each day, write down at least three things you’re thankful for, especially focusing on non-material blessings.</w:t>
      </w:r>
    </w:p>
    <w:p>
      <w:pPr>
        <w:pStyle w:val="Heading2"/>
      </w:pPr>
      <w:r>
        <w:t>Cross-References:</w:t>
      </w:r>
    </w:p>
    <w:p>
      <w:pPr>
        <w:pStyle w:val="ListBullet"/>
      </w:pPr>
      <w:r>
        <w:t>Philippians 4:11–13</w:t>
      </w:r>
    </w:p>
    <w:p>
      <w:pPr>
        <w:pStyle w:val="ListBullet"/>
      </w:pPr>
      <w:r>
        <w:t>Matthew 6:25–34</w:t>
      </w:r>
    </w:p>
    <w:p>
      <w:pPr>
        <w:pStyle w:val="ListBullet"/>
      </w:pPr>
      <w:r>
        <w:t>1 Timothy 6:6–8</w:t>
      </w:r>
    </w:p>
    <w:p>
      <w:pPr>
        <w:pStyle w:val="ListBullet"/>
      </w:pPr>
      <w:r>
        <w:t>Psalm 37:16</w:t>
      </w:r>
    </w:p>
    <w:p>
      <w:pPr>
        <w:pStyle w:val="Heading1"/>
      </w:pPr>
      <w:r>
        <w:t>Lesson 3: The Dangers of Greed</w:t>
      </w:r>
    </w:p>
    <w:p>
      <w:pPr>
        <w:pStyle w:val="Heading2"/>
      </w:pPr>
      <w:r>
        <w:t>Key Passage:</w:t>
      </w:r>
    </w:p>
    <w:p>
      <w:r>
        <w:t>1 Timothy 6:10</w:t>
        <w:br/>
        <w:t>“For the love of money is a root of all kinds of evil. Some people, eager for money, have wandered from the faith and pierced themselves with many griefs.”</w:t>
      </w:r>
    </w:p>
    <w:p>
      <w:pPr>
        <w:pStyle w:val="Heading2"/>
      </w:pPr>
      <w:r>
        <w:t>Teaching:</w:t>
      </w:r>
    </w:p>
    <w:p>
      <w:r>
        <w:t>Greed not only corrupts our desires but can also lead us into destructive behavior. Paul warns that greed can cause people to drift away from their faith and suffer spiritual harm. The desire for wealth can easily become a snare, leading to compromise, discontentment, and even ruin.</w:t>
      </w:r>
    </w:p>
    <w:p>
      <w:pPr>
        <w:pStyle w:val="Heading2"/>
      </w:pPr>
      <w:r>
        <w:t>Reflection Questions:</w:t>
      </w:r>
    </w:p>
    <w:p>
      <w:pPr>
        <w:pStyle w:val="ListNumber"/>
      </w:pPr>
      <w:r>
        <w:t>How can the love of money cause someone to “wander from the faith”?</w:t>
      </w:r>
    </w:p>
    <w:p>
      <w:pPr>
        <w:pStyle w:val="ListNumber"/>
      </w:pPr>
      <w:r>
        <w:t>Can you think of examples (in Scripture or life) where greed led to destruction?</w:t>
      </w:r>
    </w:p>
    <w:p>
      <w:pPr>
        <w:pStyle w:val="ListNumber"/>
      </w:pPr>
      <w:r>
        <w:t>What boundaries can you set to keep your heart from greed?</w:t>
      </w:r>
    </w:p>
    <w:p>
      <w:pPr>
        <w:pStyle w:val="Heading2"/>
      </w:pPr>
      <w:r>
        <w:t>Application:</w:t>
      </w:r>
    </w:p>
    <w:p>
      <w:r>
        <w:t>Review your financial habits. Are there any patterns that reflect a love of money? Set one goal to practice generosity this week, whether through giving, hospitality, or meeting someone’s need.</w:t>
      </w:r>
    </w:p>
    <w:p>
      <w:pPr>
        <w:pStyle w:val="Heading2"/>
      </w:pPr>
      <w:r>
        <w:t>Cross-References:</w:t>
      </w:r>
    </w:p>
    <w:p>
      <w:pPr>
        <w:pStyle w:val="ListBullet"/>
      </w:pPr>
      <w:r>
        <w:t>Proverbs 15:27</w:t>
      </w:r>
    </w:p>
    <w:p>
      <w:pPr>
        <w:pStyle w:val="ListBullet"/>
      </w:pPr>
      <w:r>
        <w:t>Joshua 7:20–21</w:t>
      </w:r>
    </w:p>
    <w:p>
      <w:pPr>
        <w:pStyle w:val="ListBullet"/>
      </w:pPr>
      <w:r>
        <w:t>Mark 10:17–22</w:t>
      </w:r>
    </w:p>
    <w:p>
      <w:pPr>
        <w:pStyle w:val="ListBullet"/>
      </w:pPr>
      <w:r>
        <w:t>James 5:1–5</w:t>
      </w:r>
    </w:p>
    <w:p>
      <w:pPr>
        <w:pStyle w:val="Heading1"/>
      </w:pPr>
      <w:r>
        <w:t>Lesson 4: Greed and Idolatry</w:t>
      </w:r>
    </w:p>
    <w:p>
      <w:pPr>
        <w:pStyle w:val="Heading2"/>
      </w:pPr>
      <w:r>
        <w:t>Key Passage:</w:t>
      </w:r>
    </w:p>
    <w:p>
      <w:r>
        <w:t>Colossians 3:5</w:t>
        <w:br/>
        <w:t>“Put to death, therefore, whatever belongs to your earthly nature: sexual immorality, impurity, lust, evil desires and greed, which is idolatry.”</w:t>
      </w:r>
    </w:p>
    <w:p>
      <w:pPr>
        <w:pStyle w:val="Heading2"/>
      </w:pPr>
      <w:r>
        <w:t>Teaching:</w:t>
      </w:r>
    </w:p>
    <w:p>
      <w:r>
        <w:t>Paul calls greed a form of idolatry because it replaces God as our source of hope, security, and joy. When we place our trust in wealth or possessions, we worship the created rather than the Creator. To live a godly life, we must actively “put to death” greed and the desires that lead us away from God.</w:t>
      </w:r>
    </w:p>
    <w:p>
      <w:pPr>
        <w:pStyle w:val="Heading2"/>
      </w:pPr>
      <w:r>
        <w:t>Reflection Questions:</w:t>
      </w:r>
    </w:p>
    <w:p>
      <w:pPr>
        <w:pStyle w:val="ListNumber"/>
      </w:pPr>
      <w:r>
        <w:t>Why is greed considered a form of idolatry?</w:t>
      </w:r>
    </w:p>
    <w:p>
      <w:pPr>
        <w:pStyle w:val="ListNumber"/>
      </w:pPr>
      <w:r>
        <w:t>What are you tempted to trust in instead of God?</w:t>
      </w:r>
    </w:p>
    <w:p>
      <w:pPr>
        <w:pStyle w:val="ListNumber"/>
      </w:pPr>
      <w:r>
        <w:t>How can putting greed to death strengthen your walk with Christ?</w:t>
      </w:r>
    </w:p>
    <w:p>
      <w:pPr>
        <w:pStyle w:val="Heading2"/>
      </w:pPr>
      <w:r>
        <w:t>Application:</w:t>
      </w:r>
    </w:p>
    <w:p>
      <w:r>
        <w:t>Fast from purchasing non-essential items for a week. Use the time and money saved to focus on prayer, generosity, or studying Scriptures on God’s provision.</w:t>
      </w:r>
    </w:p>
    <w:p>
      <w:pPr>
        <w:pStyle w:val="Heading2"/>
      </w:pPr>
      <w:r>
        <w:t>Cross-References:</w:t>
      </w:r>
    </w:p>
    <w:p>
      <w:pPr>
        <w:pStyle w:val="ListBullet"/>
      </w:pPr>
      <w:r>
        <w:t>Exodus 20:3</w:t>
      </w:r>
    </w:p>
    <w:p>
      <w:pPr>
        <w:pStyle w:val="ListBullet"/>
      </w:pPr>
      <w:r>
        <w:t>Matthew 6:19–21</w:t>
      </w:r>
    </w:p>
    <w:p>
      <w:pPr>
        <w:pStyle w:val="ListBullet"/>
      </w:pPr>
      <w:r>
        <w:t>Ezekiel 14:3</w:t>
      </w:r>
    </w:p>
    <w:p>
      <w:pPr>
        <w:pStyle w:val="ListBullet"/>
      </w:pPr>
      <w:r>
        <w:t>Romans 1:25</w:t>
      </w:r>
    </w:p>
    <w:p>
      <w:pPr>
        <w:pStyle w:val="Heading1"/>
      </w:pPr>
      <w:r>
        <w:t>Lesson 5: Generosity as the Cure for Greed</w:t>
      </w:r>
    </w:p>
    <w:p>
      <w:pPr>
        <w:pStyle w:val="Heading2"/>
      </w:pPr>
      <w:r>
        <w:t>Key Passage:</w:t>
      </w:r>
    </w:p>
    <w:p>
      <w:r>
        <w:t>2 Corinthians 9:7</w:t>
        <w:br/>
        <w:t>“Each of you should give what you have decided in your heart to give, not reluctantly or under compulsion, for God loves a cheerful giver.”</w:t>
      </w:r>
    </w:p>
    <w:p>
      <w:pPr>
        <w:pStyle w:val="Heading2"/>
      </w:pPr>
      <w:r>
        <w:t>Teaching:</w:t>
      </w:r>
    </w:p>
    <w:p>
      <w:r>
        <w:t>The opposite of greed is generosity. When we give freely and cheerfully, we break the power of greed over our hearts. God invites us to reflect His generosity by trusting Him with our resources and blessing others. Generosity is not just about money—it’s about living with open hands and hearts.</w:t>
      </w:r>
    </w:p>
    <w:p>
      <w:pPr>
        <w:pStyle w:val="Heading2"/>
      </w:pPr>
      <w:r>
        <w:t>Reflection Questions:</w:t>
      </w:r>
    </w:p>
    <w:p>
      <w:pPr>
        <w:pStyle w:val="ListNumber"/>
      </w:pPr>
      <w:r>
        <w:t>How does giving help free us from greed?</w:t>
      </w:r>
    </w:p>
    <w:p>
      <w:pPr>
        <w:pStyle w:val="ListNumber"/>
      </w:pPr>
      <w:r>
        <w:t>What keeps you from giving cheerfully?</w:t>
      </w:r>
    </w:p>
    <w:p>
      <w:pPr>
        <w:pStyle w:val="ListNumber"/>
      </w:pPr>
      <w:r>
        <w:t>Who in your life could benefit from your generosity?</w:t>
      </w:r>
    </w:p>
    <w:p>
      <w:pPr>
        <w:pStyle w:val="Heading2"/>
      </w:pPr>
      <w:r>
        <w:t>Application:</w:t>
      </w:r>
    </w:p>
    <w:p>
      <w:r>
        <w:t>Identify one person or ministry to bless this week with your time, resources, or encouragement. Reflect afterward on how giving affected your heart.</w:t>
      </w:r>
    </w:p>
    <w:p>
      <w:pPr>
        <w:pStyle w:val="Heading2"/>
      </w:pPr>
      <w:r>
        <w:t>Cross-References:</w:t>
      </w:r>
    </w:p>
    <w:p>
      <w:pPr>
        <w:pStyle w:val="ListBullet"/>
      </w:pPr>
      <w:r>
        <w:t>Acts 20:35</w:t>
      </w:r>
    </w:p>
    <w:p>
      <w:pPr>
        <w:pStyle w:val="ListBullet"/>
      </w:pPr>
      <w:r>
        <w:t>Proverbs 11:24–25</w:t>
      </w:r>
    </w:p>
    <w:p>
      <w:pPr>
        <w:pStyle w:val="ListBullet"/>
      </w:pPr>
      <w:r>
        <w:t>Luke 6:38</w:t>
      </w:r>
    </w:p>
    <w:p>
      <w:pPr>
        <w:pStyle w:val="ListBullet"/>
      </w:pPr>
      <w:r>
        <w:t>Matthew 6:3–4</w:t>
      </w:r>
    </w:p>
    <w:p>
      <w:pPr>
        <w:pStyle w:val="Heading1"/>
      </w:pPr>
      <w:r>
        <w:t>Lesson 6: Stewardship – Managing God’s Gifts, Not Hoarding Them</w:t>
      </w:r>
    </w:p>
    <w:p>
      <w:pPr>
        <w:pStyle w:val="Heading2"/>
      </w:pPr>
      <w:r>
        <w:t>Key Passage:</w:t>
      </w:r>
    </w:p>
    <w:p>
      <w:r>
        <w:t>1 Corinthians 4:2</w:t>
        <w:br/>
        <w:t>“Now it is required that those who have been given a trust must prove faithful.”</w:t>
      </w:r>
    </w:p>
    <w:p>
      <w:pPr>
        <w:pStyle w:val="Heading2"/>
      </w:pPr>
      <w:r>
        <w:t>Teaching:</w:t>
      </w:r>
    </w:p>
    <w:p>
      <w:r>
        <w:t>The Bible teaches that everything we have—our money, possessions, time, talents—belongs to God. We are not owners but stewards, entrusted with God’s resources to use for His purposes. Greed causes us to view what we have as ours to hoard or use selfishly. Stewardship, however, calls us to manage those resources wisely and generously, for God’s glory and the good of others.</w:t>
      </w:r>
    </w:p>
    <w:p>
      <w:pPr>
        <w:pStyle w:val="Heading2"/>
      </w:pPr>
      <w:r>
        <w:t>Reflection Questions:</w:t>
      </w:r>
    </w:p>
    <w:p>
      <w:pPr>
        <w:pStyle w:val="ListNumber"/>
      </w:pPr>
      <w:r>
        <w:t>What does it mean to be a steward of God’s resources?</w:t>
      </w:r>
    </w:p>
    <w:p>
      <w:pPr>
        <w:pStyle w:val="ListNumber"/>
      </w:pPr>
      <w:r>
        <w:t>In what ways has greed influenced how you manage what God has entrusted to you?</w:t>
      </w:r>
    </w:p>
    <w:p>
      <w:pPr>
        <w:pStyle w:val="ListNumber"/>
      </w:pPr>
      <w:r>
        <w:t>How can you better reflect faithful stewardship in your finances, time, or talents?</w:t>
      </w:r>
    </w:p>
    <w:p>
      <w:pPr>
        <w:pStyle w:val="Heading2"/>
      </w:pPr>
      <w:r>
        <w:t>Application:</w:t>
      </w:r>
    </w:p>
    <w:p>
      <w:r>
        <w:t>Choose one area (money, time, or talent) and write down how you can better use it as a steward of God. Make a specific plan this week to practice stewardship in that area.</w:t>
      </w:r>
    </w:p>
    <w:p>
      <w:pPr>
        <w:pStyle w:val="Heading2"/>
      </w:pPr>
      <w:r>
        <w:t>Cross-References:</w:t>
      </w:r>
    </w:p>
    <w:p>
      <w:pPr>
        <w:pStyle w:val="ListBullet"/>
      </w:pPr>
      <w:r>
        <w:t>Psalm 24:1</w:t>
      </w:r>
    </w:p>
    <w:p>
      <w:pPr>
        <w:pStyle w:val="ListBullet"/>
      </w:pPr>
      <w:r>
        <w:t>Matthew 25:14–30</w:t>
      </w:r>
    </w:p>
    <w:p>
      <w:pPr>
        <w:pStyle w:val="ListBullet"/>
      </w:pPr>
      <w:r>
        <w:t>Luke 16:10–12</w:t>
      </w:r>
    </w:p>
    <w:p>
      <w:pPr>
        <w:pStyle w:val="ListBullet"/>
      </w:pPr>
      <w:r>
        <w:t>1 Peter 4:10</w:t>
      </w:r>
    </w:p>
    <w:p>
      <w:pPr>
        <w:pStyle w:val="ListBullet"/>
      </w:pPr>
      <w:r>
        <w:t>Proverbs 3:9–10</w:t>
      </w:r>
    </w:p>
    <w:p>
      <w:pPr>
        <w:pStyle w:val="Heading1"/>
      </w:pPr>
      <w:r>
        <w:t>Lesson 7: Thankfulness – The Antidote to Greed</w:t>
      </w:r>
    </w:p>
    <w:p>
      <w:pPr>
        <w:pStyle w:val="Heading2"/>
      </w:pPr>
      <w:r>
        <w:t>Key Passage:</w:t>
      </w:r>
    </w:p>
    <w:p>
      <w:r>
        <w:t>1 Thessalonians 5:18</w:t>
        <w:br/>
        <w:t>“Give thanks in all circumstances; for this is God’s will for you in Christ Jesus.”</w:t>
      </w:r>
    </w:p>
    <w:p>
      <w:pPr>
        <w:pStyle w:val="Heading2"/>
      </w:pPr>
      <w:r>
        <w:t>Teaching:</w:t>
      </w:r>
    </w:p>
    <w:p>
      <w:r>
        <w:t>Thankfulness is one of the most powerful spiritual disciplines we can develop to guard our hearts against greed. While greed fuels a mindset of scarcity and dissatisfaction, thankfulness fosters contentment and peace. A grateful heart acknowledges that everything we have is a gift from God, not something we earned or deserve. This perspective leads to deeper trust in God's provision and a release from the pressure to always want more.</w:t>
      </w:r>
    </w:p>
    <w:p>
      <w:pPr>
        <w:pStyle w:val="Heading2"/>
      </w:pPr>
      <w:r>
        <w:t>Reflection Questions:</w:t>
      </w:r>
    </w:p>
    <w:p>
      <w:pPr>
        <w:pStyle w:val="ListNumber"/>
      </w:pPr>
      <w:r>
        <w:t>What are three things you’re thankful for right now that have nothing to do with money or possessions?</w:t>
      </w:r>
    </w:p>
    <w:p>
      <w:pPr>
        <w:pStyle w:val="ListNumber"/>
      </w:pPr>
      <w:r>
        <w:t>How does practicing gratitude help you resist the temptation to be greedy?</w:t>
      </w:r>
    </w:p>
    <w:p>
      <w:pPr>
        <w:pStyle w:val="ListNumber"/>
      </w:pPr>
      <w:r>
        <w:t>In what areas of life do you most struggle with discontentment, and how could thankfulness shift your mindset?</w:t>
      </w:r>
    </w:p>
    <w:p>
      <w:pPr>
        <w:pStyle w:val="Heading2"/>
      </w:pPr>
      <w:r>
        <w:t>Application:</w:t>
      </w:r>
    </w:p>
    <w:p>
      <w:r>
        <w:t>Start each day this week with a prayer of thanksgiving. Write down at least three things you’re thankful for daily—especially in areas where you’ve recently felt discontent or tempted by greed. Ask God to develop a heart of gratitude in you.</w:t>
      </w:r>
    </w:p>
    <w:p>
      <w:pPr>
        <w:pStyle w:val="Heading2"/>
      </w:pPr>
      <w:r>
        <w:t>Cross-References:</w:t>
      </w:r>
    </w:p>
    <w:p>
      <w:pPr>
        <w:pStyle w:val="ListBullet"/>
      </w:pPr>
      <w:r>
        <w:t>Colossians 3:15–17</w:t>
      </w:r>
    </w:p>
    <w:p>
      <w:pPr>
        <w:pStyle w:val="ListBullet"/>
      </w:pPr>
      <w:r>
        <w:t>Philippians 4:6</w:t>
      </w:r>
    </w:p>
    <w:p>
      <w:pPr>
        <w:pStyle w:val="ListBullet"/>
      </w:pPr>
      <w:r>
        <w:t>James 1:17</w:t>
      </w:r>
    </w:p>
    <w:p>
      <w:pPr>
        <w:pStyle w:val="ListBullet"/>
      </w:pPr>
      <w:r>
        <w:t>Psalm 107:1</w:t>
      </w:r>
    </w:p>
    <w:p>
      <w:pPr>
        <w:pStyle w:val="ListBullet"/>
      </w:pPr>
      <w:r>
        <w:t>Luke 17:11–19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