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 Biblical Study on Gluttony</w:t>
      </w:r>
    </w:p>
    <w:p>
      <w:pPr>
        <w:pStyle w:val="Heading2"/>
      </w:pPr>
      <w:r>
        <w:t>Lesson 1: Understanding Gluttony</w:t>
      </w:r>
    </w:p>
    <w:p>
      <w:r>
        <w:rPr>
          <w:b/>
          <w:sz w:val="24"/>
        </w:rPr>
        <w:t>Teaching:</w:t>
      </w:r>
    </w:p>
    <w:p>
      <w:r>
        <w:rPr>
          <w:sz w:val="24"/>
        </w:rPr>
        <w:t>Gluttony is more than overeating; it is the sin of excessive indulgence in food, drink, or other appetites to the point where they take the place of God in our lives. Gluttony is often tied to selfishness, idolatry, and a lack of self-control. It reveals a heart that seeks satisfaction outside of God. Recognizing gluttony as a spiritual issue is the first step toward addressing it biblically.</w:t>
      </w:r>
    </w:p>
    <w:p>
      <w:r>
        <w:rPr>
          <w:b/>
          <w:sz w:val="24"/>
        </w:rPr>
        <w:t>Key Verse:</w:t>
      </w:r>
    </w:p>
    <w:p>
      <w:r>
        <w:rPr>
          <w:sz w:val="24"/>
        </w:rPr>
        <w:t>Philippians 3:19 – “Their end is destruction, their god is their belly, and they glory in their shame, with minds set on earthly things.”</w:t>
      </w:r>
    </w:p>
    <w:p>
      <w:r>
        <w:rPr>
          <w:b/>
          <w:sz w:val="24"/>
        </w:rPr>
        <w:t>Reflection Questions:</w:t>
      </w:r>
    </w:p>
    <w:p>
      <w:r>
        <w:rPr>
          <w:sz w:val="24"/>
        </w:rPr>
        <w:t>- How does the culture around you treat food and indulgence?</w:t>
      </w:r>
    </w:p>
    <w:p>
      <w:r>
        <w:rPr>
          <w:sz w:val="24"/>
        </w:rPr>
        <w:t>- In what ways can food become an idol?</w:t>
      </w:r>
    </w:p>
    <w:p>
      <w:r>
        <w:rPr>
          <w:sz w:val="24"/>
        </w:rPr>
        <w:t>- Have you ever sought comfort or escape in food rather than God?</w:t>
      </w:r>
    </w:p>
    <w:p>
      <w:r>
        <w:rPr>
          <w:b/>
          <w:sz w:val="24"/>
        </w:rPr>
        <w:t>Application:</w:t>
      </w:r>
    </w:p>
    <w:p>
      <w:r>
        <w:rPr>
          <w:sz w:val="24"/>
        </w:rPr>
        <w:t>Begin a food journal and prayerfully reflect on your eating habits this week. Ask the Lord to show you any areas where food or drink has taken His rightful place. Commit to seeking satisfaction in Him above all else.</w:t>
      </w:r>
    </w:p>
    <w:p>
      <w:r>
        <w:rPr>
          <w:b/>
          <w:sz w:val="24"/>
        </w:rPr>
        <w:t>Cross References:</w:t>
      </w:r>
    </w:p>
    <w:p>
      <w:r>
        <w:rPr>
          <w:sz w:val="24"/>
        </w:rPr>
        <w:t>- Proverbs 23:20–21</w:t>
      </w:r>
    </w:p>
    <w:p>
      <w:r>
        <w:rPr>
          <w:sz w:val="24"/>
        </w:rPr>
        <w:t>- 1 Corinthians 10:31</w:t>
      </w:r>
    </w:p>
    <w:p>
      <w:r>
        <w:rPr>
          <w:sz w:val="24"/>
        </w:rPr>
        <w:t>- Matthew 6:33</w:t>
      </w:r>
    </w:p>
    <w:p>
      <w:r>
        <w:rPr>
          <w:sz w:val="24"/>
        </w:rPr>
        <w:t>- Galatians 5:22–23</w:t>
      </w:r>
    </w:p>
    <w:p>
      <w:pPr>
        <w:pStyle w:val="Heading2"/>
      </w:pPr>
      <w:r>
        <w:t>Lesson 2: Gluttony and Self-Control</w:t>
      </w:r>
    </w:p>
    <w:p>
      <w:r>
        <w:rPr>
          <w:b/>
          <w:sz w:val="24"/>
        </w:rPr>
        <w:t>Teaching:</w:t>
      </w:r>
    </w:p>
    <w:p>
      <w:r>
        <w:rPr>
          <w:sz w:val="24"/>
        </w:rPr>
        <w:t>Self-control is a fruit of the Spirit and an essential virtue for every believer. Gluttony is evidence of the absence or neglect of this fruit. When we lack restraint, we are vulnerable not just to overeating, but to other forms of sin as well. Growing in self-control helps guard against gluttony and honors God with our bodies.</w:t>
      </w:r>
    </w:p>
    <w:p>
      <w:r>
        <w:rPr>
          <w:b/>
          <w:sz w:val="24"/>
        </w:rPr>
        <w:t>Key Verse:</w:t>
      </w:r>
    </w:p>
    <w:p>
      <w:r>
        <w:rPr>
          <w:sz w:val="24"/>
        </w:rPr>
        <w:t>Proverbs 25:28 – “A man without self-control is like a city broken into and left without walls.”</w:t>
      </w:r>
    </w:p>
    <w:p>
      <w:r>
        <w:rPr>
          <w:b/>
          <w:sz w:val="24"/>
        </w:rPr>
        <w:t>Reflection Questions:</w:t>
      </w:r>
    </w:p>
    <w:p>
      <w:r>
        <w:rPr>
          <w:sz w:val="24"/>
        </w:rPr>
        <w:t>- In what areas of life do you find it hardest to exercise self-control?</w:t>
      </w:r>
    </w:p>
    <w:p>
      <w:r>
        <w:rPr>
          <w:sz w:val="24"/>
        </w:rPr>
        <w:t>- What are some consequences of a lack of self-control, both physically and spiritually?</w:t>
      </w:r>
    </w:p>
    <w:p>
      <w:r>
        <w:rPr>
          <w:sz w:val="24"/>
        </w:rPr>
        <w:t>- How can you invite the Holy Spirit to develop self-control in your life?</w:t>
      </w:r>
    </w:p>
    <w:p>
      <w:r>
        <w:rPr>
          <w:b/>
          <w:sz w:val="24"/>
        </w:rPr>
        <w:t>Application:</w:t>
      </w:r>
    </w:p>
    <w:p>
      <w:r>
        <w:rPr>
          <w:sz w:val="24"/>
        </w:rPr>
        <w:t>Memorize Galatians 5:22–23 this week. Identify triggers that lead to overindulgence and replace those moments with prayer or Scripture meditation.</w:t>
      </w:r>
    </w:p>
    <w:p>
      <w:r>
        <w:rPr>
          <w:b/>
          <w:sz w:val="24"/>
        </w:rPr>
        <w:t>Cross References:</w:t>
      </w:r>
    </w:p>
    <w:p>
      <w:r>
        <w:rPr>
          <w:sz w:val="24"/>
        </w:rPr>
        <w:t>- Titus 2:11–12</w:t>
      </w:r>
    </w:p>
    <w:p>
      <w:r>
        <w:rPr>
          <w:sz w:val="24"/>
        </w:rPr>
        <w:t>- 1 Corinthians 9:25–27</w:t>
      </w:r>
    </w:p>
    <w:p>
      <w:r>
        <w:rPr>
          <w:sz w:val="24"/>
        </w:rPr>
        <w:t>- 2 Timothy 1:7</w:t>
      </w:r>
    </w:p>
    <w:p>
      <w:r>
        <w:rPr>
          <w:sz w:val="24"/>
        </w:rPr>
        <w:t>- Romans 8:12–13</w:t>
      </w:r>
    </w:p>
    <w:p>
      <w:pPr>
        <w:pStyle w:val="Heading2"/>
      </w:pPr>
      <w:r>
        <w:t>Lesson 3: Gluttony, Idolatry, and the Heart</w:t>
      </w:r>
    </w:p>
    <w:p>
      <w:r>
        <w:rPr>
          <w:b/>
          <w:sz w:val="24"/>
        </w:rPr>
        <w:t>Teaching:</w:t>
      </w:r>
    </w:p>
    <w:p>
      <w:r>
        <w:rPr>
          <w:sz w:val="24"/>
        </w:rPr>
        <w:t>At its core, gluttony is a form of idolatry—placing our desires for food and comfort above our desire for God. The Bible warns against idols of the heart, which can be anything we love, trust, or obey more than God. True repentance from gluttony involves not only changing behavior but also turning our hearts back to Christ.</w:t>
      </w:r>
    </w:p>
    <w:p>
      <w:r>
        <w:rPr>
          <w:b/>
          <w:sz w:val="24"/>
        </w:rPr>
        <w:t>Key Verse:</w:t>
      </w:r>
    </w:p>
    <w:p>
      <w:r>
        <w:rPr>
          <w:sz w:val="24"/>
        </w:rPr>
        <w:t>Ezekiel 14:3 – “Son of man, these men have taken their idols into their hearts...”</w:t>
      </w:r>
    </w:p>
    <w:p>
      <w:r>
        <w:rPr>
          <w:b/>
          <w:sz w:val="24"/>
        </w:rPr>
        <w:t>Reflection Questions:</w:t>
      </w:r>
    </w:p>
    <w:p>
      <w:r>
        <w:rPr>
          <w:sz w:val="24"/>
        </w:rPr>
        <w:t>- Have you ever considered gluttony to be a form of idolatry? Why or why not?</w:t>
      </w:r>
    </w:p>
    <w:p>
      <w:r>
        <w:rPr>
          <w:sz w:val="24"/>
        </w:rPr>
        <w:t>- What heart-level desires might gluttony be trying to satisfy?</w:t>
      </w:r>
    </w:p>
    <w:p>
      <w:r>
        <w:rPr>
          <w:sz w:val="24"/>
        </w:rPr>
        <w:t>- How can you begin to replace the idol of comfort with a deeper trust in God?</w:t>
      </w:r>
    </w:p>
    <w:p>
      <w:r>
        <w:rPr>
          <w:b/>
          <w:sz w:val="24"/>
        </w:rPr>
        <w:t>Application:</w:t>
      </w:r>
    </w:p>
    <w:p>
      <w:r>
        <w:rPr>
          <w:sz w:val="24"/>
        </w:rPr>
        <w:t>Spend time in prayer, confessing any idols of the heart. Ask God to help you desire Him more than food or temporary comforts. Write a prayer of surrender and keep it as a reminder of your commitment.</w:t>
      </w:r>
    </w:p>
    <w:p>
      <w:r>
        <w:rPr>
          <w:b/>
          <w:sz w:val="24"/>
        </w:rPr>
        <w:t>Cross References:</w:t>
      </w:r>
    </w:p>
    <w:p>
      <w:r>
        <w:rPr>
          <w:sz w:val="24"/>
        </w:rPr>
        <w:t>- Colossians 3:5</w:t>
      </w:r>
    </w:p>
    <w:p>
      <w:r>
        <w:rPr>
          <w:sz w:val="24"/>
        </w:rPr>
        <w:t>- Matthew 4:4</w:t>
      </w:r>
    </w:p>
    <w:p>
      <w:r>
        <w:rPr>
          <w:sz w:val="24"/>
        </w:rPr>
        <w:t>- Psalm 63:1–5</w:t>
      </w:r>
    </w:p>
    <w:p>
      <w:r>
        <w:rPr>
          <w:sz w:val="24"/>
        </w:rPr>
        <w:t>- Jeremiah 2:13</w:t>
      </w:r>
    </w:p>
    <w:p>
      <w:pPr>
        <w:pStyle w:val="Heading2"/>
      </w:pPr>
      <w:r>
        <w:t>Lesson 4: Glorifying God with Our Bodies</w:t>
      </w:r>
    </w:p>
    <w:p>
      <w:r>
        <w:rPr>
          <w:b/>
          <w:sz w:val="24"/>
        </w:rPr>
        <w:t>Teaching:</w:t>
      </w:r>
    </w:p>
    <w:p>
      <w:r>
        <w:rPr>
          <w:sz w:val="24"/>
        </w:rPr>
        <w:t>God cares about how we treat our bodies, which are temples of the Holy Spirit. Gluttony dishonors the body and can hinder our health and witness. When we view our bodies as tools for service and worship, we begin to see that even our eating habits can reflect our love for God.</w:t>
      </w:r>
    </w:p>
    <w:p>
      <w:r>
        <w:rPr>
          <w:b/>
          <w:sz w:val="24"/>
        </w:rPr>
        <w:t>Key Verse:</w:t>
      </w:r>
    </w:p>
    <w:p>
      <w:r>
        <w:rPr>
          <w:sz w:val="24"/>
        </w:rPr>
        <w:t>1 Corinthians 6:19–20 – “Do you not know that your body is a temple of the Holy Spirit within you, whom you have from God?... So glorify God in your body.”</w:t>
      </w:r>
    </w:p>
    <w:p>
      <w:r>
        <w:rPr>
          <w:b/>
          <w:sz w:val="24"/>
        </w:rPr>
        <w:t>Reflection Questions:</w:t>
      </w:r>
    </w:p>
    <w:p>
      <w:r>
        <w:rPr>
          <w:sz w:val="24"/>
        </w:rPr>
        <w:t>- How does viewing your body as a temple change your approach to food and health?</w:t>
      </w:r>
    </w:p>
    <w:p>
      <w:r>
        <w:rPr>
          <w:sz w:val="24"/>
        </w:rPr>
        <w:t>- What habits in your life are not glorifying to God physically or spiritually?</w:t>
      </w:r>
    </w:p>
    <w:p>
      <w:r>
        <w:rPr>
          <w:sz w:val="24"/>
        </w:rPr>
        <w:t>- In what ways can eating and caring for your body become acts of worship?</w:t>
      </w:r>
    </w:p>
    <w:p>
      <w:r>
        <w:rPr>
          <w:b/>
          <w:sz w:val="24"/>
        </w:rPr>
        <w:t>Application:</w:t>
      </w:r>
    </w:p>
    <w:p>
      <w:r>
        <w:rPr>
          <w:sz w:val="24"/>
        </w:rPr>
        <w:t>Plan your meals this week with prayer and intentionality. Choose moderation and balance, seeking to honor God through healthy choices and self-discipline.</w:t>
      </w:r>
    </w:p>
    <w:p>
      <w:r>
        <w:rPr>
          <w:b/>
          <w:sz w:val="24"/>
        </w:rPr>
        <w:t>Cross References:</w:t>
      </w:r>
    </w:p>
    <w:p>
      <w:r>
        <w:rPr>
          <w:sz w:val="24"/>
        </w:rPr>
        <w:t>- Romans 12:1</w:t>
      </w:r>
    </w:p>
    <w:p>
      <w:r>
        <w:rPr>
          <w:sz w:val="24"/>
        </w:rPr>
        <w:t>- 1 Timothy 4:8</w:t>
      </w:r>
    </w:p>
    <w:p>
      <w:r>
        <w:rPr>
          <w:sz w:val="24"/>
        </w:rPr>
        <w:t>- Psalm 139:13–14</w:t>
      </w:r>
    </w:p>
    <w:p>
      <w:r>
        <w:rPr>
          <w:sz w:val="24"/>
        </w:rPr>
        <w:t>- 3 John 1:2</w:t>
      </w:r>
    </w:p>
    <w:p>
      <w:pPr>
        <w:pStyle w:val="Heading2"/>
      </w:pPr>
      <w:r>
        <w:t>Lesson 5: Freedom and Discipline in Christ</w:t>
      </w:r>
    </w:p>
    <w:p>
      <w:r>
        <w:rPr>
          <w:b/>
          <w:sz w:val="24"/>
        </w:rPr>
        <w:t>Teaching:</w:t>
      </w:r>
    </w:p>
    <w:p>
      <w:r>
        <w:rPr>
          <w:sz w:val="24"/>
        </w:rPr>
        <w:t>While food is a good gift from God, it must not enslave us. Through Christ, we have freedom from bondage to sin, including gluttony. However, freedom in Christ is not a license for excess but a call to discipline and stewardship. True freedom leads to godliness and joy in honoring the Lord with every part of our lives.</w:t>
      </w:r>
    </w:p>
    <w:p>
      <w:r>
        <w:rPr>
          <w:b/>
          <w:sz w:val="24"/>
        </w:rPr>
        <w:t>Key Verse:</w:t>
      </w:r>
    </w:p>
    <w:p>
      <w:r>
        <w:rPr>
          <w:sz w:val="24"/>
        </w:rPr>
        <w:t>Galatians 5:13 – “For you were called to freedom, brothers. Only do not use your freedom as an opportunity for the flesh, but through love serve one another.”</w:t>
      </w:r>
    </w:p>
    <w:p>
      <w:r>
        <w:rPr>
          <w:b/>
          <w:sz w:val="24"/>
        </w:rPr>
        <w:t>Reflection Questions:</w:t>
      </w:r>
    </w:p>
    <w:p>
      <w:r>
        <w:rPr>
          <w:sz w:val="24"/>
        </w:rPr>
        <w:t>- What does it mean to use your freedom in Christ responsibly?</w:t>
      </w:r>
    </w:p>
    <w:p>
      <w:r>
        <w:rPr>
          <w:sz w:val="24"/>
        </w:rPr>
        <w:t>- Are there areas where you’ve allowed your flesh to dominate your decisions?</w:t>
      </w:r>
    </w:p>
    <w:p>
      <w:r>
        <w:rPr>
          <w:sz w:val="24"/>
        </w:rPr>
        <w:t>- How can your freedom in Christ empower you to make wise and God-honoring choices?</w:t>
      </w:r>
    </w:p>
    <w:p>
      <w:r>
        <w:rPr>
          <w:b/>
          <w:sz w:val="24"/>
        </w:rPr>
        <w:t>Application:</w:t>
      </w:r>
    </w:p>
    <w:p>
      <w:r>
        <w:rPr>
          <w:sz w:val="24"/>
        </w:rPr>
        <w:t>List three specific ways you can practice godly discipline this week—physically, emotionally, and spiritually. Share your plan with a trusted accountability partner.</w:t>
      </w:r>
    </w:p>
    <w:p>
      <w:r>
        <w:rPr>
          <w:b/>
          <w:sz w:val="24"/>
        </w:rPr>
        <w:t>Cross References:</w:t>
      </w:r>
    </w:p>
    <w:p>
      <w:r>
        <w:rPr>
          <w:sz w:val="24"/>
        </w:rPr>
        <w:t>- 1 Corinthians 10:23</w:t>
      </w:r>
    </w:p>
    <w:p>
      <w:r>
        <w:rPr>
          <w:sz w:val="24"/>
        </w:rPr>
        <w:t>- Romans 6:12–14</w:t>
      </w:r>
    </w:p>
    <w:p>
      <w:r>
        <w:rPr>
          <w:sz w:val="24"/>
        </w:rPr>
        <w:t>- Hebrews 12:1–2</w:t>
      </w:r>
    </w:p>
    <w:p>
      <w:r>
        <w:rPr>
          <w:sz w:val="24"/>
        </w:rPr>
        <w:t>- John 8:36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