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t>A Biblical Study on Gambling</w:t>
      </w:r>
    </w:p>
    <w:p>
      <w:pPr>
        <w:pStyle w:val="Heading2"/>
      </w:pPr>
      <w:r>
        <w:t>Lesson 1: What Is Gambling and Why Does It Matter?</w:t>
      </w:r>
    </w:p>
    <w:p>
      <w:r>
        <w:t>Key Verse:</w:t>
        <w:br/>
        <w:t>Proverbs 14:15</w:t>
        <w:br/>
        <w:t>“The simple believes everything, but the prudent gives thought to his steps.”</w:t>
      </w:r>
    </w:p>
    <w:p>
      <w:r>
        <w:t>Teaching:</w:t>
        <w:br/>
        <w:t>Gambling is the act of risking money or valuables on uncertain outcomes with the hope of financial gain. Common examples include lotteries, casino games, sports betting, and online wagering. While some consider it harmless fun, gambling often involves greed, risk, and discontentment.</w:t>
        <w:br/>
        <w:br/>
        <w:t>Not all entertainment is gambling. Playing a game with no financial stake or attending a friendly raffle may be considered harmless. The difference lies in motive, financial risk, and spiritual impact. Gambling typically pursues gain through chance, often at the expense of stewardship and trust in God. Scripture calls us to thoughtful, wise living—not recklessness or indulgence.</w:t>
      </w:r>
    </w:p>
    <w:p>
      <w:r>
        <w:t>Reflection Questions:</w:t>
      </w:r>
    </w:p>
    <w:p>
      <w:pPr>
        <w:pStyle w:val="ListBullet"/>
      </w:pPr>
      <w:r>
        <w:t>- How do you define gambling? What makes it spiritually dangerous?</w:t>
      </w:r>
    </w:p>
    <w:p>
      <w:pPr>
        <w:pStyle w:val="ListBullet"/>
      </w:pPr>
      <w:r>
        <w:t>- Have you encountered forms of entertainment that walk the line between fun and sinful indulgence?</w:t>
      </w:r>
    </w:p>
    <w:p>
      <w:pPr>
        <w:pStyle w:val="ListBullet"/>
      </w:pPr>
      <w:r>
        <w:t>- Why do motives and outcomes matter in assessing whether something is pleasing to God?</w:t>
      </w:r>
    </w:p>
    <w:p>
      <w:r>
        <w:t>Application:</w:t>
        <w:br/>
        <w:t>Evaluate the forms of entertainment you engage in. Consider whether they glorify God, promote wise living, and reflect good stewardship. Ask for discernment to recognize when something fun crosses into temptation.</w:t>
      </w:r>
    </w:p>
    <w:p>
      <w:r>
        <w:t>Cross References: Ephesians 5:15-17, 1 Corinthians 10:31, Proverbs 21:5, Colossians 3:17, Philippians 4:8</w:t>
      </w:r>
    </w:p>
    <w:p/>
    <w:p>
      <w:pPr>
        <w:pStyle w:val="Heading2"/>
      </w:pPr>
      <w:r>
        <w:t>Lesson 2: The Heart of the Matter – Greed and Discontentment</w:t>
      </w:r>
    </w:p>
    <w:p>
      <w:r>
        <w:t>Key Verse:</w:t>
        <w:br/>
        <w:t>1 Timothy 6:10</w:t>
        <w:br/>
        <w:t>“For the love of money is a root of all kinds of evils. It is through this craving that some have wandered away from the faith and pierced themselves with many pangs.”</w:t>
      </w:r>
    </w:p>
    <w:p>
      <w:r>
        <w:t>Teaching:</w:t>
        <w:br/>
        <w:t>Gambling often originates from a craving for more—more wealth, more comfort, more thrill. Scripture warns that the love of money leads to destruction. Whether through lottery tickets or high-stakes betting, gambling frequently reveals a heart of greed, impatience, and distrust in God’s provision.</w:t>
        <w:br/>
        <w:br/>
        <w:t>God calls His people to contentment, gratitude, and dependence on Him. Gambling is incompatible with these values. Instead of relying on chance, believers are called to pursue godliness and trust God to meet their needs.</w:t>
      </w:r>
    </w:p>
    <w:p>
      <w:r>
        <w:t>Reflection Questions:</w:t>
      </w:r>
    </w:p>
    <w:p>
      <w:pPr>
        <w:pStyle w:val="ListBullet"/>
      </w:pPr>
      <w:r>
        <w:t>- Why is the love of money such a spiritual danger?</w:t>
      </w:r>
    </w:p>
    <w:p>
      <w:pPr>
        <w:pStyle w:val="ListBullet"/>
      </w:pPr>
      <w:r>
        <w:t>- How does gambling challenge a believer’s contentment and trust in God?</w:t>
      </w:r>
    </w:p>
    <w:p>
      <w:pPr>
        <w:pStyle w:val="ListBullet"/>
      </w:pPr>
      <w:r>
        <w:t>- What are some ways to combat greed in your life?</w:t>
      </w:r>
    </w:p>
    <w:p>
      <w:r>
        <w:t>Application:</w:t>
        <w:br/>
        <w:t>Identify any areas in your heart where greed or discontentment may be present. Pray for a renewed spirit of gratitude and trust. Make a list of God’s past provisions in your life and reflect on His faithfulness.</w:t>
      </w:r>
    </w:p>
    <w:p>
      <w:r>
        <w:t>Cross References: Ecclesiastes 5:10, Hebrews 13:5, Luke 12:15, Psalm 37:4-5</w:t>
      </w:r>
    </w:p>
    <w:p/>
    <w:p>
      <w:pPr>
        <w:pStyle w:val="Heading2"/>
      </w:pPr>
      <w:r>
        <w:t>Lesson 3: Faithful Stewardship in a Culture of Risk</w:t>
      </w:r>
    </w:p>
    <w:p>
      <w:r>
        <w:t>Key Verse:</w:t>
        <w:br/>
        <w:t>Luke 16:11</w:t>
        <w:br/>
        <w:t>“If then you have not been faithful in the unrighteous wealth, who will entrust to you the true riches?”</w:t>
      </w:r>
    </w:p>
    <w:p>
      <w:r>
        <w:t>Teaching:</w:t>
        <w:br/>
        <w:t>Stewardship is a biblical principle that teaches believers to manage God’s resources wisely. Gambling places money, which could be used to provide, bless others, or support ministry, into uncertain and often wasteful hands. It reflects poor stewardship and a lack of eternal perspective.</w:t>
        <w:br/>
        <w:br/>
        <w:t>God entrusts His children with resources not to hoard or waste but to glorify Him and serve others. Faithful stewardship calls us to prioritize godly goals, generosity, and accountability.</w:t>
      </w:r>
    </w:p>
    <w:p>
      <w:r>
        <w:t>Reflection Questions:</w:t>
      </w:r>
    </w:p>
    <w:p>
      <w:pPr>
        <w:pStyle w:val="ListBullet"/>
      </w:pPr>
      <w:r>
        <w:t>- How are you currently stewarding the resources God has given you?</w:t>
      </w:r>
    </w:p>
    <w:p>
      <w:pPr>
        <w:pStyle w:val="ListBullet"/>
      </w:pPr>
      <w:r>
        <w:t>- What happens when stewardship is replaced by chance or impulse?</w:t>
      </w:r>
    </w:p>
    <w:p>
      <w:pPr>
        <w:pStyle w:val="ListBullet"/>
      </w:pPr>
      <w:r>
        <w:t>- How can biblical stewardship serve as a safeguard against gambling?</w:t>
      </w:r>
    </w:p>
    <w:p>
      <w:r>
        <w:t>Application:</w:t>
        <w:br/>
        <w:t>Review your financial habits. Create or update a budget that reflects your spiritual priorities. Make room for giving, saving, and wise spending that honors God.</w:t>
      </w:r>
    </w:p>
    <w:p>
      <w:r>
        <w:t>Cross References: Proverbs 3:9-10, Matthew 25:14-30, Colossians 3:23-24, 1 Corinthians 4:2</w:t>
      </w:r>
    </w:p>
    <w:p/>
    <w:p>
      <w:pPr>
        <w:pStyle w:val="Heading2"/>
      </w:pPr>
      <w:r>
        <w:t>Lesson 4: Trusting God vs. Trusting Chance</w:t>
      </w:r>
    </w:p>
    <w:p>
      <w:r>
        <w:t>Key Verse:</w:t>
        <w:br/>
        <w:t>Matthew 6:33</w:t>
        <w:br/>
        <w:t>“But seek first the kingdom of God and his righteousness, and all these things will be added to you.”</w:t>
      </w:r>
    </w:p>
    <w:p>
      <w:r>
        <w:t>Teaching:</w:t>
        <w:br/>
        <w:t>One of the underlying temptations in gambling is the desire to control outcomes or improve life through luck. This attitude stands in contrast to biblical trust in God. Jesus teaches us to seek His kingdom first, with the promise that our needs will be met by our loving Father.</w:t>
        <w:br/>
        <w:br/>
        <w:t>When people gamble out of fear, anxiety, or discontentment, they reveal a lack of trust in God's provision. The believer’s hope must not rest in odds or chance, but in God’s sovereign care.</w:t>
      </w:r>
    </w:p>
    <w:p>
      <w:r>
        <w:t>Reflection Questions:</w:t>
      </w:r>
    </w:p>
    <w:p>
      <w:pPr>
        <w:pStyle w:val="ListBullet"/>
      </w:pPr>
      <w:r>
        <w:t>- What are you tempted to place your trust in besides God?</w:t>
      </w:r>
    </w:p>
    <w:p>
      <w:pPr>
        <w:pStyle w:val="ListBullet"/>
      </w:pPr>
      <w:r>
        <w:t>- How does gambling reflect a false sense of security or hope?</w:t>
      </w:r>
    </w:p>
    <w:p>
      <w:pPr>
        <w:pStyle w:val="ListBullet"/>
      </w:pPr>
      <w:r>
        <w:t>- In what ways has God provided for you when you chose to trust Him?</w:t>
      </w:r>
    </w:p>
    <w:p>
      <w:r>
        <w:t>Application:</w:t>
        <w:br/>
        <w:t>Surrender your financial needs and future plans to God in prayer. Commit to trusting Him daily for provision, and take steps to eliminate habits or choices that reflect doubt rather than faith.</w:t>
      </w:r>
    </w:p>
    <w:p>
      <w:r>
        <w:t>Cross References: Philippians 4:19, Proverbs 3:5-6, Psalm 37:25, 1 Peter 5:7</w:t>
      </w:r>
    </w:p>
    <w:p/>
    <w:p>
      <w:pPr>
        <w:pStyle w:val="Heading2"/>
      </w:pPr>
      <w:r>
        <w:t>Lesson 5: Sin, Liberty, and Living for God’s Glory</w:t>
      </w:r>
    </w:p>
    <w:p>
      <w:r>
        <w:t>Key Verse:</w:t>
        <w:br/>
        <w:t>1 Corinthians 10:23</w:t>
        <w:br/>
        <w:t>“All things are lawful,” but not all things are helpful. “All things are lawful,” but not all things build up.”</w:t>
      </w:r>
    </w:p>
    <w:p>
      <w:r>
        <w:t>Teaching:</w:t>
        <w:br/>
        <w:t>The Bible does not give a direct “thou shalt not” against every form of gambling. However, it provides guiding principles. Gambling becomes sin when it stems from greed, irresponsibility, addiction, or causes harm to others. In such cases, it violates love, stewardship, and self-control.</w:t>
        <w:br/>
        <w:br/>
        <w:t>Some might view occasional, non-habitual, low-stakes gambling as a matter of Christian liberty. Even so, liberty must be governed by love, conscience, and wisdom. Just because something is “permissible” does not mean it is beneficial or God-glorifying.</w:t>
      </w:r>
    </w:p>
    <w:p>
      <w:r>
        <w:t>Reflection Questions:</w:t>
      </w:r>
    </w:p>
    <w:p>
      <w:pPr>
        <w:pStyle w:val="ListBullet"/>
      </w:pPr>
      <w:r>
        <w:t>- How do you distinguish between Christian liberty and sin?</w:t>
      </w:r>
    </w:p>
    <w:p>
      <w:pPr>
        <w:pStyle w:val="ListBullet"/>
      </w:pPr>
      <w:r>
        <w:t>- What does it mean to live for God’s glory in gray areas of life?</w:t>
      </w:r>
    </w:p>
    <w:p>
      <w:pPr>
        <w:pStyle w:val="ListBullet"/>
      </w:pPr>
      <w:r>
        <w:t>- How can love for others shape your decisions around gambling?</w:t>
      </w:r>
    </w:p>
    <w:p>
      <w:r>
        <w:t>Application:</w:t>
        <w:br/>
        <w:t>Prayerfully evaluate whether gambling—or any similar activity—builds others up, strengthens your walk with Christ, and glorifies God. When in doubt, choose the path of wisdom, love, and clarity of conscience.</w:t>
      </w:r>
    </w:p>
    <w:p>
      <w:r>
        <w:t>Cross References: Romans 14:13-23, 1 Corinthians 6:12, Galatians 5:13, 1 Thessalonians 5:21-22, James 4:17</w:t>
      </w:r>
    </w:p>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