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Biblical Study on Envy</w:t>
      </w:r>
    </w:p>
    <w:p>
      <w:pPr>
        <w:pStyle w:val="Heading1"/>
      </w:pPr>
      <w:r>
        <w:t>Lesson 1: Understanding Envy</w:t>
      </w:r>
    </w:p>
    <w:p>
      <w:r>
        <w:t>James 3:16 (ESV): "For where jealousy and selfish ambition exist, there will be disorder and every vile practice."</w:t>
      </w:r>
    </w:p>
    <w:p>
      <w:pPr>
        <w:pStyle w:val="Heading2"/>
      </w:pPr>
      <w:r>
        <w:t>Teaching</w:t>
      </w:r>
    </w:p>
    <w:p>
      <w:r>
        <w:t>Envy is more than mere comparison; it is a sinful desire to have what someone else possesses—be it their success, gifts, relationships, or even their spiritual life. It often leads to strife, discontent, and even malice. Envy distorts our view of God’s goodness and sufficiency. James points out that envy is rooted in selfish ambition and results in chaos and sinful behavior. It is destructive both to the one who envies and to those around them.</w:t>
      </w:r>
    </w:p>
    <w:p>
      <w:pPr>
        <w:pStyle w:val="Heading2"/>
      </w:pPr>
      <w:r>
        <w:t>Reflection Questions</w:t>
      </w:r>
    </w:p>
    <w:p>
      <w:pPr>
        <w:pStyle w:val="ListBullet"/>
      </w:pPr>
      <w:r>
        <w:t>• How would you define envy in your own words?</w:t>
      </w:r>
    </w:p>
    <w:p>
      <w:pPr>
        <w:pStyle w:val="ListBullet"/>
      </w:pPr>
      <w:r>
        <w:t>• What are some areas in your life where you are tempted to envy others?</w:t>
      </w:r>
    </w:p>
    <w:p>
      <w:pPr>
        <w:pStyle w:val="ListBullet"/>
      </w:pPr>
      <w:r>
        <w:t>• How does envy disrupt peace and unity in relationships?</w:t>
      </w:r>
    </w:p>
    <w:p>
      <w:pPr>
        <w:pStyle w:val="Heading2"/>
      </w:pPr>
      <w:r>
        <w:t>Application</w:t>
      </w:r>
    </w:p>
    <w:p>
      <w:r>
        <w:t>Ask the Lord to search your heart and reveal any roots of envy. Begin a gratitude journal where you daily thank God for what He has given you. Celebrate the successes of others this week intentionally.</w:t>
      </w:r>
    </w:p>
    <w:p>
      <w:pPr>
        <w:pStyle w:val="Heading2"/>
      </w:pPr>
      <w:r>
        <w:t>Cross-References</w:t>
      </w:r>
    </w:p>
    <w:p>
      <w:r>
        <w:t>- Proverbs 14:30</w:t>
      </w:r>
    </w:p>
    <w:p>
      <w:r>
        <w:t>- Galatians 5:19–21</w:t>
      </w:r>
    </w:p>
    <w:p>
      <w:r>
        <w:t>- 1 Corinthians 3:3</w:t>
      </w:r>
    </w:p>
    <w:p>
      <w:r>
        <w:t>- Romans 13:13</w:t>
      </w:r>
    </w:p>
    <w:p>
      <w:pPr>
        <w:pStyle w:val="Heading1"/>
      </w:pPr>
      <w:r>
        <w:t>Lesson 2: The Roots of Envy</w:t>
      </w:r>
    </w:p>
    <w:p>
      <w:r>
        <w:t>James 4:2a (ESV): "You desire and do not have, so you murder. You covet and cannot obtain, so you fight and quarrel."</w:t>
      </w:r>
    </w:p>
    <w:p>
      <w:pPr>
        <w:pStyle w:val="Heading2"/>
      </w:pPr>
      <w:r>
        <w:t>Teaching</w:t>
      </w:r>
    </w:p>
    <w:p>
      <w:r>
        <w:t>Envy often stems from unmet desires and discontent. When we crave things more than God’s will, we start viewing others as obstacles or competitors. James uses strong language to show how our desires can lead to destructive actions. Envy exposes where our hearts are not fully trusting in God’s provision.</w:t>
      </w:r>
    </w:p>
    <w:p>
      <w:pPr>
        <w:pStyle w:val="Heading2"/>
      </w:pPr>
      <w:r>
        <w:t>Reflection Questions</w:t>
      </w:r>
    </w:p>
    <w:p>
      <w:pPr>
        <w:pStyle w:val="ListBullet"/>
      </w:pPr>
      <w:r>
        <w:t>• What desires are driving your envy?</w:t>
      </w:r>
    </w:p>
    <w:p>
      <w:pPr>
        <w:pStyle w:val="ListBullet"/>
      </w:pPr>
      <w:r>
        <w:t>• In what ways has envy caused conflict in your life?</w:t>
      </w:r>
    </w:p>
    <w:p>
      <w:pPr>
        <w:pStyle w:val="ListBullet"/>
      </w:pPr>
      <w:r>
        <w:t>• How does trusting in God’s provision help combat envy?</w:t>
      </w:r>
    </w:p>
    <w:p>
      <w:pPr>
        <w:pStyle w:val="Heading2"/>
      </w:pPr>
      <w:r>
        <w:t>Application</w:t>
      </w:r>
    </w:p>
    <w:p>
      <w:r>
        <w:t>Identify any disordered desires and bring them before God. Practice contentment by meditating on Philippians 4:11–13 this week.</w:t>
      </w:r>
    </w:p>
    <w:p>
      <w:pPr>
        <w:pStyle w:val="Heading2"/>
      </w:pPr>
      <w:r>
        <w:t>Cross-References</w:t>
      </w:r>
    </w:p>
    <w:p>
      <w:r>
        <w:t>- Exodus 20:17</w:t>
      </w:r>
    </w:p>
    <w:p>
      <w:r>
        <w:t>- Psalm 37:1–4</w:t>
      </w:r>
    </w:p>
    <w:p>
      <w:r>
        <w:t>- Ecclesiastes 4:4</w:t>
      </w:r>
    </w:p>
    <w:p>
      <w:r>
        <w:t>- Philippians 4:11–13</w:t>
      </w:r>
    </w:p>
    <w:p>
      <w:pPr>
        <w:pStyle w:val="Heading1"/>
      </w:pPr>
      <w:r>
        <w:t>Lesson 3: Envy vs. God’s Sovereignty</w:t>
      </w:r>
    </w:p>
    <w:p>
      <w:r>
        <w:t>Proverbs 14:30 (ESV): "A tranquil heart gives life to the flesh, but envy makes the bones rot."</w:t>
      </w:r>
    </w:p>
    <w:p>
      <w:pPr>
        <w:pStyle w:val="Heading2"/>
      </w:pPr>
      <w:r>
        <w:t>Teaching</w:t>
      </w:r>
    </w:p>
    <w:p>
      <w:r>
        <w:t>Envy questions God’s justice and wisdom. When we envy others, we are implying that God has not been fair to us. This poisons our soul and steals our peace. Trusting in God's sovereignty and embracing His unique purpose for us is the antidote to envy.</w:t>
      </w:r>
    </w:p>
    <w:p>
      <w:pPr>
        <w:pStyle w:val="Heading2"/>
      </w:pPr>
      <w:r>
        <w:t>Reflection Questions</w:t>
      </w:r>
    </w:p>
    <w:p>
      <w:pPr>
        <w:pStyle w:val="ListBullet"/>
      </w:pPr>
      <w:r>
        <w:t>• How does envy reflect a lack of trust in God’s sovereignty?</w:t>
      </w:r>
    </w:p>
    <w:p>
      <w:pPr>
        <w:pStyle w:val="ListBullet"/>
      </w:pPr>
      <w:r>
        <w:t>• What does it mean to have a tranquil heart?</w:t>
      </w:r>
    </w:p>
    <w:p>
      <w:pPr>
        <w:pStyle w:val="ListBullet"/>
      </w:pPr>
      <w:r>
        <w:t>• What are practical steps to cultivate trust in God when you’re tempted to envy?</w:t>
      </w:r>
    </w:p>
    <w:p>
      <w:pPr>
        <w:pStyle w:val="Heading2"/>
      </w:pPr>
      <w:r>
        <w:t>Application</w:t>
      </w:r>
    </w:p>
    <w:p>
      <w:r>
        <w:t>Each day this week, write down one way you see God’s goodness in your own life and in someone else's life whom you’ve envied.</w:t>
      </w:r>
    </w:p>
    <w:p>
      <w:pPr>
        <w:pStyle w:val="Heading2"/>
      </w:pPr>
      <w:r>
        <w:t>Cross-References</w:t>
      </w:r>
    </w:p>
    <w:p>
      <w:r>
        <w:t>- Romans 9:20–21</w:t>
      </w:r>
    </w:p>
    <w:p>
      <w:r>
        <w:t>- Job 1:21</w:t>
      </w:r>
    </w:p>
    <w:p>
      <w:r>
        <w:t>- Psalm 73</w:t>
      </w:r>
    </w:p>
    <w:p>
      <w:r>
        <w:t>- 1 Thessalonians 5:18</w:t>
      </w:r>
    </w:p>
    <w:p>
      <w:pPr>
        <w:pStyle w:val="Heading1"/>
      </w:pPr>
      <w:r>
        <w:t>Lesson 4: The Danger of Envy in the Body of Christ</w:t>
      </w:r>
    </w:p>
    <w:p>
      <w:r>
        <w:t>1 Corinthians 3:3 (ESV): "For you are still of the flesh. For while there is jealousy and strife among you, are you not of the flesh and behaving only in a human way?"</w:t>
      </w:r>
    </w:p>
    <w:p>
      <w:pPr>
        <w:pStyle w:val="Heading2"/>
      </w:pPr>
      <w:r>
        <w:t>Teaching</w:t>
      </w:r>
    </w:p>
    <w:p>
      <w:r>
        <w:t>Envy damages unity in the church. Paul rebukes the Corinthians for their jealousy and divisions, which were evidence of immaturity. When believers envy each other’s gifts or ministries, the body of Christ suffers. God gives diverse gifts for the common good—not competition.</w:t>
      </w:r>
    </w:p>
    <w:p>
      <w:pPr>
        <w:pStyle w:val="Heading2"/>
      </w:pPr>
      <w:r>
        <w:t>Reflection Questions</w:t>
      </w:r>
    </w:p>
    <w:p>
      <w:pPr>
        <w:pStyle w:val="ListBullet"/>
      </w:pPr>
      <w:r>
        <w:t>• How can envy manifest within a church or ministry?</w:t>
      </w:r>
    </w:p>
    <w:p>
      <w:pPr>
        <w:pStyle w:val="ListBullet"/>
      </w:pPr>
      <w:r>
        <w:t>• Have you struggled with comparing your spiritual gifts or ministry to others?</w:t>
      </w:r>
    </w:p>
    <w:p>
      <w:pPr>
        <w:pStyle w:val="ListBullet"/>
      </w:pPr>
      <w:r>
        <w:t>• What does maturity look like in a community free from envy?</w:t>
      </w:r>
    </w:p>
    <w:p>
      <w:pPr>
        <w:pStyle w:val="Heading2"/>
      </w:pPr>
      <w:r>
        <w:t>Application</w:t>
      </w:r>
    </w:p>
    <w:p>
      <w:r>
        <w:t>Commit to encouraging and building up someone whose gifts or success you’ve previously envied. Pray for unity in your church or group.</w:t>
      </w:r>
    </w:p>
    <w:p>
      <w:pPr>
        <w:pStyle w:val="Heading2"/>
      </w:pPr>
      <w:r>
        <w:t>Cross-References</w:t>
      </w:r>
    </w:p>
    <w:p>
      <w:r>
        <w:t>- Romans 12:3–8</w:t>
      </w:r>
    </w:p>
    <w:p>
      <w:r>
        <w:t>- 1 Corinthians 12:12–26</w:t>
      </w:r>
    </w:p>
    <w:p>
      <w:r>
        <w:t>- Galatians 5:25–26</w:t>
      </w:r>
    </w:p>
    <w:p>
      <w:r>
        <w:t>- Ephesians 4:1–3</w:t>
      </w:r>
    </w:p>
    <w:p>
      <w:pPr>
        <w:pStyle w:val="Heading1"/>
      </w:pPr>
      <w:r>
        <w:t>Lesson 5: Replacing Envy with Love</w:t>
      </w:r>
    </w:p>
    <w:p>
      <w:r>
        <w:t>1 Corinthians 13:4 (ESV): "Love is patient and kind; love does not envy or boast; it is not arrogant."</w:t>
      </w:r>
    </w:p>
    <w:p>
      <w:pPr>
        <w:pStyle w:val="Heading2"/>
      </w:pPr>
      <w:r>
        <w:t>Teaching</w:t>
      </w:r>
    </w:p>
    <w:p>
      <w:r>
        <w:t>The opposite of envy is love. Love rejoices in the blessings of others. It is selfless and content. As believers, we are called to put on love, which binds everything together in perfect harmony. Love rejoices in truth, not in comparisons.</w:t>
      </w:r>
    </w:p>
    <w:p>
      <w:pPr>
        <w:pStyle w:val="Heading2"/>
      </w:pPr>
      <w:r>
        <w:t>Reflection Questions</w:t>
      </w:r>
    </w:p>
    <w:p>
      <w:pPr>
        <w:pStyle w:val="ListBullet"/>
      </w:pPr>
      <w:r>
        <w:t>• Why is love the opposite of envy?</w:t>
      </w:r>
    </w:p>
    <w:p>
      <w:pPr>
        <w:pStyle w:val="ListBullet"/>
      </w:pPr>
      <w:r>
        <w:t>• How can love help you view others more biblically?</w:t>
      </w:r>
    </w:p>
    <w:p>
      <w:pPr>
        <w:pStyle w:val="ListBullet"/>
      </w:pPr>
      <w:r>
        <w:t>• What are ways to rejoice with those who rejoice?</w:t>
      </w:r>
    </w:p>
    <w:p>
      <w:pPr>
        <w:pStyle w:val="Heading2"/>
      </w:pPr>
      <w:r>
        <w:t>Application</w:t>
      </w:r>
    </w:p>
    <w:p>
      <w:r>
        <w:t>Practice “rejoicing with those who rejoice” by celebrating someone else’s victory or success in a tangible way this week.</w:t>
      </w:r>
    </w:p>
    <w:p>
      <w:pPr>
        <w:pStyle w:val="Heading2"/>
      </w:pPr>
      <w:r>
        <w:t>Cross-References</w:t>
      </w:r>
    </w:p>
    <w:p>
      <w:r>
        <w:t>- Colossians 3:12–14</w:t>
      </w:r>
    </w:p>
    <w:p>
      <w:r>
        <w:t>- Romans 12:15</w:t>
      </w:r>
    </w:p>
    <w:p>
      <w:r>
        <w:t>- John 13:34–35</w:t>
      </w:r>
    </w:p>
    <w:p>
      <w:r>
        <w:t>- Philippians 2:3–4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