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 Biblical Study on Drunkenness</w:t>
      </w:r>
    </w:p>
    <w:p>
      <w:pPr>
        <w:pStyle w:val="Heading1"/>
      </w:pPr>
      <w:r>
        <w:t>Lesson 1: God's Design for Sobriety</w:t>
      </w:r>
    </w:p>
    <w:p>
      <w:r>
        <w:t>Teaching:</w:t>
      </w:r>
    </w:p>
    <w:p>
      <w:r>
        <w:t>God created us to be self-controlled and alert. Drunkenness is not simply about alcohol; it’s about losing the ability to think clearly and act rightly. Scripture consistently warns against behaviors that dull our spiritual sensitivity. This lesson emphasizes God’s call to live sober-minded lives, honoring Him with our bodies and choices.</w:t>
      </w:r>
    </w:p>
    <w:p>
      <w:r>
        <w:t>Key Passage:</w:t>
      </w:r>
    </w:p>
    <w:p>
      <w:r>
        <w:t>1 Thessalonians 5:6-8</w:t>
        <w:br/>
        <w:t>"So then, let us not be like others, who are asleep, but let us be awake and sober. For those who sleep, sleep at night, and those who get drunk, get drunk at night. But since we belong to the day, let us be sober, putting on faith and love..."</w:t>
      </w:r>
    </w:p>
    <w:p>
      <w:r>
        <w:t>Reflection Questions:</w:t>
      </w:r>
    </w:p>
    <w:p>
      <w:pPr>
        <w:pStyle w:val="ListBullet"/>
      </w:pPr>
      <w:r>
        <w:t>- What does it mean to be spiritually awake and sober?</w:t>
      </w:r>
    </w:p>
    <w:p>
      <w:pPr>
        <w:pStyle w:val="ListBullet"/>
      </w:pPr>
      <w:r>
        <w:t>- How does alcohol affect your alertness toward God’s voice and will?</w:t>
      </w:r>
    </w:p>
    <w:p>
      <w:pPr>
        <w:pStyle w:val="ListBullet"/>
      </w:pPr>
      <w:r>
        <w:t>- In what ways are believers called to live differently from the world?</w:t>
      </w:r>
    </w:p>
    <w:p>
      <w:r>
        <w:t>Application:</w:t>
      </w:r>
    </w:p>
    <w:p>
      <w:r>
        <w:t>Commit to living with spiritual alertness. If alcohol has dulled your sensitivity to God, confess it and seek His strength to pursue a sober and watchful life.</w:t>
      </w:r>
    </w:p>
    <w:p>
      <w:r>
        <w:t>Cross References:</w:t>
      </w:r>
    </w:p>
    <w:p>
      <w:r>
        <w:t>1 Peter 5:8, Proverbs 20:1, Romans 13:13, Galatians 5:21, Ephesians 5:18</w:t>
      </w:r>
    </w:p>
    <w:p>
      <w:pPr>
        <w:pStyle w:val="Heading1"/>
      </w:pPr>
      <w:r>
        <w:t>Lesson 2: The Consequences of Drunkenness</w:t>
      </w:r>
    </w:p>
    <w:p>
      <w:r>
        <w:t>Teaching:</w:t>
      </w:r>
    </w:p>
    <w:p>
      <w:r>
        <w:t>Drunkenness leads to poor judgment, broken relationships, and separation from God’s purposes. The Bible records many tragic outcomes resulting from drunken behavior. Sin often hides behind what seems pleasurable in the moment but brings regret and shame.</w:t>
      </w:r>
    </w:p>
    <w:p>
      <w:r>
        <w:t>Key Passage:</w:t>
      </w:r>
    </w:p>
    <w:p>
      <w:r>
        <w:t>Proverbs 23:29-33</w:t>
        <w:br/>
        <w:t>"Who has woe? Who has sorrow? Who has strife? Who has complaints? Who has needless bruises? Who has bloodshot eyes? Those who linger over wine, who go to sample bowls of mixed wine. Do not gaze at wine when it is red..."</w:t>
      </w:r>
    </w:p>
    <w:p>
      <w:r>
        <w:t>Reflection Questions:</w:t>
      </w:r>
    </w:p>
    <w:p>
      <w:pPr>
        <w:pStyle w:val="ListBullet"/>
      </w:pPr>
      <w:r>
        <w:t>- What are some of the real-life consequences of drunkenness you've seen or experienced?</w:t>
      </w:r>
    </w:p>
    <w:p>
      <w:pPr>
        <w:pStyle w:val="ListBullet"/>
      </w:pPr>
      <w:r>
        <w:t>- How does this passage describe the deceptive nature of alcohol?</w:t>
      </w:r>
    </w:p>
    <w:p>
      <w:pPr>
        <w:pStyle w:val="ListBullet"/>
      </w:pPr>
      <w:r>
        <w:t>- How do these verses challenge your view of recreational drinking?</w:t>
      </w:r>
    </w:p>
    <w:p>
      <w:r>
        <w:t>Application:</w:t>
      </w:r>
    </w:p>
    <w:p>
      <w:r>
        <w:t>Evaluate any destructive patterns and recognize how alcohol might be causing harm. Decide today to avoid what leads you toward pain and distance from God.</w:t>
      </w:r>
    </w:p>
    <w:p>
      <w:r>
        <w:t>Cross References:</w:t>
      </w:r>
    </w:p>
    <w:p>
      <w:r>
        <w:t>Genesis 9:20-21, Isaiah 5:11-12, Habakkuk 2:15, Ephesians 5:15-18, Hosea 4:11</w:t>
      </w:r>
    </w:p>
    <w:p>
      <w:pPr>
        <w:pStyle w:val="Heading1"/>
      </w:pPr>
      <w:r>
        <w:t>Lesson 3: Drunkenness as a Barrier to Inheritance</w:t>
      </w:r>
    </w:p>
    <w:p>
      <w:r>
        <w:t>Teaching:</w:t>
      </w:r>
    </w:p>
    <w:p>
      <w:r>
        <w:t>The Bible is clear: unrepentant drunkenness is one of the sins that can disqualify someone from inheriting the kingdom of God. While forgiveness is always available, habitual drunkenness reflects a life not surrendered to Christ’s lordship.</w:t>
      </w:r>
    </w:p>
    <w:p>
      <w:r>
        <w:t>Key Passage:</w:t>
      </w:r>
    </w:p>
    <w:p>
      <w:r>
        <w:t>1 Corinthians 6:9-11</w:t>
        <w:br/>
        <w:t>"Or do you not know that wrongdoers will not inherit the kingdom of God? Do not be deceived: Neither the sexually immoral nor idolaters nor adulterers nor men who have sex with men nor thieves nor the greedy nor drunkards..."</w:t>
      </w:r>
    </w:p>
    <w:p>
      <w:r>
        <w:t>Reflection Questions:</w:t>
      </w:r>
    </w:p>
    <w:p>
      <w:pPr>
        <w:pStyle w:val="ListBullet"/>
      </w:pPr>
      <w:r>
        <w:t>- Why is drunkenness grouped with other serious sins?</w:t>
      </w:r>
    </w:p>
    <w:p>
      <w:pPr>
        <w:pStyle w:val="ListBullet"/>
      </w:pPr>
      <w:r>
        <w:t>- How does this passage affect your understanding of God’s holiness?</w:t>
      </w:r>
    </w:p>
    <w:p>
      <w:pPr>
        <w:pStyle w:val="ListBullet"/>
      </w:pPr>
      <w:r>
        <w:t>- What hope is given in verse 11 for those who have struggled with such sins?</w:t>
      </w:r>
    </w:p>
    <w:p>
      <w:r>
        <w:t>Application:</w:t>
      </w:r>
    </w:p>
    <w:p>
      <w:r>
        <w:t>Examine whether drunkenness has a foothold in your life. If so, repent and receive the cleansing and transforming power of Jesus Christ.</w:t>
      </w:r>
    </w:p>
    <w:p>
      <w:r>
        <w:t>Cross References:</w:t>
      </w:r>
    </w:p>
    <w:p>
      <w:r>
        <w:t>Galatians 5:19-21, Titus 2:11-12, Colossians 3:5-10, Romans 6:1-2, 1 John 1:9</w:t>
      </w:r>
    </w:p>
    <w:p>
      <w:pPr>
        <w:pStyle w:val="Heading1"/>
      </w:pPr>
      <w:r>
        <w:t>Lesson 4: The Call to Be Filled with the Spirit</w:t>
      </w:r>
    </w:p>
    <w:p>
      <w:r>
        <w:t>Teaching:</w:t>
      </w:r>
    </w:p>
    <w:p>
      <w:r>
        <w:t>Rather than being controlled by alcohol, believers are called to be filled with the Holy Spirit. This leads to joy, worship, and wise living. Alcohol may promise relief or pleasure, but the Spirit offers lasting peace and power.</w:t>
      </w:r>
    </w:p>
    <w:p>
      <w:r>
        <w:t>Key Passage:</w:t>
      </w:r>
    </w:p>
    <w:p>
      <w:r>
        <w:t>Ephesians 5:18-21</w:t>
        <w:br/>
        <w:t>"Do not get drunk on wine, which leads to debauchery. Instead, be filled with the Spirit, speaking to one another with psalms, hymns, and songs from the Spirit. Sing and make music from your heart to the Lord..."</w:t>
      </w:r>
    </w:p>
    <w:p>
      <w:r>
        <w:t>Reflection Questions:</w:t>
      </w:r>
    </w:p>
    <w:p>
      <w:pPr>
        <w:pStyle w:val="ListBullet"/>
      </w:pPr>
      <w:r>
        <w:t>- What does it mean to be filled with the Holy Spirit?</w:t>
      </w:r>
    </w:p>
    <w:p>
      <w:pPr>
        <w:pStyle w:val="ListBullet"/>
      </w:pPr>
      <w:r>
        <w:t>- How can alcohol be a substitute for spiritual fulfillment?</w:t>
      </w:r>
    </w:p>
    <w:p>
      <w:pPr>
        <w:pStyle w:val="ListBullet"/>
      </w:pPr>
      <w:r>
        <w:t>- What habits in your life lead to spiritual filling rather than fleshly indulgence?</w:t>
      </w:r>
    </w:p>
    <w:p>
      <w:r>
        <w:t>Application:</w:t>
      </w:r>
    </w:p>
    <w:p>
      <w:r>
        <w:t>Pursue the presence of God daily. Replace destructive habits with spiritual practices like prayer, worship, and fellowship.</w:t>
      </w:r>
    </w:p>
    <w:p>
      <w:r>
        <w:t>Cross References:</w:t>
      </w:r>
    </w:p>
    <w:p>
      <w:r>
        <w:t>John 7:37-39, Romans 8:5-6, Acts 2:13-18, Galatians 5:16, Psalm 16:11</w:t>
      </w:r>
    </w:p>
    <w:p>
      <w:pPr>
        <w:pStyle w:val="Heading1"/>
      </w:pPr>
      <w:r>
        <w:t>Lesson 5: Freedom Through Christ</w:t>
      </w:r>
    </w:p>
    <w:p>
      <w:r>
        <w:t>Teaching:</w:t>
      </w:r>
    </w:p>
    <w:p>
      <w:r>
        <w:t>Jesus offers freedom from all sin, including addictions like drunkenness. His grace not only forgives but also empowers. Those who were once bound can live new lives through the strength of Christ and the support of His people.</w:t>
      </w:r>
    </w:p>
    <w:p>
      <w:r>
        <w:t>Key Passage:</w:t>
      </w:r>
    </w:p>
    <w:p>
      <w:r>
        <w:t>Romans 6:12-14</w:t>
        <w:br/>
        <w:t>"Therefore do not let sin reign in your mortal body so that you obey its evil desires. Do not offer any part of yourself to sin as an instrument of wickedness, but rather offer yourselves to God..."</w:t>
      </w:r>
    </w:p>
    <w:p>
      <w:r>
        <w:t>Reflection Questions:</w:t>
      </w:r>
    </w:p>
    <w:p>
      <w:pPr>
        <w:pStyle w:val="ListBullet"/>
      </w:pPr>
      <w:r>
        <w:t>- What does it mean to let sin reign in your body?</w:t>
      </w:r>
    </w:p>
    <w:p>
      <w:pPr>
        <w:pStyle w:val="ListBullet"/>
      </w:pPr>
      <w:r>
        <w:t>- How does offering yourself to God change the way you live?</w:t>
      </w:r>
    </w:p>
    <w:p>
      <w:pPr>
        <w:pStyle w:val="ListBullet"/>
      </w:pPr>
      <w:r>
        <w:t>- In what areas do you still struggle, and how can you seek help?</w:t>
      </w:r>
    </w:p>
    <w:p>
      <w:r>
        <w:t>Application:</w:t>
      </w:r>
    </w:p>
    <w:p>
      <w:r>
        <w:t>Claim the freedom Christ offers. Join with other believers for accountability and support. Walk in obedience by the Spirit, not the flesh.</w:t>
      </w:r>
    </w:p>
    <w:p>
      <w:r>
        <w:t>Cross References:</w:t>
      </w:r>
    </w:p>
    <w:p>
      <w:r>
        <w:t>2 Corinthians 5:17, John 8:34-36, James 5:16, Galatians 5:1, Philippians 4:13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