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Biblical Self-Study on Depression</w:t>
      </w:r>
    </w:p>
    <w:p>
      <w:pPr>
        <w:pStyle w:val="Heading2"/>
      </w:pPr>
      <w:r>
        <w:t>Lesson 1: Understanding Depression – More Than Sadness</w:t>
      </w:r>
    </w:p>
    <w:p>
      <w:pPr>
        <w:pStyle w:val="Heading3"/>
      </w:pPr>
      <w:r>
        <w:t>Teaching:</w:t>
      </w:r>
    </w:p>
    <w:p>
      <w:r>
        <w:t>Depression is more than just sadness. Sadness is a natural emotion that often fades with time, but depression can feel persistent, overwhelming, and isolating. While it may involve the body and emotions, at its core, depression also involves the heart—what you believe, desire, and think about. The Bible does not ignore the experience of emotional pain. God’s Word speaks honestly about despair and points to real hope, even in the darkest times.</w:t>
      </w:r>
    </w:p>
    <w:p>
      <w:pPr>
        <w:pStyle w:val="Heading3"/>
      </w:pPr>
      <w:r>
        <w:t>Key Verse:</w:t>
      </w:r>
    </w:p>
    <w:p>
      <w:r>
        <w:t>“Why are you cast down, O my soul, and why are you in turmoil within me? Hope in God; for I shall again praise him, my salvation and my God.” – Psalm 42:11</w:t>
      </w:r>
    </w:p>
    <w:p>
      <w:pPr>
        <w:pStyle w:val="Heading3"/>
      </w:pPr>
      <w:r>
        <w:t>Reflection Questions:</w:t>
      </w:r>
    </w:p>
    <w:p>
      <w:r>
        <w:t>- In your own words, how would you describe the difference between sadness and depression?</w:t>
      </w:r>
    </w:p>
    <w:p>
      <w:r>
        <w:t>- What kinds of thoughts or beliefs often come with your experience of depression?</w:t>
      </w:r>
    </w:p>
    <w:p>
      <w:r>
        <w:t>- What does it mean to hope in God when everything feels hopeless?</w:t>
      </w:r>
    </w:p>
    <w:p>
      <w:pPr>
        <w:pStyle w:val="Heading3"/>
      </w:pPr>
      <w:r>
        <w:t>Application:</w:t>
      </w:r>
    </w:p>
    <w:p>
      <w:r>
        <w:t>Take time today to write out how you’ve been feeling. Ask yourself: What do I believe about God, myself, and my circumstances right now? Begin looking for even one truth from Scripture to hold onto.</w:t>
      </w:r>
    </w:p>
    <w:p>
      <w:pPr>
        <w:pStyle w:val="Heading3"/>
      </w:pPr>
      <w:r>
        <w:t>Cross References:</w:t>
      </w:r>
    </w:p>
    <w:p>
      <w:r>
        <w:t>- Psalm 34:18</w:t>
      </w:r>
    </w:p>
    <w:p>
      <w:r>
        <w:t>- Romans 15:13</w:t>
      </w:r>
    </w:p>
    <w:p>
      <w:r>
        <w:t>- Lamentations 3:21–24</w:t>
      </w:r>
    </w:p>
    <w:p>
      <w:r>
        <w:t>- 2 Corinthians 4:16–18</w:t>
      </w:r>
    </w:p>
    <w:p>
      <w:pPr>
        <w:pStyle w:val="Heading2"/>
      </w:pPr>
      <w:r>
        <w:t>Lesson 2: The Downward Spiral of Depression</w:t>
      </w:r>
    </w:p>
    <w:p>
      <w:pPr>
        <w:pStyle w:val="Heading3"/>
      </w:pPr>
      <w:r>
        <w:t>Teaching:</w:t>
      </w:r>
    </w:p>
    <w:p>
      <w:r>
        <w:t>Depression can develop over time through a series of small steps that move the heart away from God. It may begin with disappointment or fear, and then grow as hopeless thoughts are believed and repeated. Isolation, despair, and a loss of desire to seek God often follow. This spiral can be interrupted, but it requires awareness and a deliberate return to truth. God invites you to bring your burdens to Him and rest in His faithfulness.</w:t>
      </w:r>
    </w:p>
    <w:p>
      <w:pPr>
        <w:pStyle w:val="Heading3"/>
      </w:pPr>
      <w:r>
        <w:t>Key Verse:</w:t>
      </w:r>
    </w:p>
    <w:p>
      <w:r>
        <w:t>“Hope deferred makes the heart sick, but a desire fulfilled is a tree of life.” – Proverbs 13:12</w:t>
      </w:r>
    </w:p>
    <w:p>
      <w:pPr>
        <w:pStyle w:val="Heading3"/>
      </w:pPr>
      <w:r>
        <w:t>Reflection Questions:</w:t>
      </w:r>
    </w:p>
    <w:p>
      <w:r>
        <w:t>- Can you recognize a pattern or progression in how your depression developed?</w:t>
      </w:r>
    </w:p>
    <w:p>
      <w:r>
        <w:t>- Are there specific disappointments that deeply affected your heart?</w:t>
      </w:r>
    </w:p>
    <w:p>
      <w:r>
        <w:t>- What truths could help stop this spiral and turn your focus back to God?</w:t>
      </w:r>
    </w:p>
    <w:p>
      <w:pPr>
        <w:pStyle w:val="Heading3"/>
      </w:pPr>
      <w:r>
        <w:t>Application:</w:t>
      </w:r>
    </w:p>
    <w:p>
      <w:r>
        <w:t>Write down the steps that may have led you into discouragement or despair. Then write a truth from Scripture next to each one. Pray for the strength to trust those truths, even when your feelings lag behind.</w:t>
      </w:r>
    </w:p>
    <w:p>
      <w:pPr>
        <w:pStyle w:val="Heading3"/>
      </w:pPr>
      <w:r>
        <w:t>Cross References:</w:t>
      </w:r>
    </w:p>
    <w:p>
      <w:r>
        <w:t>- Psalm 13:1–6</w:t>
      </w:r>
    </w:p>
    <w:p>
      <w:r>
        <w:t>- Galatians 6:9</w:t>
      </w:r>
    </w:p>
    <w:p>
      <w:r>
        <w:t>- Romans 8:6</w:t>
      </w:r>
    </w:p>
    <w:p>
      <w:r>
        <w:t>- Isaiah 40:28–31</w:t>
      </w:r>
    </w:p>
    <w:p>
      <w:pPr>
        <w:pStyle w:val="Heading2"/>
      </w:pPr>
      <w:r>
        <w:t>Lesson 3: Causes and Contributors to Depression</w:t>
      </w:r>
    </w:p>
    <w:p>
      <w:pPr>
        <w:pStyle w:val="Heading3"/>
      </w:pPr>
      <w:r>
        <w:t>Teaching:</w:t>
      </w:r>
    </w:p>
    <w:p>
      <w:r>
        <w:t>There can be many contributing factors to depression: physical exhaustion, loss, fear, guilt, anger, or even unrepented sin. Depression often reveals deeper heart issues, like misplaced trust, unrealistic expectations, or feelings of being forsaken. These are not easy to confront, but God calls us to bring everything—our pain, sin, confusion, and weakness—into the light. There is mercy and healing available when we honestly seek Him.</w:t>
      </w:r>
    </w:p>
    <w:p>
      <w:pPr>
        <w:pStyle w:val="Heading3"/>
      </w:pPr>
      <w:r>
        <w:t>Key Verse:</w:t>
      </w:r>
    </w:p>
    <w:p>
      <w:r>
        <w:t>“For when I kept silent, my bones wasted away through my groaning all day long.” – Psalm 32:3</w:t>
      </w:r>
    </w:p>
    <w:p>
      <w:pPr>
        <w:pStyle w:val="Heading3"/>
      </w:pPr>
      <w:r>
        <w:t>Reflection Questions:</w:t>
      </w:r>
    </w:p>
    <w:p>
      <w:r>
        <w:t>- Are there any hidden burdens, unresolved guilt, or fears that may be weighing on your heart?</w:t>
      </w:r>
    </w:p>
    <w:p>
      <w:r>
        <w:t>- Have you experienced any major life changes or losses that affected your emotional state?</w:t>
      </w:r>
    </w:p>
    <w:p>
      <w:r>
        <w:t>- How can confession and truth begin to lighten the weight of depression?</w:t>
      </w:r>
    </w:p>
    <w:p>
      <w:pPr>
        <w:pStyle w:val="Heading3"/>
      </w:pPr>
      <w:r>
        <w:t>Application:</w:t>
      </w:r>
    </w:p>
    <w:p>
      <w:r>
        <w:t>Ask God to search your heart and reveal anything that may be contributing to your despair. Be honest with Him in prayer. Confess any sin, and lay your grief or fear before Him. He is faithful to forgive and restore.</w:t>
      </w:r>
    </w:p>
    <w:p>
      <w:pPr>
        <w:pStyle w:val="Heading3"/>
      </w:pPr>
      <w:r>
        <w:t>Cross References:</w:t>
      </w:r>
    </w:p>
    <w:p>
      <w:r>
        <w:t>- Psalm 139:23–24</w:t>
      </w:r>
    </w:p>
    <w:p>
      <w:r>
        <w:t>- 1 John 1:9</w:t>
      </w:r>
    </w:p>
    <w:p>
      <w:r>
        <w:t>- Hebrews 12:15</w:t>
      </w:r>
    </w:p>
    <w:p>
      <w:r>
        <w:t>- Isaiah 61:1–3</w:t>
      </w:r>
    </w:p>
    <w:p>
      <w:pPr>
        <w:pStyle w:val="Heading2"/>
      </w:pPr>
      <w:r>
        <w:t>Lesson 4: Manifestations and Levels of Depression</w:t>
      </w:r>
    </w:p>
    <w:p>
      <w:pPr>
        <w:pStyle w:val="Heading3"/>
      </w:pPr>
      <w:r>
        <w:t>Teaching:</w:t>
      </w:r>
    </w:p>
    <w:p>
      <w:r>
        <w:t>Depression may appear in different ways: sadness, fatigue, restlessness, lack of motivation, irritability, or even physical pain. Some experience mild discouragement, while others feel deep despair. These manifestations are real, but they are not the whole story. God sees beyond the symptoms and understands the heart. In every condition, He offers strength, hope, and rest to those who come to Him in humility and faith.</w:t>
      </w:r>
    </w:p>
    <w:p>
      <w:pPr>
        <w:pStyle w:val="Heading3"/>
      </w:pPr>
      <w:r>
        <w:t>Key Verse:</w:t>
      </w:r>
    </w:p>
    <w:p>
      <w:r>
        <w:t>“Come to me, all who labor and are heavy laden, and I will give you rest.” – Matthew 11:28</w:t>
      </w:r>
    </w:p>
    <w:p>
      <w:pPr>
        <w:pStyle w:val="Heading3"/>
      </w:pPr>
      <w:r>
        <w:t>Reflection Questions:</w:t>
      </w:r>
    </w:p>
    <w:p>
      <w:r>
        <w:t>- How does your depression tend to show itself—emotionally, mentally, or physically?</w:t>
      </w:r>
    </w:p>
    <w:p>
      <w:r>
        <w:t>- In what ways has depression affected your relationship with God and others?</w:t>
      </w:r>
    </w:p>
    <w:p>
      <w:r>
        <w:t>- What does it mean to come to Jesus with your burdens?</w:t>
      </w:r>
    </w:p>
    <w:p>
      <w:pPr>
        <w:pStyle w:val="Heading3"/>
      </w:pPr>
      <w:r>
        <w:t>Application:</w:t>
      </w:r>
    </w:p>
    <w:p>
      <w:r>
        <w:t>Take time to list out your current symptoms or struggles. Then take each one to God in prayer, asking for strength and healing. Commit to one small act of obedience today—like reading Scripture or praying aloud.</w:t>
      </w:r>
    </w:p>
    <w:p>
      <w:pPr>
        <w:pStyle w:val="Heading3"/>
      </w:pPr>
      <w:r>
        <w:t>Cross References:</w:t>
      </w:r>
    </w:p>
    <w:p>
      <w:r>
        <w:t>- Psalm 77:1–9</w:t>
      </w:r>
    </w:p>
    <w:p>
      <w:r>
        <w:t>- Isaiah 26:3</w:t>
      </w:r>
    </w:p>
    <w:p>
      <w:r>
        <w:t>- Philippians 4:6–8</w:t>
      </w:r>
    </w:p>
    <w:p>
      <w:r>
        <w:t>- Psalm 31:9–10</w:t>
      </w:r>
    </w:p>
    <w:p>
      <w:pPr>
        <w:pStyle w:val="Heading2"/>
      </w:pPr>
      <w:r>
        <w:t>Lesson 5: A Biblical Response to Depression</w:t>
      </w:r>
    </w:p>
    <w:p>
      <w:pPr>
        <w:pStyle w:val="Heading3"/>
      </w:pPr>
      <w:r>
        <w:t>Teaching:</w:t>
      </w:r>
    </w:p>
    <w:p>
      <w:r>
        <w:t>There is real hope for those who are depressed. That hope is not found in ourselves or our circumstances, but in the unchanging character of God. Even when emotions feel overwhelming or numb, God remains faithful. A biblical response to depression includes crying out to God, clinging to His Word, renewing your mind with truth, seeking support from fellow believers, and choosing obedience even when it’s hard. He walks with you through the darkness.</w:t>
      </w:r>
    </w:p>
    <w:p>
      <w:pPr>
        <w:pStyle w:val="Heading3"/>
      </w:pPr>
      <w:r>
        <w:t>Key Verse:</w:t>
      </w:r>
    </w:p>
    <w:p>
      <w:r>
        <w:t>“Fear not, for I am with you; be not dismayed, for I am your God; I will strengthen you, I will help you, I will uphold you with my righteous right hand.” – Isaiah 41:10</w:t>
      </w:r>
    </w:p>
    <w:p>
      <w:pPr>
        <w:pStyle w:val="Heading3"/>
      </w:pPr>
      <w:r>
        <w:t>Reflection Questions:</w:t>
      </w:r>
    </w:p>
    <w:p>
      <w:r>
        <w:t>- What lies about God or yourself have you believed during depression?</w:t>
      </w:r>
    </w:p>
    <w:p>
      <w:r>
        <w:t>- What promises from Scripture can you focus on instead?</w:t>
      </w:r>
    </w:p>
    <w:p>
      <w:r>
        <w:t>- What is one step of obedience you can take today, even in weakness?</w:t>
      </w:r>
    </w:p>
    <w:p>
      <w:pPr>
        <w:pStyle w:val="Heading3"/>
      </w:pPr>
      <w:r>
        <w:t>Application:</w:t>
      </w:r>
    </w:p>
    <w:p>
      <w:r>
        <w:t>Choose one verse to memorize this week and repeat it daily. Let it be a weapon against the darkness. Begin each day in prayer, asking God for help and strength to walk in truth, even when feelings don’t follow right away.</w:t>
      </w:r>
    </w:p>
    <w:p>
      <w:pPr>
        <w:pStyle w:val="Heading3"/>
      </w:pPr>
      <w:r>
        <w:t>Cross References:</w:t>
      </w:r>
    </w:p>
    <w:p>
      <w:r>
        <w:t>- Psalm 40:1–3</w:t>
      </w:r>
    </w:p>
    <w:p>
      <w:r>
        <w:t>- 2 Peter 1:3–4</w:t>
      </w:r>
    </w:p>
    <w:p>
      <w:r>
        <w:t>- Hebrews 12:12–13</w:t>
      </w:r>
    </w:p>
    <w:p>
      <w:r>
        <w:t>- Galatians 6:2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