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Rooting Out Pride – A Biblical Study</w:t>
      </w:r>
    </w:p>
    <w:p>
      <w:pPr>
        <w:pStyle w:val="Heading1"/>
      </w:pPr>
      <w:r>
        <w:t>Lesson 1: The Root of Pride</w:t>
      </w:r>
    </w:p>
    <w:p>
      <w:r>
        <w:t>Teaching:</w:t>
      </w:r>
    </w:p>
    <w:p>
      <w:r>
        <w:t>Pride is often the original sin of the heart. It leads us to place ourselves above others and, ultimately, above God. The Bible describes pride as deceptive, self-exalting, and destructive. Understanding its root is essential to identifying its presence in our lives.</w:t>
      </w:r>
    </w:p>
    <w:p>
      <w:r>
        <w:t>Key Passage:</w:t>
      </w:r>
    </w:p>
    <w:p>
      <w:r>
        <w:t>Proverbs 16:18 – "Pride goes before destruction, a haughty spirit before a fall. Better to be lowly in spirit along with the oppressed than to..."</w:t>
      </w:r>
    </w:p>
    <w:p>
      <w:r>
        <w:t>Reflection Questions:</w:t>
      </w:r>
    </w:p>
    <w:p>
      <w:r>
        <w:t>- How does pride manifest in subtle ways in daily life?</w:t>
      </w:r>
    </w:p>
    <w:p>
      <w:r>
        <w:t>- Why do you think pride is so offensive to God?</w:t>
      </w:r>
    </w:p>
    <w:p>
      <w:r>
        <w:t>- Can you recall a time when pride led to negative consequences in your life?</w:t>
      </w:r>
    </w:p>
    <w:p>
      <w:r>
        <w:t>Application:</w:t>
      </w:r>
    </w:p>
    <w:p>
      <w:r>
        <w:t>Ask God to reveal areas where pride has taken root in your thoughts or behaviors. Practice humility by putting someone else's needs before your own today.</w:t>
      </w:r>
    </w:p>
    <w:p>
      <w:r>
        <w:t>Cross-References:</w:t>
      </w:r>
    </w:p>
    <w:p>
      <w:r>
        <w:t>- James 4:6</w:t>
      </w:r>
    </w:p>
    <w:p>
      <w:r>
        <w:t>- Isaiah 14:12–15</w:t>
      </w:r>
    </w:p>
    <w:p>
      <w:r>
        <w:t>- Romans 12:3</w:t>
      </w:r>
    </w:p>
    <w:p>
      <w:r>
        <w:t>- Obadiah 1:3–4</w:t>
      </w:r>
    </w:p>
    <w:p>
      <w:pPr>
        <w:pStyle w:val="Heading1"/>
      </w:pPr>
      <w:r>
        <w:t>Lesson 2: God Opposes the Proud</w:t>
      </w:r>
    </w:p>
    <w:p>
      <w:r>
        <w:t>Teaching:</w:t>
      </w:r>
    </w:p>
    <w:p>
      <w:r>
        <w:t>God's opposition to pride is consistent throughout Scripture. Pride elevates self instead of God. Humility is the posture that pleases Him and opens the way for grace. Recognizing God’s sovereignty helps put pride in its rightful place.</w:t>
      </w:r>
    </w:p>
    <w:p>
      <w:r>
        <w:t>Key Passage:</w:t>
      </w:r>
    </w:p>
    <w:p>
      <w:r>
        <w:t>James 4:6 – "But he gives us more grace. That is why Scripture says: 'God opposes the proud but shows favor to the humble.' Submit..."</w:t>
      </w:r>
    </w:p>
    <w:p>
      <w:r>
        <w:t>Reflection Questions:</w:t>
      </w:r>
    </w:p>
    <w:p>
      <w:r>
        <w:t>- Why does God oppose the proud?</w:t>
      </w:r>
    </w:p>
    <w:p>
      <w:r>
        <w:t>- What does it look like to submit to God in areas where you feel self-sufficient?</w:t>
      </w:r>
    </w:p>
    <w:p>
      <w:r>
        <w:t>- How can humility help foster deeper relationships?</w:t>
      </w:r>
    </w:p>
    <w:p>
      <w:r>
        <w:t>Application:</w:t>
      </w:r>
    </w:p>
    <w:p>
      <w:r>
        <w:t>Consciously submit one area of your life to God today that you've tried to control on your own. Express gratitude instead of self-praise.</w:t>
      </w:r>
    </w:p>
    <w:p>
      <w:r>
        <w:t>Cross-References:</w:t>
      </w:r>
    </w:p>
    <w:p>
      <w:r>
        <w:t>- 1 Peter 5:5–6</w:t>
      </w:r>
    </w:p>
    <w:p>
      <w:r>
        <w:t>- Proverbs 3:34</w:t>
      </w:r>
    </w:p>
    <w:p>
      <w:r>
        <w:t>- Matthew 23:12</w:t>
      </w:r>
    </w:p>
    <w:p>
      <w:r>
        <w:t>- Isaiah 2:11–12</w:t>
      </w:r>
    </w:p>
    <w:p>
      <w:pPr>
        <w:pStyle w:val="Heading1"/>
      </w:pPr>
      <w:r>
        <w:t>Lesson 3: Pride and Self-Righteousness</w:t>
      </w:r>
    </w:p>
    <w:p>
      <w:r>
        <w:t>Teaching:</w:t>
      </w:r>
    </w:p>
    <w:p>
      <w:r>
        <w:t>Jesus frequently confronted the pride of the religious leaders, particularly their self-righteousness. Pride in one's spiritual performance blinds us to our need for grace and the condition of our own hearts.</w:t>
      </w:r>
    </w:p>
    <w:p>
      <w:r>
        <w:t>Key Passage:</w:t>
      </w:r>
    </w:p>
    <w:p>
      <w:r>
        <w:t>Luke 18:9–14 – "To some who were confident of their own righteousness and looked down on everyone else, Jesus told this parable: 'Two men went up to..."</w:t>
      </w:r>
    </w:p>
    <w:p>
      <w:r>
        <w:t>Reflection Questions:</w:t>
      </w:r>
    </w:p>
    <w:p>
      <w:r>
        <w:t>- How does spiritual pride differ from other forms of pride?</w:t>
      </w:r>
    </w:p>
    <w:p>
      <w:r>
        <w:t>- Why is it dangerous to compare ourselves to others spiritually?</w:t>
      </w:r>
    </w:p>
    <w:p>
      <w:r>
        <w:t>- In what ways might you be trusting in your own righteousness?</w:t>
      </w:r>
    </w:p>
    <w:p>
      <w:r>
        <w:t>Application:</w:t>
      </w:r>
    </w:p>
    <w:p>
      <w:r>
        <w:t>Take time to confess any sense of spiritual superiority. Focus on Jesus’ righteousness as your source of standing before God.</w:t>
      </w:r>
    </w:p>
    <w:p>
      <w:r>
        <w:t>Cross-References:</w:t>
      </w:r>
    </w:p>
    <w:p>
      <w:r>
        <w:t>- Matthew 6:1–5</w:t>
      </w:r>
    </w:p>
    <w:p>
      <w:r>
        <w:t>- Romans 3:10–12</w:t>
      </w:r>
    </w:p>
    <w:p>
      <w:r>
        <w:t>- Philippians 3:4–9</w:t>
      </w:r>
    </w:p>
    <w:p>
      <w:r>
        <w:t>- Micah 6:8</w:t>
      </w:r>
    </w:p>
    <w:p>
      <w:pPr>
        <w:pStyle w:val="Heading1"/>
      </w:pPr>
      <w:r>
        <w:t>Lesson 4: Pride’s Consequences</w:t>
      </w:r>
    </w:p>
    <w:p>
      <w:r>
        <w:t>Teaching:</w:t>
      </w:r>
    </w:p>
    <w:p>
      <w:r>
        <w:t>Pride ultimately leads to downfall. Scripture gives multiple examples of individuals who were humbled by God after exalting themselves. Pride isolates, corrupts, and brings judgment unless repented of.</w:t>
      </w:r>
    </w:p>
    <w:p>
      <w:r>
        <w:t>Key Passage:</w:t>
      </w:r>
    </w:p>
    <w:p>
      <w:r>
        <w:t>Daniel 4:30–37 – "He said, 'Is not this the great Babylon I have built as the royal residence, by my mighty power and for the glory of..."</w:t>
      </w:r>
    </w:p>
    <w:p>
      <w:r>
        <w:t>Reflection Questions:</w:t>
      </w:r>
    </w:p>
    <w:p>
      <w:r>
        <w:t>- What do you learn from King Nebuchadnezzar’s experience with pride?</w:t>
      </w:r>
    </w:p>
    <w:p>
      <w:r>
        <w:t>- How has God used humbling situations in your life to draw you closer to Him?</w:t>
      </w:r>
    </w:p>
    <w:p>
      <w:r>
        <w:t>- What are some consequences of unchecked pride?</w:t>
      </w:r>
    </w:p>
    <w:p>
      <w:r>
        <w:t>Application:</w:t>
      </w:r>
    </w:p>
    <w:p>
      <w:r>
        <w:t>Write a short prayer of surrender, acknowledging God's greatness and your dependence on Him. Look for ways to speak honorably of others today.</w:t>
      </w:r>
    </w:p>
    <w:p>
      <w:r>
        <w:t>Cross-References:</w:t>
      </w:r>
    </w:p>
    <w:p>
      <w:r>
        <w:t>- Proverbs 11:2</w:t>
      </w:r>
    </w:p>
    <w:p>
      <w:r>
        <w:t>- 2 Chronicles 26:16</w:t>
      </w:r>
    </w:p>
    <w:p>
      <w:r>
        <w:t>- Isaiah 13:11</w:t>
      </w:r>
    </w:p>
    <w:p>
      <w:r>
        <w:t>- Acts 12:21–23</w:t>
      </w:r>
    </w:p>
    <w:p>
      <w:pPr>
        <w:pStyle w:val="Heading1"/>
      </w:pPr>
      <w:r>
        <w:t>Lesson 5: Choosing Humility</w:t>
      </w:r>
    </w:p>
    <w:p>
      <w:r>
        <w:t>Teaching:</w:t>
      </w:r>
    </w:p>
    <w:p>
      <w:r>
        <w:t>True humility is not self-deprecation, but right thinking about oneself in light of God’s greatness. Jesus modeled humility in all things, especially in His willingness to serve and to suffer. The path of humility leads to peace and exaltation by God.</w:t>
      </w:r>
    </w:p>
    <w:p>
      <w:r>
        <w:t>Key Passage:</w:t>
      </w:r>
    </w:p>
    <w:p>
      <w:r>
        <w:t>Philippians 2:3–11 – "Do nothing out of selfish ambition or vain conceit. Rather, in humility value others above yourselves, not looking to your own interests..."</w:t>
      </w:r>
    </w:p>
    <w:p>
      <w:r>
        <w:t>Reflection Questions:</w:t>
      </w:r>
    </w:p>
    <w:p>
      <w:r>
        <w:t>- How did Jesus model humility?</w:t>
      </w:r>
    </w:p>
    <w:p>
      <w:r>
        <w:t>- What are practical ways you can follow His example?</w:t>
      </w:r>
    </w:p>
    <w:p>
      <w:r>
        <w:t>- How is humility different from insecurity?</w:t>
      </w:r>
    </w:p>
    <w:p>
      <w:r>
        <w:t>Application:</w:t>
      </w:r>
    </w:p>
    <w:p>
      <w:r>
        <w:t>Choose one way to serve someone this week without expecting recognition. Memorize Philippians 2:3–4 to help foster a humble mindset.</w:t>
      </w:r>
    </w:p>
    <w:p>
      <w:r>
        <w:t>Cross-References:</w:t>
      </w:r>
    </w:p>
    <w:p>
      <w:r>
        <w:t>- Matthew 11:29</w:t>
      </w:r>
    </w:p>
    <w:p>
      <w:r>
        <w:t>- John 13:12–17</w:t>
      </w:r>
    </w:p>
    <w:p>
      <w:r>
        <w:t>- Colossians 3:12</w:t>
      </w:r>
    </w:p>
    <w:p>
      <w:r>
        <w:t>- Proverbs 22:4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