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Walking in Love – A Bible Study on Godly Love</w:t>
      </w:r>
    </w:p>
    <w:p>
      <w:pPr>
        <w:pStyle w:val="Heading2"/>
      </w:pPr>
      <w:r>
        <w:t>Lesson 1: God Is Love</w:t>
      </w:r>
    </w:p>
    <w:p>
      <w:r>
        <w:t>Teaching:</w:t>
      </w:r>
    </w:p>
    <w:p>
      <w:r>
        <w:t>Love originates in God’s nature. He doesn’t just act lovingly—He is love itself. Everything He does is rooted in love, including creation, salvation, discipline, and justice. To understand true love, we must begin by understanding who God is.</w:t>
      </w:r>
    </w:p>
    <w:p>
      <w:r>
        <w:t>Key Verse:</w:t>
      </w:r>
    </w:p>
    <w:p>
      <w:r>
        <w:t>1 John 4:8 – "Anyone who does not love does not know God, because God is love."</w:t>
      </w:r>
    </w:p>
    <w:p>
      <w:r>
        <w:t>Reflection Questions:</w:t>
      </w:r>
    </w:p>
    <w:p>
      <w:pPr>
        <w:pStyle w:val="ListBullet"/>
      </w:pPr>
      <w:r>
        <w:t>- What does it mean that God is love?</w:t>
      </w:r>
    </w:p>
    <w:p>
      <w:pPr>
        <w:pStyle w:val="ListBullet"/>
      </w:pPr>
      <w:r>
        <w:t>- How does understanding God's love affect your view of yourself and others?</w:t>
      </w:r>
    </w:p>
    <w:p>
      <w:pPr>
        <w:pStyle w:val="ListBullet"/>
      </w:pPr>
      <w:r>
        <w:t>- How can you reflect God's love more in your daily life?</w:t>
      </w:r>
    </w:p>
    <w:p>
      <w:r>
        <w:t>Application:</w:t>
      </w:r>
    </w:p>
    <w:p>
      <w:r>
        <w:t>Spend time meditating on God’s love for you. Ask Him to help you grow in understanding and to love others with His kind of love.</w:t>
      </w:r>
    </w:p>
    <w:p>
      <w:r>
        <w:t>Cross-References:</w:t>
      </w:r>
    </w:p>
    <w:p>
      <w:r>
        <w:t>John 3:16, Romans 5:8, Exodus 34:6, Psalm 86:15, 1 John 4:16</w:t>
      </w:r>
    </w:p>
    <w:p>
      <w:pPr>
        <w:pStyle w:val="Heading2"/>
      </w:pPr>
      <w:r>
        <w:t>Lesson 2: The Greatest Commandment</w:t>
      </w:r>
    </w:p>
    <w:p>
      <w:r>
        <w:t>Teaching:</w:t>
      </w:r>
    </w:p>
    <w:p>
      <w:r>
        <w:t>Jesus taught that love is the foundation of all God’s commands. Loving God with all our heart, soul, and mind comes first. When we love God rightly, we are empowered to love others rightly.</w:t>
      </w:r>
    </w:p>
    <w:p>
      <w:r>
        <w:t>Key Verse:</w:t>
      </w:r>
    </w:p>
    <w:p>
      <w:r>
        <w:t>Matthew 22:37–39 – "You shall love the Lord your God with all your heart and with all your soul and with all your mind. This is the great and first commandment. And a second is like it: You shall love your neighbor as yourself."</w:t>
      </w:r>
    </w:p>
    <w:p>
      <w:r>
        <w:t>Reflection Questions:</w:t>
      </w:r>
    </w:p>
    <w:p>
      <w:pPr>
        <w:pStyle w:val="ListBullet"/>
      </w:pPr>
      <w:r>
        <w:t>- How can you grow in loving God with all your being?</w:t>
      </w:r>
    </w:p>
    <w:p>
      <w:pPr>
        <w:pStyle w:val="ListBullet"/>
      </w:pPr>
      <w:r>
        <w:t>- What does loving your neighbor as yourself look like practically?</w:t>
      </w:r>
    </w:p>
    <w:p>
      <w:pPr>
        <w:pStyle w:val="ListBullet"/>
      </w:pPr>
      <w:r>
        <w:t>- Are there areas in your life where love is lacking?</w:t>
      </w:r>
    </w:p>
    <w:p>
      <w:r>
        <w:t>Application:</w:t>
      </w:r>
    </w:p>
    <w:p>
      <w:r>
        <w:t>Choose one way this week to express love for God intentionally (e.g., worship, prayer, obedience), and one specific act to love a neighbor in need.</w:t>
      </w:r>
    </w:p>
    <w:p>
      <w:r>
        <w:t>Cross-References:</w:t>
      </w:r>
    </w:p>
    <w:p>
      <w:r>
        <w:t>Deuteronomy 6:5, Leviticus 19:18, John 14:15, 1 John 4:20–21, Romans 13:8–10</w:t>
      </w:r>
    </w:p>
    <w:p>
      <w:pPr>
        <w:pStyle w:val="Heading2"/>
      </w:pPr>
      <w:r>
        <w:t>Lesson 3: Love in Action</w:t>
      </w:r>
    </w:p>
    <w:p>
      <w:r>
        <w:t>Teaching:</w:t>
      </w:r>
    </w:p>
    <w:p>
      <w:r>
        <w:t>Love is not merely words or feelings—it is seen in action. True love serves, sacrifices, and puts others first. The parable of the Good Samaritan teaches us to love across barriers and to meet real needs.</w:t>
      </w:r>
    </w:p>
    <w:p>
      <w:r>
        <w:t>Key Verse:</w:t>
      </w:r>
    </w:p>
    <w:p>
      <w:r>
        <w:t>1 John 3:18 – "Little children, let us not love in word or talk but in deed and in truth."</w:t>
      </w:r>
    </w:p>
    <w:p>
      <w:r>
        <w:t>Reflection Questions:</w:t>
      </w:r>
    </w:p>
    <w:p>
      <w:pPr>
        <w:pStyle w:val="ListBullet"/>
      </w:pPr>
      <w:r>
        <w:t>- What are some barriers that keep you from loving others through action?</w:t>
      </w:r>
    </w:p>
    <w:p>
      <w:pPr>
        <w:pStyle w:val="ListBullet"/>
      </w:pPr>
      <w:r>
        <w:t>- Who in your life needs to see love demonstrated practically?</w:t>
      </w:r>
    </w:p>
    <w:p>
      <w:pPr>
        <w:pStyle w:val="ListBullet"/>
      </w:pPr>
      <w:r>
        <w:t>- How can you serve someone this week out of genuine love?</w:t>
      </w:r>
    </w:p>
    <w:p>
      <w:r>
        <w:t>Application:</w:t>
      </w:r>
    </w:p>
    <w:p>
      <w:r>
        <w:t>Look for a tangible way to love someone sacrificially this week—especially someone outside your usual circle.</w:t>
      </w:r>
    </w:p>
    <w:p>
      <w:r>
        <w:t>Cross-References:</w:t>
      </w:r>
    </w:p>
    <w:p>
      <w:r>
        <w:t>Luke 10:25–37, James 2:14–17, Galatians 5:13–14, Philippians 2:3–4, Romans 12:9–13</w:t>
      </w:r>
    </w:p>
    <w:p>
      <w:pPr>
        <w:pStyle w:val="Heading2"/>
      </w:pPr>
      <w:r>
        <w:t>Lesson 4: Love Your Enemies</w:t>
      </w:r>
    </w:p>
    <w:p>
      <w:r>
        <w:t>Teaching:</w:t>
      </w:r>
    </w:p>
    <w:p>
      <w:r>
        <w:t>Jesus calls us to a radical kind of love—not just for our friends and family, but even for those who hurt or oppose us. Loving enemies reflects God’s love for us when we were His enemies.</w:t>
      </w:r>
    </w:p>
    <w:p>
      <w:r>
        <w:t>Key Verse:</w:t>
      </w:r>
    </w:p>
    <w:p>
      <w:r>
        <w:t>Matthew 5:44 – "But I say to you, Love your enemies and pray for those who persecute you."</w:t>
      </w:r>
    </w:p>
    <w:p>
      <w:r>
        <w:t>Reflection Questions:</w:t>
      </w:r>
    </w:p>
    <w:p>
      <w:pPr>
        <w:pStyle w:val="ListBullet"/>
      </w:pPr>
      <w:r>
        <w:t>- Who in your life is difficult for you to love?</w:t>
      </w:r>
    </w:p>
    <w:p>
      <w:pPr>
        <w:pStyle w:val="ListBullet"/>
      </w:pPr>
      <w:r>
        <w:t>- What does it look like to love and pray for that person?</w:t>
      </w:r>
    </w:p>
    <w:p>
      <w:pPr>
        <w:pStyle w:val="ListBullet"/>
      </w:pPr>
      <w:r>
        <w:t>- How does enemy-love point others to Christ?</w:t>
      </w:r>
    </w:p>
    <w:p>
      <w:r>
        <w:t>Application:</w:t>
      </w:r>
    </w:p>
    <w:p>
      <w:r>
        <w:t>Identify one person you struggle to love and commit to praying for them daily this week. Consider one act of kindness you can do for them.</w:t>
      </w:r>
    </w:p>
    <w:p>
      <w:r>
        <w:t>Cross-References:</w:t>
      </w:r>
    </w:p>
    <w:p>
      <w:r>
        <w:t>Romans 5:10, Luke 6:27–36, Proverbs 25:21–22, 1 Peter 3:9, Colossians 3:13–14</w:t>
      </w:r>
    </w:p>
    <w:p>
      <w:pPr>
        <w:pStyle w:val="Heading2"/>
      </w:pPr>
      <w:r>
        <w:t>Lesson 5: The Characteristics of Love</w:t>
      </w:r>
    </w:p>
    <w:p>
      <w:r>
        <w:t>Teaching:</w:t>
      </w:r>
    </w:p>
    <w:p>
      <w:r>
        <w:t>Paul gives a powerful and practical definition of love in 1 Corinthians 13. Love is not just an emotion—it is patient, kind, humble, and enduring. This kind of love is a mark of Christian maturity.</w:t>
      </w:r>
    </w:p>
    <w:p>
      <w:r>
        <w:t>Key Verse:</w:t>
      </w:r>
    </w:p>
    <w:p>
      <w:r>
        <w:t>1 Corinthians 13:4–7 – "Love is patient and kind; love does not envy or boast; it is not arrogant or rude. It does not insist on its own way; it is not irritable or resentful; it does not rejoice at wrongdoing but rejoices with the truth. Love bears all things, believes all things, hopes all things, endures all things."</w:t>
      </w:r>
    </w:p>
    <w:p>
      <w:r>
        <w:t>Reflection Questions:</w:t>
      </w:r>
    </w:p>
    <w:p>
      <w:pPr>
        <w:pStyle w:val="ListBullet"/>
      </w:pPr>
      <w:r>
        <w:t>- Which characteristics of love are most challenging for you?</w:t>
      </w:r>
    </w:p>
    <w:p>
      <w:pPr>
        <w:pStyle w:val="ListBullet"/>
      </w:pPr>
      <w:r>
        <w:t>- In what relationships do you need to apply this kind of love?</w:t>
      </w:r>
    </w:p>
    <w:p>
      <w:pPr>
        <w:pStyle w:val="ListBullet"/>
      </w:pPr>
      <w:r>
        <w:t>- How can you depend on God to grow in these traits?</w:t>
      </w:r>
    </w:p>
    <w:p>
      <w:r>
        <w:t>Application:</w:t>
      </w:r>
    </w:p>
    <w:p>
      <w:r>
        <w:t>Ask the Lord to help you grow in one specific aspect of love this week. Memorize 1 Corinthians 13:4–7 and use it to evaluate your heart daily.</w:t>
      </w:r>
    </w:p>
    <w:p>
      <w:r>
        <w:t>Cross-References:</w:t>
      </w:r>
    </w:p>
    <w:p>
      <w:r>
        <w:t>Galatians 5:22–23, Colossians 3:12–14, Ephesians 4:2, Romans 12:10, John 13:34–35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