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Biblical Study on Hypocrisy</w:t>
      </w:r>
    </w:p>
    <w:p>
      <w:pPr>
        <w:pStyle w:val="Heading1"/>
      </w:pPr>
      <w:r>
        <w:t>Lesson 1: Understanding Hypocrisy</w:t>
      </w:r>
    </w:p>
    <w:p>
      <w:pPr>
        <w:pStyle w:val="IntenseQuote"/>
      </w:pPr>
      <w:r>
        <w:t>Key Verse (ESV):</w:t>
      </w:r>
    </w:p>
    <w:p>
      <w:r>
        <w:t>Matthew 23:27</w:t>
        <w:br/>
        <w:t>“Woe to you, scribes and Pharisees, hypocrites! For you are like whitewashed tombs, which outwardly appear beautiful, but within are full of dead people's bones and all uncleanness.”</w:t>
      </w:r>
    </w:p>
    <w:p>
      <w:pPr>
        <w:pStyle w:val="IntenseQuote"/>
      </w:pPr>
      <w:r>
        <w:t>Teaching:</w:t>
      </w:r>
    </w:p>
    <w:p>
      <w:r>
        <w:t>Hypocrisy is pretending to have moral standards or beliefs to which one's own behavior does not conform. Jesus harshly rebuked the Pharisees for their outward religious performance that concealed inward corruption. God sees beyond appearances—He is concerned with the heart. True righteousness cannot be faked before Him.</w:t>
      </w:r>
    </w:p>
    <w:p>
      <w:pPr>
        <w:pStyle w:val="IntenseQuote"/>
      </w:pPr>
      <w:r>
        <w:t>Reflection Questions:</w:t>
      </w:r>
    </w:p>
    <w:p>
      <w:pPr>
        <w:pStyle w:val="ListBullet"/>
      </w:pPr>
      <w:r>
        <w:t>• Why do you think Jesus was so severe in His words about hypocrisy?</w:t>
      </w:r>
    </w:p>
    <w:p>
      <w:pPr>
        <w:pStyle w:val="ListBullet"/>
      </w:pPr>
      <w:r>
        <w:t>• Have you ever been tempted to appear righteous while struggling with sin privately?</w:t>
      </w:r>
    </w:p>
    <w:p>
      <w:pPr>
        <w:pStyle w:val="ListBullet"/>
      </w:pPr>
      <w:r>
        <w:t>• What is the difference between struggling with sin and being a hypocrite?</w:t>
      </w:r>
    </w:p>
    <w:p>
      <w:pPr>
        <w:pStyle w:val="IntenseQuote"/>
      </w:pPr>
      <w:r>
        <w:t>Application:</w:t>
      </w:r>
    </w:p>
    <w:p>
      <w:r>
        <w:t>Ask the Lord to reveal any areas of inconsistency between your public image and private reality. Confess these to Him and seek genuine transformation through His Spirit.</w:t>
      </w:r>
    </w:p>
    <w:p>
      <w:pPr>
        <w:pStyle w:val="IntenseQuote"/>
      </w:pPr>
      <w:r>
        <w:t>Cross-References:</w:t>
      </w:r>
    </w:p>
    <w:p>
      <w:r>
        <w:t>- Isaiah 29:13</w:t>
      </w:r>
    </w:p>
    <w:p>
      <w:r>
        <w:t>- Luke 12:1–3</w:t>
      </w:r>
    </w:p>
    <w:p>
      <w:r>
        <w:t>- 1 Samuel 16:7</w:t>
      </w:r>
    </w:p>
    <w:p>
      <w:r>
        <w:t>- James 1:22–24</w:t>
      </w:r>
    </w:p>
    <w:p>
      <w:pPr>
        <w:pStyle w:val="Heading1"/>
      </w:pPr>
      <w:r>
        <w:t>Lesson 2: The Root of Hypocrisy</w:t>
      </w:r>
    </w:p>
    <w:p>
      <w:pPr>
        <w:pStyle w:val="IntenseQuote"/>
      </w:pPr>
      <w:r>
        <w:t>Key Verse (ESV):</w:t>
      </w:r>
    </w:p>
    <w:p>
      <w:r>
        <w:t>Matthew 15:8</w:t>
        <w:br/>
        <w:t>“This people honors me with their lips, but their heart is far from me.”</w:t>
      </w:r>
    </w:p>
    <w:p>
      <w:pPr>
        <w:pStyle w:val="IntenseQuote"/>
      </w:pPr>
      <w:r>
        <w:t>Teaching:</w:t>
      </w:r>
    </w:p>
    <w:p>
      <w:r>
        <w:t>Hypocrisy is rooted in a heart disconnected from God. It often arises from pride, fear of man, or a desire for approval. When we care more about how we appear than who we truly are, we risk becoming actors rather than disciples.</w:t>
      </w:r>
    </w:p>
    <w:p>
      <w:pPr>
        <w:pStyle w:val="IntenseQuote"/>
      </w:pPr>
      <w:r>
        <w:t>Reflection Questions:</w:t>
      </w:r>
    </w:p>
    <w:p>
      <w:pPr>
        <w:pStyle w:val="ListBullet"/>
      </w:pPr>
      <w:r>
        <w:t>• In what ways might we honor God with our lips but not with our hearts?</w:t>
      </w:r>
    </w:p>
    <w:p>
      <w:pPr>
        <w:pStyle w:val="ListBullet"/>
      </w:pPr>
      <w:r>
        <w:t>• How does fear of others lead to hypocrisy?</w:t>
      </w:r>
    </w:p>
    <w:p>
      <w:pPr>
        <w:pStyle w:val="ListBullet"/>
      </w:pPr>
      <w:r>
        <w:t>• How can we cultivate a heart that is aligned with God's truth?</w:t>
      </w:r>
    </w:p>
    <w:p>
      <w:pPr>
        <w:pStyle w:val="IntenseQuote"/>
      </w:pPr>
      <w:r>
        <w:t>Application:</w:t>
      </w:r>
    </w:p>
    <w:p>
      <w:r>
        <w:t>Begin each day in prayer asking for alignment between your heart and your words. Speak from a place of integrity and conviction rather than performance.</w:t>
      </w:r>
    </w:p>
    <w:p>
      <w:pPr>
        <w:pStyle w:val="IntenseQuote"/>
      </w:pPr>
      <w:r>
        <w:t>Cross-References:</w:t>
      </w:r>
    </w:p>
    <w:p>
      <w:r>
        <w:t>- Galatians 1:10</w:t>
      </w:r>
    </w:p>
    <w:p>
      <w:r>
        <w:t>- Proverbs 4:23</w:t>
      </w:r>
    </w:p>
    <w:p>
      <w:r>
        <w:t>- Psalm 51:6</w:t>
      </w:r>
    </w:p>
    <w:p>
      <w:r>
        <w:t>- Romans 12:9</w:t>
      </w:r>
    </w:p>
    <w:p>
      <w:pPr>
        <w:pStyle w:val="Heading1"/>
      </w:pPr>
      <w:r>
        <w:t>Lesson 3: Recognizing Hypocrisy in Ourselves</w:t>
      </w:r>
    </w:p>
    <w:p>
      <w:pPr>
        <w:pStyle w:val="IntenseQuote"/>
      </w:pPr>
      <w:r>
        <w:t>Key Verse (ESV):</w:t>
      </w:r>
    </w:p>
    <w:p>
      <w:r>
        <w:t>Matthew 7:3</w:t>
        <w:br/>
        <w:t>“Why do you see the speck that is in your brother’s eye, but do not notice the log that is in your own eye?”</w:t>
      </w:r>
    </w:p>
    <w:p>
      <w:pPr>
        <w:pStyle w:val="IntenseQuote"/>
      </w:pPr>
      <w:r>
        <w:t>Teaching:</w:t>
      </w:r>
    </w:p>
    <w:p>
      <w:r>
        <w:t>Jesus warns against a judgmental attitude that overlooks our own sin. Hypocrisy blinds us to our flaws and inflates the failures of others. God calls us to humble self-examination before we speak into the lives of others.</w:t>
      </w:r>
    </w:p>
    <w:p>
      <w:pPr>
        <w:pStyle w:val="IntenseQuote"/>
      </w:pPr>
      <w:r>
        <w:t>Reflection Questions:</w:t>
      </w:r>
    </w:p>
    <w:p>
      <w:pPr>
        <w:pStyle w:val="ListBullet"/>
      </w:pPr>
      <w:r>
        <w:t>• Why is it easier to recognize others’ faults than our own?</w:t>
      </w:r>
    </w:p>
    <w:p>
      <w:pPr>
        <w:pStyle w:val="ListBullet"/>
      </w:pPr>
      <w:r>
        <w:t>• How does self-awareness protect against hypocrisy?</w:t>
      </w:r>
    </w:p>
    <w:p>
      <w:pPr>
        <w:pStyle w:val="ListBullet"/>
      </w:pPr>
      <w:r>
        <w:t>• What spiritual disciplines help expose blind spots in our lives?</w:t>
      </w:r>
    </w:p>
    <w:p>
      <w:pPr>
        <w:pStyle w:val="IntenseQuote"/>
      </w:pPr>
      <w:r>
        <w:t>Application:</w:t>
      </w:r>
    </w:p>
    <w:p>
      <w:r>
        <w:t>Make a habit of daily confession. Seek accountability and be willing to receive correction. Let humility guard your relationships and ministry.</w:t>
      </w:r>
    </w:p>
    <w:p>
      <w:pPr>
        <w:pStyle w:val="IntenseQuote"/>
      </w:pPr>
      <w:r>
        <w:t>Cross-References:</w:t>
      </w:r>
    </w:p>
    <w:p>
      <w:r>
        <w:t>- Psalm 139:23–24</w:t>
      </w:r>
    </w:p>
    <w:p>
      <w:r>
        <w:t>- 2 Corinthians 13:5</w:t>
      </w:r>
    </w:p>
    <w:p>
      <w:r>
        <w:t>- Romans 2:1–3</w:t>
      </w:r>
    </w:p>
    <w:p>
      <w:r>
        <w:t>- James 5:16</w:t>
      </w:r>
    </w:p>
    <w:p>
      <w:pPr>
        <w:pStyle w:val="Heading1"/>
      </w:pPr>
      <w:r>
        <w:t>Lesson 4: Living Authentically Before God and Others</w:t>
      </w:r>
    </w:p>
    <w:p>
      <w:pPr>
        <w:pStyle w:val="IntenseQuote"/>
      </w:pPr>
      <w:r>
        <w:t>Key Verse (ESV):</w:t>
      </w:r>
    </w:p>
    <w:p>
      <w:r>
        <w:t>Romans 12:9</w:t>
        <w:br/>
        <w:t>“Let love be genuine. Abhor what is evil; hold fast to what is good.”</w:t>
      </w:r>
    </w:p>
    <w:p>
      <w:pPr>
        <w:pStyle w:val="IntenseQuote"/>
      </w:pPr>
      <w:r>
        <w:t>Teaching:</w:t>
      </w:r>
    </w:p>
    <w:p>
      <w:r>
        <w:t>The opposite of hypocrisy is authenticity. A sincere Christian life is not about perfection but integrity—living in alignment with truth, admitting faults, and walking in the light. Authenticity builds trust and points others to the grace of God.</w:t>
      </w:r>
    </w:p>
    <w:p>
      <w:pPr>
        <w:pStyle w:val="IntenseQuote"/>
      </w:pPr>
      <w:r>
        <w:t>Reflection Questions:</w:t>
      </w:r>
    </w:p>
    <w:p>
      <w:pPr>
        <w:pStyle w:val="ListBullet"/>
      </w:pPr>
      <w:r>
        <w:t>• What does it look like to live an authentic Christian life?</w:t>
      </w:r>
    </w:p>
    <w:p>
      <w:pPr>
        <w:pStyle w:val="ListBullet"/>
      </w:pPr>
      <w:r>
        <w:t>• How can you cultivate deeper transparency with God and others?</w:t>
      </w:r>
    </w:p>
    <w:p>
      <w:pPr>
        <w:pStyle w:val="ListBullet"/>
      </w:pPr>
      <w:r>
        <w:t>• What areas of your life need greater honesty or accountability?</w:t>
      </w:r>
    </w:p>
    <w:p>
      <w:pPr>
        <w:pStyle w:val="IntenseQuote"/>
      </w:pPr>
      <w:r>
        <w:t>Application:</w:t>
      </w:r>
    </w:p>
    <w:p>
      <w:r>
        <w:t>Ask a trusted friend or mentor to speak truthfully into your life. Practice confessing sin and weaknesses to God and seek to walk openly in His light.</w:t>
      </w:r>
    </w:p>
    <w:p>
      <w:pPr>
        <w:pStyle w:val="IntenseQuote"/>
      </w:pPr>
      <w:r>
        <w:t>Cross-References:</w:t>
      </w:r>
    </w:p>
    <w:p>
      <w:r>
        <w:t>- 1 John 1:6–9</w:t>
      </w:r>
    </w:p>
    <w:p>
      <w:r>
        <w:t>- Proverbs 28:13</w:t>
      </w:r>
    </w:p>
    <w:p>
      <w:r>
        <w:t>- Matthew 5:16</w:t>
      </w:r>
    </w:p>
    <w:p>
      <w:r>
        <w:t>- Philippians 2:14–16</w:t>
      </w:r>
    </w:p>
    <w:p>
      <w:pPr>
        <w:pStyle w:val="Heading1"/>
      </w:pPr>
      <w:r>
        <w:t>Lesson 5: Guarding Against Religious Hypocrisy</w:t>
      </w:r>
    </w:p>
    <w:p>
      <w:pPr>
        <w:pStyle w:val="IntenseQuote"/>
      </w:pPr>
      <w:r>
        <w:t>Key Verse (ESV):</w:t>
      </w:r>
    </w:p>
    <w:p>
      <w:r>
        <w:t>Matthew 6:1a</w:t>
        <w:br/>
        <w:t>“Beware of practicing your righteousness before other people in order to be seen by them...”</w:t>
      </w:r>
    </w:p>
    <w:p>
      <w:pPr>
        <w:pStyle w:val="IntenseQuote"/>
      </w:pPr>
      <w:r>
        <w:t>Teaching:</w:t>
      </w:r>
    </w:p>
    <w:p>
      <w:r>
        <w:t>Religious hypocrisy is especially dangerous—it replaces worship with performance. Jesus warned that doing spiritual things for human applause results in a hollow reward. God desires a relationship, not rituals motivated by pride.</w:t>
      </w:r>
    </w:p>
    <w:p>
      <w:pPr>
        <w:pStyle w:val="IntenseQuote"/>
      </w:pPr>
      <w:r>
        <w:t>Reflection Questions:</w:t>
      </w:r>
    </w:p>
    <w:p>
      <w:pPr>
        <w:pStyle w:val="ListBullet"/>
      </w:pPr>
      <w:r>
        <w:t>• How do we sometimes “practice righteousness” to be seen by others?</w:t>
      </w:r>
    </w:p>
    <w:p>
      <w:pPr>
        <w:pStyle w:val="ListBullet"/>
      </w:pPr>
      <w:r>
        <w:t>• What’s the difference between outward obedience and inward devotion?</w:t>
      </w:r>
    </w:p>
    <w:p>
      <w:pPr>
        <w:pStyle w:val="ListBullet"/>
      </w:pPr>
      <w:r>
        <w:t>• How does remembering God’s presence help fight against hypocrisy?</w:t>
      </w:r>
    </w:p>
    <w:p>
      <w:pPr>
        <w:pStyle w:val="IntenseQuote"/>
      </w:pPr>
      <w:r>
        <w:t>Application:</w:t>
      </w:r>
    </w:p>
    <w:p>
      <w:r>
        <w:t>Before serving, giving, or praying, examine your motives. Ask yourself: “Am I doing this to honor God or to be noticed?” Choose the audience of One.</w:t>
      </w:r>
    </w:p>
    <w:p>
      <w:pPr>
        <w:pStyle w:val="IntenseQuote"/>
      </w:pPr>
      <w:r>
        <w:t>Cross-References:</w:t>
      </w:r>
    </w:p>
    <w:p>
      <w:r>
        <w:t>- Matthew 6:5–6</w:t>
      </w:r>
    </w:p>
    <w:p>
      <w:r>
        <w:t>- Colossians 3:23–24</w:t>
      </w:r>
    </w:p>
    <w:p>
      <w:r>
        <w:t>- Micah 6:6–8</w:t>
      </w:r>
    </w:p>
    <w:p>
      <w:r>
        <w:t>- 1 Peter 5:5–6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