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Bible Study on Bitterness</w:t>
      </w:r>
    </w:p>
    <w:p>
      <w:pPr>
        <w:pStyle w:val="Heading1"/>
      </w:pPr>
      <w:r>
        <w:t>Lesson 1: Understanding Bitterness</w:t>
      </w:r>
    </w:p>
    <w:p>
      <w:pPr>
        <w:pStyle w:val="IntenseQuote"/>
      </w:pPr>
      <w:r>
        <w:t>Key Verse (ESV):</w:t>
      </w:r>
    </w:p>
    <w:p>
      <w:r>
        <w:t>Hebrews 12:15 – “See to it that no one fails to obtain the grace of God; that no ‘root of bitterness’ springs up and causes trouble, and by it many become defiled.”</w:t>
      </w:r>
    </w:p>
    <w:p>
      <w:pPr>
        <w:pStyle w:val="Heading2"/>
      </w:pPr>
      <w:r>
        <w:t>Teaching:</w:t>
      </w:r>
    </w:p>
    <w:p>
      <w:r>
        <w:t>Bitterness is a destructive emotion that often starts small—like a seed—and grows quietly in the heart. It can result from unresolved hurt, unmet expectations, or perceived injustices. Scripture warns that bitterness can spread and cause trouble not only for the individual but also for those around them. It hinders spiritual growth and poisons relationships.</w:t>
      </w:r>
    </w:p>
    <w:p>
      <w:pPr>
        <w:pStyle w:val="Heading2"/>
      </w:pPr>
      <w:r>
        <w:t>Reflection Questions:</w:t>
      </w:r>
    </w:p>
    <w:p>
      <w:pPr>
        <w:pStyle w:val="ListBullet"/>
      </w:pPr>
      <w:r>
        <w:t>- What situations or relationships in your life have tempted you toward bitterness?</w:t>
      </w:r>
    </w:p>
    <w:p>
      <w:pPr>
        <w:pStyle w:val="ListBullet"/>
      </w:pPr>
      <w:r>
        <w:t>- How do you typically respond when you are hurt or offended?</w:t>
      </w:r>
    </w:p>
    <w:p>
      <w:pPr>
        <w:pStyle w:val="ListBullet"/>
      </w:pPr>
      <w:r>
        <w:t>- What does it mean that bitterness “defiles many”?</w:t>
      </w:r>
    </w:p>
    <w:p>
      <w:pPr>
        <w:pStyle w:val="Heading2"/>
      </w:pPr>
      <w:r>
        <w:t>Application:</w:t>
      </w:r>
    </w:p>
    <w:p>
      <w:r>
        <w:t>Take time this week to identify any hidden bitterness in your heart. Pray for the grace to forgive and surrender the offense to God.</w:t>
      </w:r>
    </w:p>
    <w:p>
      <w:pPr>
        <w:pStyle w:val="Heading2"/>
      </w:pPr>
      <w:r>
        <w:t>Cross-References:</w:t>
      </w:r>
    </w:p>
    <w:p>
      <w:r>
        <w:t>Ephesians 4:31–32, Colossians 3:13, Proverbs 14:10, James 3:14–16</w:t>
      </w:r>
    </w:p>
    <w:p>
      <w:pPr>
        <w:pStyle w:val="Heading1"/>
      </w:pPr>
      <w:r>
        <w:t>Lesson 2: The Root of Bitterness</w:t>
      </w:r>
    </w:p>
    <w:p>
      <w:pPr>
        <w:pStyle w:val="IntenseQuote"/>
      </w:pPr>
      <w:r>
        <w:t>Key Verse (ESV):</w:t>
      </w:r>
    </w:p>
    <w:p>
      <w:r>
        <w:t>Ephesians 4:31 – “Let all bitterness and wrath and anger and clamor and slander be put away from you, along with all malice.”</w:t>
      </w:r>
    </w:p>
    <w:p>
      <w:pPr>
        <w:pStyle w:val="Heading2"/>
      </w:pPr>
      <w:r>
        <w:t>Teaching:</w:t>
      </w:r>
    </w:p>
    <w:p>
      <w:r>
        <w:t>Bitterness often stems from unforgiveness. When we hold on to hurt, we allow it to take root and grow. Paul urges believers to “put away” bitterness and the other harmful emotions and actions it brings. This means deliberately choosing to remove it from our lives through the power of the Holy Spirit.</w:t>
      </w:r>
    </w:p>
    <w:p>
      <w:pPr>
        <w:pStyle w:val="Heading2"/>
      </w:pPr>
      <w:r>
        <w:t>Reflection Questions:</w:t>
      </w:r>
    </w:p>
    <w:p>
      <w:pPr>
        <w:pStyle w:val="ListBullet"/>
      </w:pPr>
      <w:r>
        <w:t>- What do you think it means to "put away" bitterness?</w:t>
      </w:r>
    </w:p>
    <w:p>
      <w:pPr>
        <w:pStyle w:val="ListBullet"/>
      </w:pPr>
      <w:r>
        <w:t>- What role does forgiveness play in overcoming bitterness?</w:t>
      </w:r>
    </w:p>
    <w:p>
      <w:pPr>
        <w:pStyle w:val="ListBullet"/>
      </w:pPr>
      <w:r>
        <w:t>- Are there specific names or events you need to surrender to God?</w:t>
      </w:r>
    </w:p>
    <w:p>
      <w:pPr>
        <w:pStyle w:val="Heading2"/>
      </w:pPr>
      <w:r>
        <w:t>Application:</w:t>
      </w:r>
    </w:p>
    <w:p>
      <w:r>
        <w:t>Make a list of people or situations where forgiveness is needed. Begin praying for each one, asking God to change your heart.</w:t>
      </w:r>
    </w:p>
    <w:p>
      <w:pPr>
        <w:pStyle w:val="Heading2"/>
      </w:pPr>
      <w:r>
        <w:t>Cross-References:</w:t>
      </w:r>
    </w:p>
    <w:p>
      <w:r>
        <w:t>Matthew 6:14–15, Mark 11:25, Luke 17:3–4, Romans 12:17–21</w:t>
      </w:r>
    </w:p>
    <w:p>
      <w:pPr>
        <w:pStyle w:val="Heading1"/>
      </w:pPr>
      <w:r>
        <w:t>Lesson 3: The Fruits of Bitterness</w:t>
      </w:r>
    </w:p>
    <w:p>
      <w:pPr>
        <w:pStyle w:val="IntenseQuote"/>
      </w:pPr>
      <w:r>
        <w:t>Key Verse (ESV):</w:t>
      </w:r>
    </w:p>
    <w:p>
      <w:r>
        <w:t>James 3:14 – “But if you have bitter jealousy and selfish ambition in your hearts, do not boast and be false to the truth.”</w:t>
      </w:r>
    </w:p>
    <w:p>
      <w:pPr>
        <w:pStyle w:val="Heading2"/>
      </w:pPr>
      <w:r>
        <w:t>Teaching:</w:t>
      </w:r>
    </w:p>
    <w:p>
      <w:r>
        <w:t>Bitterness doesn’t stay hidden; it eventually bears fruit—jealousy, resentment, anger, and division. James associates bitterness with worldly wisdom that leads to disorder. Bitterness warps our perspective and blinds us to the truth. We must replace it with the humility and peace that comes from God’s wisdom.</w:t>
      </w:r>
    </w:p>
    <w:p>
      <w:pPr>
        <w:pStyle w:val="Heading2"/>
      </w:pPr>
      <w:r>
        <w:t>Reflection Questions:</w:t>
      </w:r>
    </w:p>
    <w:p>
      <w:pPr>
        <w:pStyle w:val="ListBullet"/>
      </w:pPr>
      <w:r>
        <w:t>- What “fruit” has bitterness produced in your life?</w:t>
      </w:r>
    </w:p>
    <w:p>
      <w:pPr>
        <w:pStyle w:val="ListBullet"/>
      </w:pPr>
      <w:r>
        <w:t>- How has bitterness affected your relationship with God and others?</w:t>
      </w:r>
    </w:p>
    <w:p>
      <w:pPr>
        <w:pStyle w:val="ListBullet"/>
      </w:pPr>
      <w:r>
        <w:t>- What wisdom are you living by—earthly or godly?</w:t>
      </w:r>
    </w:p>
    <w:p>
      <w:pPr>
        <w:pStyle w:val="Heading2"/>
      </w:pPr>
      <w:r>
        <w:t>Application:</w:t>
      </w:r>
    </w:p>
    <w:p>
      <w:r>
        <w:t>Examine your words and thoughts for signs of bitterness. Confess them to God and ask Him to renew your mind with His truth.</w:t>
      </w:r>
    </w:p>
    <w:p>
      <w:pPr>
        <w:pStyle w:val="Heading2"/>
      </w:pPr>
      <w:r>
        <w:t>Cross-References:</w:t>
      </w:r>
    </w:p>
    <w:p>
      <w:r>
        <w:t>Galatians 5:19–21, James 1:20, 1 Corinthians 13:5, Psalm 73:21–22</w:t>
      </w:r>
    </w:p>
    <w:p>
      <w:pPr>
        <w:pStyle w:val="Heading1"/>
      </w:pPr>
      <w:r>
        <w:t>Lesson 4: Freedom from Bitterness</w:t>
      </w:r>
    </w:p>
    <w:p>
      <w:pPr>
        <w:pStyle w:val="IntenseQuote"/>
      </w:pPr>
      <w:r>
        <w:t>Key Verse (ESV):</w:t>
      </w:r>
    </w:p>
    <w:p>
      <w:r>
        <w:t>Colossians 3:13 – “...bearing with one another and, if one has a complaint against another, forgiving each other; as the Lord has forgiven you, so you also must forgive.”</w:t>
      </w:r>
    </w:p>
    <w:p>
      <w:pPr>
        <w:pStyle w:val="Heading2"/>
      </w:pPr>
      <w:r>
        <w:t>Teaching:</w:t>
      </w:r>
    </w:p>
    <w:p>
      <w:r>
        <w:t>The path to freedom from bitterness is forgiveness. As believers, we are called to forgive because we have been forgiven. Forgiveness does not mean excusing wrongdoing—it means choosing to release the debt someone owes you and entrusting justice to God. When we forgive, we are set free from the chains of bitterness.</w:t>
      </w:r>
    </w:p>
    <w:p>
      <w:pPr>
        <w:pStyle w:val="Heading2"/>
      </w:pPr>
      <w:r>
        <w:t>Reflection Questions:</w:t>
      </w:r>
    </w:p>
    <w:p>
      <w:pPr>
        <w:pStyle w:val="ListBullet"/>
      </w:pPr>
      <w:r>
        <w:t>- How does remembering God’s forgiveness toward you help you forgive others?</w:t>
      </w:r>
    </w:p>
    <w:p>
      <w:pPr>
        <w:pStyle w:val="ListBullet"/>
      </w:pPr>
      <w:r>
        <w:t>- What steps can you take toward forgiving someone who has hurt you?</w:t>
      </w:r>
    </w:p>
    <w:p>
      <w:pPr>
        <w:pStyle w:val="ListBullet"/>
      </w:pPr>
      <w:r>
        <w:t>- Why do you think forgiveness brings freedom?</w:t>
      </w:r>
    </w:p>
    <w:p>
      <w:pPr>
        <w:pStyle w:val="Heading2"/>
      </w:pPr>
      <w:r>
        <w:t>Application:</w:t>
      </w:r>
    </w:p>
    <w:p>
      <w:r>
        <w:t>Write a letter of forgiveness to someone who has hurt you (you don’t have to send it). Let God work healing in your heart through the process.</w:t>
      </w:r>
    </w:p>
    <w:p>
      <w:pPr>
        <w:pStyle w:val="Heading2"/>
      </w:pPr>
      <w:r>
        <w:t>Cross-References:</w:t>
      </w:r>
    </w:p>
    <w:p>
      <w:r>
        <w:t>Matthew 18:21–35, Romans 5:8, 2 Corinthians 2:7–11, Psalm 86:5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