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Finding Peace in God – A Bible Study on Anxiety, Worry, and Fear</w:t>
      </w:r>
    </w:p>
    <w:p>
      <w:pPr>
        <w:pStyle w:val="CustomHeading1"/>
      </w:pPr>
      <w:r>
        <w:t>Lesson 1: Do Not Be Anxious – Trust in God's Provision</w:t>
      </w:r>
    </w:p>
    <w:p>
      <w:r>
        <w:t>Teaching:</w:t>
      </w:r>
    </w:p>
    <w:p>
      <w:r>
        <w:t>Anxiety often stems from uncertainty about the future and trying to control things that are beyond our grasp. Jesus teaches us not to worry because our heavenly Father knows our needs and provides for us. Trusting God's provision helps us focus on His kingdom rather than our fears.</w:t>
      </w:r>
    </w:p>
    <w:p>
      <w:r>
        <w:t>Key Verse or Passage:</w:t>
      </w:r>
    </w:p>
    <w:p>
      <w:r>
        <w:t>Matthew 6:25-27</w:t>
        <w:br/>
        <w:t>"Therefore I tell you, do not be anxious about your life, what you will eat or what you will drink, nor about your body, what you will put on. Is not life more than food, and the body more than clothing? Look at the birds of the air..."</w:t>
      </w:r>
    </w:p>
    <w:p>
      <w:r>
        <w:t>Reflection Questions:</w:t>
      </w:r>
    </w:p>
    <w:p>
      <w:r>
        <w:t>- What are the main causes of anxiety in your life today?</w:t>
      </w:r>
    </w:p>
    <w:p>
      <w:r>
        <w:t>- How does this passage challenge your view of God's care?</w:t>
      </w:r>
    </w:p>
    <w:p>
      <w:r>
        <w:t>- What would it look like to seek God's kingdom first in your daily routine?</w:t>
      </w:r>
    </w:p>
    <w:p>
      <w:r>
        <w:t>Application:</w:t>
      </w:r>
    </w:p>
    <w:p>
      <w:r>
        <w:t>Take time this week to write down your worries and surrender each one in prayer. Commit to seeking God’s kingdom first each morning through Scripture and prayer before tackling your daily concerns.</w:t>
      </w:r>
    </w:p>
    <w:p>
      <w:r>
        <w:t>Cross References:</w:t>
      </w:r>
    </w:p>
    <w:p>
      <w:r>
        <w:t>Philippians 4:19, Psalm 23:1, 1 Peter 5:7, Luke 12:22-31</w:t>
      </w:r>
    </w:p>
    <w:p>
      <w:pPr>
        <w:pStyle w:val="CustomHeading1"/>
      </w:pPr>
      <w:r>
        <w:t>Lesson 2: Peace Beyond Understanding</w:t>
      </w:r>
    </w:p>
    <w:p>
      <w:r>
        <w:t>Teaching:</w:t>
      </w:r>
    </w:p>
    <w:p>
      <w:r>
        <w:t>True peace is not found in the absence of trouble, but in the presence of God. When we bring our fears to Him through prayer, He replaces our anxiety with peace that surpasses human understanding.</w:t>
      </w:r>
    </w:p>
    <w:p>
      <w:r>
        <w:t>Key Verse or Passage:</w:t>
      </w:r>
    </w:p>
    <w:p>
      <w:r>
        <w:t>Philippians 4:6-7</w:t>
        <w:br/>
        <w:t>"Do not be anxious about anything, but in everything by prayer and supplication with thanksgiving let your requests be made known to God. And the peace of God... will guard your hearts and your minds in Christ Jesus."</w:t>
      </w:r>
    </w:p>
    <w:p>
      <w:r>
        <w:t>Reflection Questions:</w:t>
      </w:r>
    </w:p>
    <w:p>
      <w:r>
        <w:t>- What does this passage teach about how to handle anxiety?</w:t>
      </w:r>
    </w:p>
    <w:p>
      <w:r>
        <w:t>- How often do you bring your concerns to God in prayer before trying to solve them on your own?</w:t>
      </w:r>
    </w:p>
    <w:p>
      <w:r>
        <w:t>- In what area of your life do you need God's peace right now?</w:t>
      </w:r>
    </w:p>
    <w:p>
      <w:r>
        <w:t>Application:</w:t>
      </w:r>
    </w:p>
    <w:p>
      <w:r>
        <w:t>Begin a habit of turning to God in prayer at the first sign of worry. Keep a journal of your prayers and look for how God answers and brings peace over time.</w:t>
      </w:r>
    </w:p>
    <w:p>
      <w:r>
        <w:t>Cross References:</w:t>
      </w:r>
    </w:p>
    <w:p>
      <w:r>
        <w:t>John 14:27, Isaiah 26:3, Colossians 3:15, 1 Thessalonians 5:16-18</w:t>
      </w:r>
    </w:p>
    <w:p>
      <w:pPr>
        <w:pStyle w:val="CustomHeading1"/>
      </w:pPr>
      <w:r>
        <w:t>Lesson 3: Casting Your Cares on Him</w:t>
      </w:r>
    </w:p>
    <w:p>
      <w:r>
        <w:t>Teaching:</w:t>
      </w:r>
    </w:p>
    <w:p>
      <w:r>
        <w:t>God invites us to cast all our anxieties on Him because He cares deeply for us. This is not just a one-time action but a continual practice of surrender and trust in His love and sovereignty.</w:t>
      </w:r>
    </w:p>
    <w:p>
      <w:r>
        <w:t>Key Verse or Passage:</w:t>
      </w:r>
    </w:p>
    <w:p>
      <w:r>
        <w:t>1 Peter 5:7</w:t>
        <w:br/>
        <w:t>"Casting all your anxieties on him, because he cares for you."</w:t>
      </w:r>
    </w:p>
    <w:p>
      <w:r>
        <w:t>Reflection Questions:</w:t>
      </w:r>
    </w:p>
    <w:p>
      <w:r>
        <w:t>- What prevents you from casting your worries fully on God?</w:t>
      </w:r>
    </w:p>
    <w:p>
      <w:r>
        <w:t>- How can knowing that God cares for you change your perspective on fear?</w:t>
      </w:r>
    </w:p>
    <w:p>
      <w:r>
        <w:t>- What does it look like to daily surrender control to Him?</w:t>
      </w:r>
    </w:p>
    <w:p>
      <w:r>
        <w:t>Application:</w:t>
      </w:r>
    </w:p>
    <w:p>
      <w:r>
        <w:t>Practice visualizing your worries being placed into God’s hands during your prayer time. Affirm daily that God cares for you and repeat this verse aloud when fear arises.</w:t>
      </w:r>
    </w:p>
    <w:p>
      <w:r>
        <w:t>Cross References:</w:t>
      </w:r>
    </w:p>
    <w:p>
      <w:r>
        <w:t>Psalm 55:22, Matthew 11:28-30, Hebrews 4:16, Romans 8:32</w:t>
      </w:r>
    </w:p>
    <w:p>
      <w:pPr>
        <w:pStyle w:val="CustomHeading1"/>
      </w:pPr>
      <w:r>
        <w:t>Lesson 4: God is With You – Do Not Fear</w:t>
      </w:r>
    </w:p>
    <w:p>
      <w:r>
        <w:t>Teaching:</w:t>
      </w:r>
    </w:p>
    <w:p>
      <w:r>
        <w:t>Fear loses its grip when we remember that God is present with us in every situation. His promise to never leave us gives strength and courage even in the darkest moments. Fear is not from God, and His perfect love drives it out.</w:t>
      </w:r>
    </w:p>
    <w:p>
      <w:r>
        <w:t>Key Verse or Passage:</w:t>
      </w:r>
    </w:p>
    <w:p>
      <w:r>
        <w:t>Isaiah 41:10</w:t>
        <w:br/>
        <w:t>"Fear not, for I am with you; be not dismayed, for I am your God; I will strengthen you, I will help you, I will uphold you with my righteous right hand."</w:t>
      </w:r>
    </w:p>
    <w:p>
      <w:r>
        <w:t>Reflection Questions:</w:t>
      </w:r>
    </w:p>
    <w:p>
      <w:r>
        <w:t>- What fear are you currently battling that this verse speaks to?</w:t>
      </w:r>
    </w:p>
    <w:p>
      <w:r>
        <w:t>- How does God’s presence help you walk through difficult times?</w:t>
      </w:r>
    </w:p>
    <w:p>
      <w:r>
        <w:t>- What steps can you take to remember God's nearness in moments of fear?</w:t>
      </w:r>
    </w:p>
    <w:p>
      <w:r>
        <w:t>Application:</w:t>
      </w:r>
    </w:p>
    <w:p>
      <w:r>
        <w:t>Memorize Isaiah 41:10 and recall it when you feel overwhelmed by fear. Place reminders of God’s presence (like sticky notes with Scripture) in places you see often.</w:t>
      </w:r>
    </w:p>
    <w:p>
      <w:r>
        <w:t>Cross References:</w:t>
      </w:r>
    </w:p>
    <w:p>
      <w:r>
        <w:t>Joshua 1:9, Psalm 46:1-3, Romans 8:38-39, 2 Timothy 1:7</w:t>
      </w:r>
    </w:p>
    <w:p>
      <w:pPr>
        <w:pStyle w:val="CustomHeading1"/>
      </w:pPr>
      <w:r>
        <w:t>Lesson 5: Trusting God's Plan Through Uncertainty</w:t>
      </w:r>
    </w:p>
    <w:p>
      <w:r>
        <w:t>Teaching:</w:t>
      </w:r>
    </w:p>
    <w:p>
      <w:r>
        <w:t>When life is uncertain, we are reminded of the certainty of God's character. Trusting His plan doesn’t mean we always understand it, but we believe in His goodness and sovereignty. Faith replaces fear when we remember who holds our future.</w:t>
      </w:r>
    </w:p>
    <w:p>
      <w:r>
        <w:t>Key Verse or Passage:</w:t>
      </w:r>
    </w:p>
    <w:p>
      <w:r>
        <w:t>Proverbs 3:5-6</w:t>
        <w:br/>
        <w:t>"Trust in the Lord with all your heart, and do not lean on your own understanding. In all your ways acknowledge him, and he will make straight your paths."</w:t>
      </w:r>
    </w:p>
    <w:p>
      <w:r>
        <w:t>Reflection Questions:</w:t>
      </w:r>
    </w:p>
    <w:p>
      <w:r>
        <w:t>- In what areas of life are you leaning on your own understanding?</w:t>
      </w:r>
    </w:p>
    <w:p>
      <w:r>
        <w:t>- How can you actively trust God’s plan when the future is unclear?</w:t>
      </w:r>
    </w:p>
    <w:p>
      <w:r>
        <w:t>- What does acknowledging God in “all your ways” look like for you?</w:t>
      </w:r>
    </w:p>
    <w:p>
      <w:r>
        <w:t>Application:</w:t>
      </w:r>
    </w:p>
    <w:p>
      <w:r>
        <w:t>Write down one area where you struggle to trust God’s plan. Each day this week, pray specifically for faith in that area and ask for guidance to follow His leading.</w:t>
      </w:r>
    </w:p>
    <w:p>
      <w:r>
        <w:t>Cross References:</w:t>
      </w:r>
    </w:p>
    <w:p>
      <w:r>
        <w:t>Jeremiah 29:11, Romans 8:28, Psalm 37:5, James 1:5-6</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CustomHeading1">
    <w:name w:val="CustomHeading1"/>
    <w:rPr>
      <w:rFonts w:ascii="Calibri" w:hAnsi="Calibri"/>
      <w:b/>
      <w:sz w:val="2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