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Bible Study on the Book of Jonah</w:t>
      </w:r>
    </w:p>
    <w:p>
      <w:pPr>
        <w:pStyle w:val="Heading1"/>
      </w:pPr>
      <w:r>
        <w:t>Lesson 1: Introduction to the Book of Jonah</w:t>
      </w:r>
    </w:p>
    <w:p>
      <w:pPr>
        <w:pStyle w:val="Heading2"/>
      </w:pPr>
      <w:r>
        <w:t>Teaching:</w:t>
      </w:r>
    </w:p>
    <w:p>
      <w:r>
        <w:t>The book of Jonah is a unique prophetic book in the Old Testament. Rather than focusing on the prophet’s message, the narrative centers on the prophet himself. Jonah prophesied during the reign of Jeroboam II (2 Kings 14:25), and his story presents themes of God’s sovereignty, mercy, and the universality of His compassion—even to Gentiles. The book challenges readers to examine their own hearts regarding obedience, repentance, and God’s grace for all people.</w:t>
      </w:r>
    </w:p>
    <w:p>
      <w:pPr>
        <w:pStyle w:val="Heading2"/>
      </w:pPr>
      <w:r>
        <w:t>Key Verse:</w:t>
      </w:r>
    </w:p>
    <w:p>
      <w:r>
        <w:t>Jonah 4:11 (ESV) – “And should not I pity Nineveh, that great city, in which there are more than 120,000 persons who do not know their right hand from their left, and also much cattle?”</w:t>
      </w:r>
    </w:p>
    <w:p>
      <w:pPr>
        <w:pStyle w:val="Heading2"/>
      </w:pPr>
      <w:r>
        <w:t>Reflection Questions:</w:t>
      </w:r>
    </w:p>
    <w:p>
      <w:r>
        <w:t>- Why might Jonah have been reluctant to go to Nineveh?</w:t>
      </w:r>
    </w:p>
    <w:p>
      <w:r>
        <w:t>- What does God’s concern for Nineveh teach us about His character?</w:t>
      </w:r>
    </w:p>
    <w:p>
      <w:r>
        <w:t>- How does Jonah’s story challenge our views on who is deserving of God’s grace?</w:t>
      </w:r>
    </w:p>
    <w:p>
      <w:pPr>
        <w:pStyle w:val="Heading2"/>
      </w:pPr>
      <w:r>
        <w:t>Application:</w:t>
      </w:r>
    </w:p>
    <w:p>
      <w:r>
        <w:t>Consider areas in your life where you may be resisting God’s call. Reflect on whether you view others—especially outsiders—with the same compassion God shows.</w:t>
      </w:r>
    </w:p>
    <w:p>
      <w:pPr>
        <w:pStyle w:val="Heading2"/>
      </w:pPr>
      <w:r>
        <w:t>Cross-References:</w:t>
      </w:r>
    </w:p>
    <w:p>
      <w:r>
        <w:t>- 2 Kings 14:25</w:t>
      </w:r>
    </w:p>
    <w:p>
      <w:r>
        <w:t>- Luke 11:29–30</w:t>
      </w:r>
    </w:p>
    <w:p>
      <w:r>
        <w:t>- Matthew 12:41</w:t>
      </w:r>
    </w:p>
    <w:p>
      <w:r>
        <w:t>- Psalm 145:8–9</w:t>
      </w:r>
    </w:p>
    <w:p>
      <w:pPr>
        <w:pStyle w:val="Heading1"/>
      </w:pPr>
      <w:r>
        <w:t>Lesson 2: Jonah 1 – Running from God</w:t>
      </w:r>
    </w:p>
    <w:p>
      <w:pPr>
        <w:pStyle w:val="Heading2"/>
      </w:pPr>
      <w:r>
        <w:t>Teaching:</w:t>
      </w:r>
    </w:p>
    <w:p>
      <w:r>
        <w:t>Jonah receives a direct command from God but chooses to flee. His journey downward—from God’s presence, onto a ship, into the sea—illustrates the path of disobedience. Yet even in Jonah’s rebellion, God pursues him.</w:t>
      </w:r>
    </w:p>
    <w:p>
      <w:pPr>
        <w:pStyle w:val="Heading2"/>
      </w:pPr>
      <w:r>
        <w:t>Key Verse:</w:t>
      </w:r>
    </w:p>
    <w:p>
      <w:r>
        <w:t>Jonah 1:3 (ESV) – “But Jonah rose to flee to Tarshish from the presence of the Lord.”</w:t>
      </w:r>
    </w:p>
    <w:p>
      <w:pPr>
        <w:pStyle w:val="Heading2"/>
      </w:pPr>
      <w:r>
        <w:t>Reflection Questions:</w:t>
      </w:r>
    </w:p>
    <w:p>
      <w:r>
        <w:t>- What does Jonah’s response reveal about his heart?</w:t>
      </w:r>
    </w:p>
    <w:p>
      <w:r>
        <w:t>- How have you tried to flee from God's will?</w:t>
      </w:r>
    </w:p>
    <w:p>
      <w:r>
        <w:t>- How does God respond to Jonah's disobedience?</w:t>
      </w:r>
    </w:p>
    <w:p>
      <w:pPr>
        <w:pStyle w:val="Heading2"/>
      </w:pPr>
      <w:r>
        <w:t>Application:</w:t>
      </w:r>
    </w:p>
    <w:p>
      <w:r>
        <w:t>Are there areas where you're avoiding God’s call? Confess them and seek His guidance to respond in faith.</w:t>
      </w:r>
    </w:p>
    <w:p>
      <w:pPr>
        <w:pStyle w:val="Heading2"/>
      </w:pPr>
      <w:r>
        <w:t>Cross-References:</w:t>
      </w:r>
    </w:p>
    <w:p>
      <w:r>
        <w:t>- Psalm 139:7–10</w:t>
      </w:r>
    </w:p>
    <w:p>
      <w:r>
        <w:t>- Proverbs 16:9</w:t>
      </w:r>
    </w:p>
    <w:p>
      <w:r>
        <w:t>- Romans 11:29</w:t>
      </w:r>
    </w:p>
    <w:p>
      <w:pPr>
        <w:pStyle w:val="Heading1"/>
      </w:pPr>
      <w:r>
        <w:t>Lesson 3: Jonah 2 – Jonah’s Prayer and God’s Rescue</w:t>
      </w:r>
    </w:p>
    <w:p>
      <w:pPr>
        <w:pStyle w:val="Heading2"/>
      </w:pPr>
      <w:r>
        <w:t>Teaching:</w:t>
      </w:r>
    </w:p>
    <w:p>
      <w:r>
        <w:t>In the belly of the fish, Jonah prays. His prayer is filled with Scripture and acknowledges God’s salvation. This chapter shows that God hears even the desperate cry of a disobedient servant.</w:t>
      </w:r>
    </w:p>
    <w:p>
      <w:pPr>
        <w:pStyle w:val="Heading2"/>
      </w:pPr>
      <w:r>
        <w:t>Key Verse:</w:t>
      </w:r>
    </w:p>
    <w:p>
      <w:r>
        <w:t>Jonah 2:9 (ESV) – “But I with the voice of thanksgiving will sacrifice to you; what I have vowed I will pay. Salvation belongs to the Lord!”</w:t>
      </w:r>
    </w:p>
    <w:p>
      <w:pPr>
        <w:pStyle w:val="Heading2"/>
      </w:pPr>
      <w:r>
        <w:t>Reflection Questions:</w:t>
      </w:r>
    </w:p>
    <w:p>
      <w:r>
        <w:t>- What do Jonah’s words in the fish reveal about his spiritual state?</w:t>
      </w:r>
    </w:p>
    <w:p>
      <w:r>
        <w:t>- How does God’s deliverance shape our understanding of His grace?</w:t>
      </w:r>
    </w:p>
    <w:p>
      <w:r>
        <w:t>- How can you model Jonah’s prayer life in your own spiritual walk?</w:t>
      </w:r>
    </w:p>
    <w:p>
      <w:pPr>
        <w:pStyle w:val="Heading2"/>
      </w:pPr>
      <w:r>
        <w:t>Application:</w:t>
      </w:r>
    </w:p>
    <w:p>
      <w:r>
        <w:t>Make space to pray honestly before God, especially when you feel trapped or overwhelmed. Acknowledge His sovereignty and grace.</w:t>
      </w:r>
    </w:p>
    <w:p>
      <w:pPr>
        <w:pStyle w:val="Heading2"/>
      </w:pPr>
      <w:r>
        <w:t>Cross-References:</w:t>
      </w:r>
    </w:p>
    <w:p>
      <w:r>
        <w:t>- Psalm 18:4–6</w:t>
      </w:r>
    </w:p>
    <w:p>
      <w:r>
        <w:t>- Psalm 130:1–2</w:t>
      </w:r>
    </w:p>
    <w:p>
      <w:r>
        <w:t>- Lamentations 3:55–58</w:t>
      </w:r>
    </w:p>
    <w:p>
      <w:pPr>
        <w:pStyle w:val="Heading1"/>
      </w:pPr>
      <w:r>
        <w:t>Lesson 4: Jonah 3 – God’s Message and Nineveh’s Repentance</w:t>
      </w:r>
    </w:p>
    <w:p>
      <w:pPr>
        <w:pStyle w:val="Heading2"/>
      </w:pPr>
      <w:r>
        <w:t>Teaching:</w:t>
      </w:r>
    </w:p>
    <w:p>
      <w:r>
        <w:t>Jonah obeys and delivers God's message. Surprisingly, Nineveh responds with widespread repentance. God relents from judgment, demonstrating His mercy to even the most wicked.</w:t>
      </w:r>
    </w:p>
    <w:p>
      <w:pPr>
        <w:pStyle w:val="Heading2"/>
      </w:pPr>
      <w:r>
        <w:t>Key Verse:</w:t>
      </w:r>
    </w:p>
    <w:p>
      <w:r>
        <w:t>Jonah 3:10 (ESV) – “When God saw what they did, how they turned from their evil way, God relented of the disaster that he had said he would do to them, and he did not do it.”</w:t>
      </w:r>
    </w:p>
    <w:p>
      <w:pPr>
        <w:pStyle w:val="Heading2"/>
      </w:pPr>
      <w:r>
        <w:t>Reflection Questions:</w:t>
      </w:r>
    </w:p>
    <w:p>
      <w:r>
        <w:t>- What stands out about Nineveh's response to Jonah's message?</w:t>
      </w:r>
    </w:p>
    <w:p>
      <w:r>
        <w:t>- How does this chapter highlight God's mercy?</w:t>
      </w:r>
    </w:p>
    <w:p>
      <w:r>
        <w:t>- Why might Jonah have expected or wanted a different outcome?</w:t>
      </w:r>
    </w:p>
    <w:p>
      <w:pPr>
        <w:pStyle w:val="Heading2"/>
      </w:pPr>
      <w:r>
        <w:t>Application:</w:t>
      </w:r>
    </w:p>
    <w:p>
      <w:r>
        <w:t>Believe that no one is beyond the reach of God’s mercy. Share the truth of the gospel, trusting God to work in hearts.</w:t>
      </w:r>
    </w:p>
    <w:p>
      <w:pPr>
        <w:pStyle w:val="Heading2"/>
      </w:pPr>
      <w:r>
        <w:t>Cross-References:</w:t>
      </w:r>
    </w:p>
    <w:p>
      <w:r>
        <w:t>- Jeremiah 18:7–8</w:t>
      </w:r>
    </w:p>
    <w:p>
      <w:r>
        <w:t>- Luke 15:10</w:t>
      </w:r>
    </w:p>
    <w:p>
      <w:r>
        <w:t>- Ezekiel 18:23</w:t>
      </w:r>
    </w:p>
    <w:p>
      <w:pPr>
        <w:pStyle w:val="Heading1"/>
      </w:pPr>
      <w:r>
        <w:t>Lesson 5: Jonah 4 – The Heart of God vs. The Heart of Jonah</w:t>
      </w:r>
    </w:p>
    <w:p>
      <w:pPr>
        <w:pStyle w:val="Heading2"/>
      </w:pPr>
      <w:r>
        <w:t>Teaching:</w:t>
      </w:r>
    </w:p>
    <w:p>
      <w:r>
        <w:t>Jonah is angry at God's mercy, revealing his self-righteousness and lack of compassion. God uses a plant to teach Jonah about His concern for all life, contrasting Jonah’s temporary comfort with God's eternal love.</w:t>
      </w:r>
    </w:p>
    <w:p>
      <w:pPr>
        <w:pStyle w:val="Heading2"/>
      </w:pPr>
      <w:r>
        <w:t>Key Verse:</w:t>
      </w:r>
    </w:p>
    <w:p>
      <w:r>
        <w:t>Jonah 4:2 (ESV) – “That is why I made haste to flee to Tarshish; for I knew that you are a gracious God and merciful, slow to anger and abounding in steadfast love, and relenting from disaster.”</w:t>
      </w:r>
    </w:p>
    <w:p>
      <w:pPr>
        <w:pStyle w:val="Heading2"/>
      </w:pPr>
      <w:r>
        <w:t>Reflection Questions:</w:t>
      </w:r>
    </w:p>
    <w:p>
      <w:r>
        <w:t>- Why was Jonah angry at God’s compassion?</w:t>
      </w:r>
    </w:p>
    <w:p>
      <w:r>
        <w:t>- How does God patiently correct Jonah?</w:t>
      </w:r>
    </w:p>
    <w:p>
      <w:r>
        <w:t>- In what ways might you resemble Jonah in your attitudes?</w:t>
      </w:r>
    </w:p>
    <w:p>
      <w:pPr>
        <w:pStyle w:val="Heading2"/>
      </w:pPr>
      <w:r>
        <w:t>Application:</w:t>
      </w:r>
    </w:p>
    <w:p>
      <w:r>
        <w:t>Ask God to shape your heart to match His. Pray for compassion for those you might find difficult to love or forgive.</w:t>
      </w:r>
    </w:p>
    <w:p>
      <w:pPr>
        <w:pStyle w:val="Heading2"/>
      </w:pPr>
      <w:r>
        <w:t>Cross-References:</w:t>
      </w:r>
    </w:p>
    <w:p>
      <w:r>
        <w:t>- Exodus 34:6</w:t>
      </w:r>
    </w:p>
    <w:p>
      <w:r>
        <w:t>- Luke 15:25–32</w:t>
      </w:r>
    </w:p>
    <w:p>
      <w:r>
        <w:t>- Romans 2:1–4</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