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Bible Study on the Book of 1 Samuel</w:t>
      </w:r>
    </w:p>
    <w:p>
      <w:r>
        <w:br w:type="page"/>
      </w:r>
    </w:p>
    <w:sectPr w:rsidR="00FC693F" w:rsidRPr="0006063C" w:rsidSect="00034616">
      <w:pgSz w:w="12240" w:h="15840"/>
      <w:pgMar w:top="1440" w:right="1800" w:bottom="1440" w:left="1800" w:header="720" w:footer="720" w:gutter="0"/>
      <w:cols w:space="720"/>
      <w:docGrid w:linePitch="360"/>
    </w:sectPr>
    <w:p>
      <w:pPr>
        <w:pStyle w:val="Heading1"/>
      </w:pPr>
      <w:r>
        <w:t>Bible Study on the Book of 1 Samuel</w:t>
      </w:r>
    </w:p>
    <w:p>
      <w:pPr>
        <w:pStyle w:val="Heading2"/>
      </w:pPr>
      <w:r>
        <w:t>Lesson 1: Introduction to 1 Samuel</w:t>
      </w:r>
    </w:p>
    <w:p>
      <w:pPr>
        <w:pStyle w:val="Heading3"/>
      </w:pPr>
      <w:r>
        <w:t>Teaching:</w:t>
      </w:r>
    </w:p>
    <w:p>
      <w:r>
        <w:t>The book of 1 Samuel begins a new chapter in Israel's history, bridging the period of the judges and the establishment of the monarchy. Written by the prophet Samuel (with possible later contributions by Nathan and Gad), it covers the lives of Samuel, Saul, and David. The book shows God's sovereignty, Israel's demand for a king, and the consequences of obedience and rebellion.</w:t>
      </w:r>
    </w:p>
    <w:p>
      <w:pPr>
        <w:pStyle w:val="Heading3"/>
      </w:pPr>
      <w:r>
        <w:t>Key Verse:</w:t>
      </w:r>
    </w:p>
    <w:p>
      <w:r>
        <w:t>1 Samuel 8:7 – “And the Lord said to Samuel, ‘Obey the voice of the people… for they have not rejected you, but they have rejected me from being king over them.’”</w:t>
      </w:r>
    </w:p>
    <w:p>
      <w:pPr>
        <w:pStyle w:val="Heading3"/>
      </w:pPr>
      <w:r>
        <w:t>Reflection Questions:</w:t>
      </w:r>
    </w:p>
    <w:p>
      <w:r>
        <w:t>- What are the major themes introduced in 1 Samuel?</w:t>
      </w:r>
    </w:p>
    <w:p>
      <w:r>
        <w:t>- How does the book transition from the time of the judges to kingship?</w:t>
      </w:r>
    </w:p>
    <w:p>
      <w:r>
        <w:t>- Why is it significant that Israel wanted a human king?</w:t>
      </w:r>
    </w:p>
    <w:p>
      <w:pPr>
        <w:pStyle w:val="Heading3"/>
      </w:pPr>
      <w:r>
        <w:t>Application:</w:t>
      </w:r>
    </w:p>
    <w:p>
      <w:r>
        <w:t>Reflect on the times you've insisted on your own way instead of trusting God's leadership. How can you realign your heart to accept God’s authority?</w:t>
      </w:r>
    </w:p>
    <w:p>
      <w:pPr>
        <w:pStyle w:val="Heading3"/>
      </w:pPr>
      <w:r>
        <w:t>Cross-References:</w:t>
      </w:r>
    </w:p>
    <w:p>
      <w:r>
        <w:t>Deuteronomy 17:14–20; Hosea 13:9–11; Acts 13:21–22</w:t>
      </w:r>
    </w:p>
    <w:p>
      <w:pPr>
        <w:pStyle w:val="Heading2"/>
      </w:pPr>
      <w:r>
        <w:t>Lesson 2: God Calls Samuel (1 Samuel 1–3)</w:t>
      </w:r>
    </w:p>
    <w:p>
      <w:pPr>
        <w:pStyle w:val="Heading3"/>
      </w:pPr>
      <w:r>
        <w:t>Teaching:</w:t>
      </w:r>
    </w:p>
    <w:p>
      <w:r>
        <w:t>Hannah’s prayer and dedication of Samuel show God's responsiveness to humble faith. God calls Samuel as a prophet, highlighting the theme of divine communication in a time of spiritual drought.</w:t>
      </w:r>
    </w:p>
    <w:p>
      <w:pPr>
        <w:pStyle w:val="Heading3"/>
      </w:pPr>
      <w:r>
        <w:t>Key Verse:</w:t>
      </w:r>
    </w:p>
    <w:p>
      <w:r>
        <w:t>1 Samuel 3:10 – “And the Lord came and stood, calling as at other times, ‘Samuel! Samuel!’ And Samuel said, ‘Speak, for your servant hears.’”</w:t>
      </w:r>
    </w:p>
    <w:p>
      <w:pPr>
        <w:pStyle w:val="Heading3"/>
      </w:pPr>
      <w:r>
        <w:t>Reflection Questions:</w:t>
      </w:r>
    </w:p>
    <w:p>
      <w:r>
        <w:t>- How does Hannah model faithful prayer and trust?</w:t>
      </w:r>
    </w:p>
    <w:p>
      <w:r>
        <w:t>- What does God’s call to Samuel teach us about hearing from God?</w:t>
      </w:r>
    </w:p>
    <w:p>
      <w:r>
        <w:t>- How did Eli’s failure contrast with Samuel’s faithfulness?</w:t>
      </w:r>
    </w:p>
    <w:p>
      <w:pPr>
        <w:pStyle w:val="Heading3"/>
      </w:pPr>
      <w:r>
        <w:t>Application:</w:t>
      </w:r>
    </w:p>
    <w:p>
      <w:r>
        <w:t>Practice attentive prayer this week, asking God to speak and being ready to respond in obedience.</w:t>
      </w:r>
    </w:p>
    <w:p>
      <w:pPr>
        <w:pStyle w:val="Heading3"/>
      </w:pPr>
      <w:r>
        <w:t>Cross-References:</w:t>
      </w:r>
    </w:p>
    <w:p>
      <w:r>
        <w:t>Psalm 34:15; Proverbs 15:29; Luke 1:46–55</w:t>
      </w:r>
    </w:p>
    <w:p>
      <w:pPr>
        <w:pStyle w:val="Heading2"/>
      </w:pPr>
      <w:r>
        <w:t>Lesson 3: The Ark of God Captured (1 Samuel 4–7)</w:t>
      </w:r>
    </w:p>
    <w:p>
      <w:pPr>
        <w:pStyle w:val="Heading3"/>
      </w:pPr>
      <w:r>
        <w:t>Teaching:</w:t>
      </w:r>
    </w:p>
    <w:p>
      <w:r>
        <w:t>Israel's defeat and the capture of the ark reveal that God is not a lucky charm but a holy presence. The return of the ark and Samuel’s leadership mark a spiritual renewal.</w:t>
      </w:r>
    </w:p>
    <w:p>
      <w:pPr>
        <w:pStyle w:val="Heading3"/>
      </w:pPr>
      <w:r>
        <w:t>Key Verse:</w:t>
      </w:r>
    </w:p>
    <w:p>
      <w:r>
        <w:t>1 Samuel 7:3 – “If you are returning to the Lord with all your heart… direct your heart to the Lord and serve him only, and he will deliver you…”</w:t>
      </w:r>
    </w:p>
    <w:p>
      <w:pPr>
        <w:pStyle w:val="Heading3"/>
      </w:pPr>
      <w:r>
        <w:t>Reflection Questions:</w:t>
      </w:r>
    </w:p>
    <w:p>
      <w:r>
        <w:t>- Why was the ark captured?</w:t>
      </w:r>
    </w:p>
    <w:p>
      <w:r>
        <w:t>- How did Israel respond to God's discipline?</w:t>
      </w:r>
    </w:p>
    <w:p>
      <w:r>
        <w:t>- What does true repentance look like?</w:t>
      </w:r>
    </w:p>
    <w:p>
      <w:pPr>
        <w:pStyle w:val="Heading3"/>
      </w:pPr>
      <w:r>
        <w:t>Application:</w:t>
      </w:r>
    </w:p>
    <w:p>
      <w:r>
        <w:t>Identify areas where you may be treating God's blessings superstitiously instead of worshipfully.</w:t>
      </w:r>
    </w:p>
    <w:p>
      <w:pPr>
        <w:pStyle w:val="Heading3"/>
      </w:pPr>
      <w:r>
        <w:t>Cross-References:</w:t>
      </w:r>
    </w:p>
    <w:p>
      <w:r>
        <w:t>Exodus 25:10–22; Leviticus 10:1–3; 2 Chronicles 7:14</w:t>
      </w:r>
    </w:p>
    <w:sectPr w:rsidR="00FC693F" w:rsidRPr="0006063C" w:rsidSect="00034616">
      <w:pgSz w:w="12240" w:h="15840"/>
      <w:pgMar w:top="1440" w:right="1800" w:bottom="1440" w:left="1800" w:header="720" w:footer="720" w:gutter="0"/>
      <w:cols w:space="720"/>
      <w:docGrid w:linePitch="360"/>
    </w:sectPr>
    <w:p>
      <w:pPr>
        <w:pStyle w:val="Heading1"/>
      </w:pPr>
      <w:r>
        <w:t>Bible Study on the Book of 1 Samuel (Continued)</w:t>
      </w:r>
    </w:p>
    <w:p>
      <w:pPr>
        <w:pStyle w:val="Heading2"/>
      </w:pPr>
      <w:r>
        <w:t>Lesson 4: Israel Demands a King (1 Samuel 8–10)</w:t>
      </w:r>
    </w:p>
    <w:p>
      <w:pPr>
        <w:pStyle w:val="Heading3"/>
      </w:pPr>
      <w:r>
        <w:t>Teaching:</w:t>
      </w:r>
    </w:p>
    <w:p>
      <w:r>
        <w:t>Though God was their King, Israel demanded a human one. Saul is chosen, highlighting both God's sovereignty and the people’s spiritual shortsightedness.</w:t>
      </w:r>
    </w:p>
    <w:p>
      <w:pPr>
        <w:pStyle w:val="Heading3"/>
      </w:pPr>
      <w:r>
        <w:t>Key Verse:</w:t>
      </w:r>
    </w:p>
    <w:p>
      <w:r>
        <w:t>1 Samuel 10:24 – “Do you see him whom the Lord has chosen? There is none like him among all the people.”</w:t>
      </w:r>
    </w:p>
    <w:p>
      <w:pPr>
        <w:pStyle w:val="Heading3"/>
      </w:pPr>
      <w:r>
        <w:t>Reflection Questions:</w:t>
      </w:r>
    </w:p>
    <w:p>
      <w:r>
        <w:t>- Why did Israel want a king?</w:t>
      </w:r>
    </w:p>
    <w:p>
      <w:r>
        <w:t>- How did God use their request for His own purposes?</w:t>
      </w:r>
    </w:p>
    <w:p>
      <w:r>
        <w:t>- What does this reveal about our desires?</w:t>
      </w:r>
    </w:p>
    <w:p>
      <w:pPr>
        <w:pStyle w:val="Heading3"/>
      </w:pPr>
      <w:r>
        <w:t>Application:</w:t>
      </w:r>
    </w:p>
    <w:p>
      <w:r>
        <w:t>Evaluate desires that may seem good but are rooted in mistrust of God's leadership.</w:t>
      </w:r>
    </w:p>
    <w:p>
      <w:pPr>
        <w:pStyle w:val="Heading3"/>
      </w:pPr>
      <w:r>
        <w:t>Cross-References:</w:t>
      </w:r>
    </w:p>
    <w:p>
      <w:r>
        <w:t>Judges 21:25; Romans 1:21–25; Psalm 118:8–9</w:t>
      </w:r>
    </w:p>
    <w:p>
      <w:pPr>
        <w:pStyle w:val="Heading2"/>
      </w:pPr>
      <w:r>
        <w:t>Lesson 5: Saul’s Early Success and Failures (1 Samuel 11–15)</w:t>
      </w:r>
    </w:p>
    <w:p>
      <w:pPr>
        <w:pStyle w:val="Heading3"/>
      </w:pPr>
      <w:r>
        <w:t>Teaching:</w:t>
      </w:r>
    </w:p>
    <w:p>
      <w:r>
        <w:t>Saul begins with victory but soon disobeys God’s commands. His impatience and incomplete obedience mark his decline.</w:t>
      </w:r>
    </w:p>
    <w:p>
      <w:pPr>
        <w:pStyle w:val="Heading3"/>
      </w:pPr>
      <w:r>
        <w:t>Key Verse:</w:t>
      </w:r>
    </w:p>
    <w:p>
      <w:r>
        <w:t>1 Samuel 15:22 – “To obey is better than sacrifice, and to listen than the fat of rams.”</w:t>
      </w:r>
    </w:p>
    <w:p>
      <w:pPr>
        <w:pStyle w:val="Heading3"/>
      </w:pPr>
      <w:r>
        <w:t>Reflection Questions:</w:t>
      </w:r>
    </w:p>
    <w:p>
      <w:r>
        <w:t>- What were Saul’s main failings?</w:t>
      </w:r>
    </w:p>
    <w:p>
      <w:r>
        <w:t>- How does partial obedience fall short?</w:t>
      </w:r>
    </w:p>
    <w:p>
      <w:r>
        <w:t>- What does this teach about leadership?</w:t>
      </w:r>
    </w:p>
    <w:p>
      <w:pPr>
        <w:pStyle w:val="Heading3"/>
      </w:pPr>
      <w:r>
        <w:t>Application:</w:t>
      </w:r>
    </w:p>
    <w:p>
      <w:r>
        <w:t>Ask God to reveal areas of your life where obedience is incomplete.</w:t>
      </w:r>
    </w:p>
    <w:p>
      <w:pPr>
        <w:pStyle w:val="Heading3"/>
      </w:pPr>
      <w:r>
        <w:t>Cross-References:</w:t>
      </w:r>
    </w:p>
    <w:p>
      <w:r>
        <w:t>Proverbs 21:3; John 14:15; Hebrews 10:26–27</w:t>
      </w:r>
    </w:p>
    <w:p>
      <w:pPr>
        <w:pStyle w:val="Heading2"/>
      </w:pPr>
      <w:r>
        <w:t>Lesson 6: David is Anointed (1 Samuel 16)</w:t>
      </w:r>
    </w:p>
    <w:p>
      <w:pPr>
        <w:pStyle w:val="Heading3"/>
      </w:pPr>
      <w:r>
        <w:t>Teaching:</w:t>
      </w:r>
    </w:p>
    <w:p>
      <w:r>
        <w:t>David is chosen based on his heart, not his appearance. This chapter introduces a man after God’s own heart and begins the decline of Saul.</w:t>
      </w:r>
    </w:p>
    <w:p>
      <w:pPr>
        <w:pStyle w:val="Heading3"/>
      </w:pPr>
      <w:r>
        <w:t>Key Verse:</w:t>
      </w:r>
    </w:p>
    <w:p>
      <w:r>
        <w:t>1 Samuel 16:7 – “The Lord sees not as man sees… the Lord looks on the heart.”</w:t>
      </w:r>
    </w:p>
    <w:p>
      <w:pPr>
        <w:pStyle w:val="Heading3"/>
      </w:pPr>
      <w:r>
        <w:t>Reflection Questions:</w:t>
      </w:r>
    </w:p>
    <w:p>
      <w:r>
        <w:t>- What does God value in a leader?</w:t>
      </w:r>
    </w:p>
    <w:p>
      <w:r>
        <w:t>- How do appearances mislead us?</w:t>
      </w:r>
    </w:p>
    <w:p>
      <w:r>
        <w:t>- What do you think it means to be a person after God’s heart?</w:t>
      </w:r>
    </w:p>
    <w:p>
      <w:pPr>
        <w:pStyle w:val="Heading3"/>
      </w:pPr>
      <w:r>
        <w:t>Application:</w:t>
      </w:r>
    </w:p>
    <w:p>
      <w:r>
        <w:t>Focus on character development rather than outward reputation this week.</w:t>
      </w:r>
    </w:p>
    <w:p>
      <w:pPr>
        <w:pStyle w:val="Heading3"/>
      </w:pPr>
      <w:r>
        <w:t>Cross-References:</w:t>
      </w:r>
    </w:p>
    <w:p>
      <w:r>
        <w:t>Psalm 78:70–72; Acts 13:22; Matthew 23:27–28</w:t>
      </w:r>
    </w:p>
    <w:p>
      <w:pPr>
        <w:pStyle w:val="Heading2"/>
      </w:pPr>
      <w:r>
        <w:t>Lesson 7: David and Goliath (1 Samuel 17)</w:t>
      </w:r>
    </w:p>
    <w:p>
      <w:pPr>
        <w:pStyle w:val="Heading3"/>
      </w:pPr>
      <w:r>
        <w:t>Teaching:</w:t>
      </w:r>
    </w:p>
    <w:p>
      <w:r>
        <w:t>David’s faith in God leads him to confront Goliath when others cower. His victory shows that true strength comes from trusting God.</w:t>
      </w:r>
    </w:p>
    <w:p>
      <w:pPr>
        <w:pStyle w:val="Heading3"/>
      </w:pPr>
      <w:r>
        <w:t>Key Verse:</w:t>
      </w:r>
    </w:p>
    <w:p>
      <w:r>
        <w:t>1 Samuel 17:47 – “For the battle is the Lord’s, and he will give you into our hand.”</w:t>
      </w:r>
    </w:p>
    <w:p>
      <w:pPr>
        <w:pStyle w:val="Heading3"/>
      </w:pPr>
      <w:r>
        <w:t>Reflection Questions:</w:t>
      </w:r>
    </w:p>
    <w:p>
      <w:r>
        <w:t>- What gave David courage that others lacked?</w:t>
      </w:r>
    </w:p>
    <w:p>
      <w:r>
        <w:t>- How does David glorify God through his actions?</w:t>
      </w:r>
    </w:p>
    <w:p>
      <w:r>
        <w:t>- What giants do you face that require faith?</w:t>
      </w:r>
    </w:p>
    <w:p>
      <w:pPr>
        <w:pStyle w:val="Heading3"/>
      </w:pPr>
      <w:r>
        <w:t>Application:</w:t>
      </w:r>
    </w:p>
    <w:p>
      <w:r>
        <w:t>Take a step of faith in an area where fear has held you back, trusting that the battle belongs to the Lord.</w:t>
      </w:r>
    </w:p>
    <w:p>
      <w:pPr>
        <w:pStyle w:val="Heading3"/>
      </w:pPr>
      <w:r>
        <w:t>Cross-References:</w:t>
      </w:r>
    </w:p>
    <w:p>
      <w:r>
        <w:t>Psalm 20:7; 2 Chronicles 20:15; Romans 8:31</w:t>
      </w:r>
    </w:p>
    <w:p>
      <w:pPr>
        <w:pStyle w:val="Heading2"/>
      </w:pPr>
      <w:r>
        <w:t>Lesson 8: Saul’s Jealousy and David’s Rise (1 Samuel 18–20)</w:t>
      </w:r>
    </w:p>
    <w:p>
      <w:pPr>
        <w:pStyle w:val="Heading3"/>
      </w:pPr>
      <w:r>
        <w:t>Teaching:</w:t>
      </w:r>
    </w:p>
    <w:p>
      <w:r>
        <w:t>David’s success provokes Saul’s jealousy. Jonathan, Saul’s son, forms a covenant friendship with David, showing loyalty to God’s anointed.</w:t>
      </w:r>
    </w:p>
    <w:p>
      <w:pPr>
        <w:pStyle w:val="Heading3"/>
      </w:pPr>
      <w:r>
        <w:t>Key Verse:</w:t>
      </w:r>
    </w:p>
    <w:p>
      <w:r>
        <w:t>1 Samuel 18:14 – “And David had success in all his undertakings, for the Lord was with him.”</w:t>
      </w:r>
    </w:p>
    <w:p>
      <w:pPr>
        <w:pStyle w:val="Heading3"/>
      </w:pPr>
      <w:r>
        <w:t>Reflection Questions:</w:t>
      </w:r>
    </w:p>
    <w:p>
      <w:r>
        <w:t>- What does Saul’s jealousy reveal about his heart?</w:t>
      </w:r>
    </w:p>
    <w:p>
      <w:r>
        <w:t>- How did Jonathan’s friendship with David reflect godly character?</w:t>
      </w:r>
    </w:p>
    <w:p>
      <w:r>
        <w:t>- How do you handle others' success?</w:t>
      </w:r>
    </w:p>
    <w:p>
      <w:pPr>
        <w:pStyle w:val="Heading3"/>
      </w:pPr>
      <w:r>
        <w:t>Application:</w:t>
      </w:r>
    </w:p>
    <w:p>
      <w:r>
        <w:t>Celebrate others’ blessings and victories this week without comparison or envy.</w:t>
      </w:r>
    </w:p>
    <w:p>
      <w:pPr>
        <w:pStyle w:val="Heading3"/>
      </w:pPr>
      <w:r>
        <w:t>Cross-References:</w:t>
      </w:r>
    </w:p>
    <w:p>
      <w:r>
        <w:t>Proverbs 14:30; James 3:14–16; Philippians 2:3–4</w:t>
      </w:r>
    </w:p>
    <w:p>
      <w:pPr>
        <w:pStyle w:val="Heading2"/>
      </w:pPr>
      <w:r>
        <w:t>Lesson 9: David on the Run (1 Samuel 21–24)</w:t>
      </w:r>
    </w:p>
    <w:p>
      <w:pPr>
        <w:pStyle w:val="Heading3"/>
      </w:pPr>
      <w:r>
        <w:t>Teaching:</w:t>
      </w:r>
    </w:p>
    <w:p>
      <w:r>
        <w:t>Though pursued unjustly by Saul, David shows integrity by sparing his enemy. His dependence on God sustains him during hardship.</w:t>
      </w:r>
    </w:p>
    <w:p>
      <w:pPr>
        <w:pStyle w:val="Heading3"/>
      </w:pPr>
      <w:r>
        <w:t>Key Verse:</w:t>
      </w:r>
    </w:p>
    <w:p>
      <w:r>
        <w:t>1 Samuel 24:6 – “The Lord forbid that I should do this thing to my lord, the Lord’s anointed…”</w:t>
      </w:r>
    </w:p>
    <w:p>
      <w:pPr>
        <w:pStyle w:val="Heading3"/>
      </w:pPr>
      <w:r>
        <w:t>Reflection Questions:</w:t>
      </w:r>
    </w:p>
    <w:p>
      <w:r>
        <w:t>- Why didn’t David retaliate against Saul?</w:t>
      </w:r>
    </w:p>
    <w:p>
      <w:r>
        <w:t>- What does this teach about vengeance and justice?</w:t>
      </w:r>
    </w:p>
    <w:p>
      <w:r>
        <w:t>- How do you respond when wronged?</w:t>
      </w:r>
    </w:p>
    <w:p>
      <w:pPr>
        <w:pStyle w:val="Heading3"/>
      </w:pPr>
      <w:r>
        <w:t>Application:</w:t>
      </w:r>
    </w:p>
    <w:p>
      <w:r>
        <w:t>Forgive someone who has wronged you, trusting God to bring justice in His time.</w:t>
      </w:r>
    </w:p>
    <w:p>
      <w:pPr>
        <w:pStyle w:val="Heading3"/>
      </w:pPr>
      <w:r>
        <w:t>Cross-References:</w:t>
      </w:r>
    </w:p>
    <w:p>
      <w:r>
        <w:t>Romans 12:17–21; 1 Peter 2:23; Psalm 57</w:t>
      </w:r>
    </w:p>
    <w:p>
      <w:pPr>
        <w:pStyle w:val="Heading2"/>
      </w:pPr>
      <w:r>
        <w:t>Lesson 10: David’s Wilderness Training (1 Samuel 25–27)</w:t>
      </w:r>
    </w:p>
    <w:p>
      <w:pPr>
        <w:pStyle w:val="Heading3"/>
      </w:pPr>
      <w:r>
        <w:t>Teaching:</w:t>
      </w:r>
    </w:p>
    <w:p>
      <w:r>
        <w:t>David’s encounters with Abigail and Saul again show his restraint and wisdom. God uses the wilderness to shape David into a humble leader.</w:t>
      </w:r>
    </w:p>
    <w:p>
      <w:pPr>
        <w:pStyle w:val="Heading3"/>
      </w:pPr>
      <w:r>
        <w:t>Key Verse:</w:t>
      </w:r>
    </w:p>
    <w:p>
      <w:r>
        <w:t>1 Samuel 25:32–33 – “Blessed be the Lord… who sent you this day to meet me! Blessed be your discretion…”</w:t>
      </w:r>
    </w:p>
    <w:p>
      <w:pPr>
        <w:pStyle w:val="Heading3"/>
      </w:pPr>
      <w:r>
        <w:t>Reflection Questions:</w:t>
      </w:r>
    </w:p>
    <w:p>
      <w:r>
        <w:t>- How did Abigail influence David’s response?</w:t>
      </w:r>
    </w:p>
    <w:p>
      <w:r>
        <w:t>- How is God refining David during this time?</w:t>
      </w:r>
    </w:p>
    <w:p>
      <w:r>
        <w:t>- What role does wise counsel play in your life?</w:t>
      </w:r>
    </w:p>
    <w:p>
      <w:pPr>
        <w:pStyle w:val="Heading3"/>
      </w:pPr>
      <w:r>
        <w:t>Application:</w:t>
      </w:r>
    </w:p>
    <w:p>
      <w:r>
        <w:t>Seek godly counsel this week in a situation where your emotions might cloud judgment.</w:t>
      </w:r>
    </w:p>
    <w:p>
      <w:pPr>
        <w:pStyle w:val="Heading3"/>
      </w:pPr>
      <w:r>
        <w:t>Cross-References:</w:t>
      </w:r>
    </w:p>
    <w:p>
      <w:r>
        <w:t>Proverbs 19:20; Psalm 34:17–18; Hebrews 12:11</w:t>
      </w:r>
    </w:p>
    <w:p>
      <w:pPr>
        <w:pStyle w:val="Heading2"/>
      </w:pPr>
      <w:r>
        <w:t>Lesson 11: Saul’s Tragic Decline (1 Samuel 28–31)</w:t>
      </w:r>
    </w:p>
    <w:p>
      <w:pPr>
        <w:pStyle w:val="Heading3"/>
      </w:pPr>
      <w:r>
        <w:t>Teaching:</w:t>
      </w:r>
    </w:p>
    <w:p>
      <w:r>
        <w:t>Saul turns to a medium instead of God, revealing his complete spiritual collapse. His death at the hands of the Philistines fulfills God’s judgment.</w:t>
      </w:r>
    </w:p>
    <w:p>
      <w:pPr>
        <w:pStyle w:val="Heading3"/>
      </w:pPr>
      <w:r>
        <w:t>Key Verse:</w:t>
      </w:r>
    </w:p>
    <w:p>
      <w:r>
        <w:t>1 Samuel 28:6 – “And when Saul inquired of the Lord, the Lord did not answer him…”</w:t>
      </w:r>
    </w:p>
    <w:p>
      <w:pPr>
        <w:pStyle w:val="Heading3"/>
      </w:pPr>
      <w:r>
        <w:t>Reflection Questions:</w:t>
      </w:r>
    </w:p>
    <w:p>
      <w:r>
        <w:t>- What led to Saul’s downfall?</w:t>
      </w:r>
    </w:p>
    <w:p>
      <w:r>
        <w:t>- How does spiritual compromise escalate over time?</w:t>
      </w:r>
    </w:p>
    <w:p>
      <w:r>
        <w:t>- Why is it dangerous to seek answers apart from God?</w:t>
      </w:r>
    </w:p>
    <w:p>
      <w:pPr>
        <w:pStyle w:val="Heading3"/>
      </w:pPr>
      <w:r>
        <w:t>Application:</w:t>
      </w:r>
    </w:p>
    <w:p>
      <w:r>
        <w:t>Repent of any ways you are looking for guidance outside of God’s Word.</w:t>
      </w:r>
    </w:p>
    <w:p>
      <w:pPr>
        <w:pStyle w:val="Heading3"/>
      </w:pPr>
      <w:r>
        <w:t>Cross-References:</w:t>
      </w:r>
    </w:p>
    <w:p>
      <w:r>
        <w:t>Deuteronomy 18:10–12; Isaiah 8:19–20; Galatians 6:7–8</w:t>
      </w:r>
    </w:p>
    <w:p>
      <w:pPr>
        <w:pStyle w:val="Heading2"/>
      </w:pPr>
      <w:r>
        <w:t>Lesson 12: David’s Path to Kingship (1 Samuel 29–30)</w:t>
      </w:r>
    </w:p>
    <w:p>
      <w:pPr>
        <w:pStyle w:val="Heading3"/>
      </w:pPr>
      <w:r>
        <w:t>Teaching:</w:t>
      </w:r>
    </w:p>
    <w:p>
      <w:r>
        <w:t>Even while living among the Philistines, David seeks God before battle. His return to Ziklag and recovery of all shows God's providential care.</w:t>
      </w:r>
    </w:p>
    <w:p>
      <w:pPr>
        <w:pStyle w:val="Heading3"/>
      </w:pPr>
      <w:r>
        <w:t>Key Verse:</w:t>
      </w:r>
    </w:p>
    <w:p>
      <w:r>
        <w:t>1 Samuel 30:6 – “But David strengthened himself in the Lord his God.”</w:t>
      </w:r>
    </w:p>
    <w:p>
      <w:pPr>
        <w:pStyle w:val="Heading3"/>
      </w:pPr>
      <w:r>
        <w:t>Reflection Questions:</w:t>
      </w:r>
    </w:p>
    <w:p>
      <w:r>
        <w:t>- How does David respond to despair?</w:t>
      </w:r>
    </w:p>
    <w:p>
      <w:r>
        <w:t>- What does it mean to strengthen yourself in the Lord?</w:t>
      </w:r>
    </w:p>
    <w:p>
      <w:r>
        <w:t>- How do trials prepare us for future leadership?</w:t>
      </w:r>
    </w:p>
    <w:p>
      <w:pPr>
        <w:pStyle w:val="Heading3"/>
      </w:pPr>
      <w:r>
        <w:t>Application:</w:t>
      </w:r>
    </w:p>
    <w:p>
      <w:r>
        <w:t>Spend intentional time this week meditating on God's promises when you face discouragement.</w:t>
      </w:r>
    </w:p>
    <w:p>
      <w:pPr>
        <w:pStyle w:val="Heading3"/>
      </w:pPr>
      <w:r>
        <w:t>Cross-References:</w:t>
      </w:r>
    </w:p>
    <w:p>
      <w:r>
        <w:t>Psalm 27:14; James 1:2–4; Romans 5:3–5</w:t>
      </w:r>
    </w:p>
    <w:p>
      <w:pPr>
        <w:pStyle w:val="Heading2"/>
      </w:pPr>
      <w:r>
        <w:t>Lesson 13: Reflecting on 1 Samuel</w:t>
      </w:r>
    </w:p>
    <w:p>
      <w:pPr>
        <w:pStyle w:val="Heading3"/>
      </w:pPr>
      <w:r>
        <w:t>Teaching:</w:t>
      </w:r>
    </w:p>
    <w:p>
      <w:r>
        <w:t>The entire book highlights the importance of trusting God over human strength. David’s path, marked by suffering and submission, contrasts with Saul’s pride and disobedience. It’s a call to humble dependence on the Lord.</w:t>
      </w:r>
    </w:p>
    <w:p>
      <w:pPr>
        <w:pStyle w:val="Heading3"/>
      </w:pPr>
      <w:r>
        <w:t>Key Verse:</w:t>
      </w:r>
    </w:p>
    <w:p>
      <w:r>
        <w:t>1 Samuel 2:30b – “For those who honor me I will honor, and those who despise me shall be lightly esteemed.”</w:t>
      </w:r>
    </w:p>
    <w:p>
      <w:pPr>
        <w:pStyle w:val="Heading3"/>
      </w:pPr>
      <w:r>
        <w:t>Reflection Questions:</w:t>
      </w:r>
    </w:p>
    <w:p>
      <w:r>
        <w:t>- What key lessons have you learned from 1 Samuel?</w:t>
      </w:r>
    </w:p>
    <w:p>
      <w:r>
        <w:t>- How do the lives of Samuel, Saul, and David challenge your faith journey?</w:t>
      </w:r>
    </w:p>
    <w:p>
      <w:r>
        <w:t>- What does honoring God look like in daily life?</w:t>
      </w:r>
    </w:p>
    <w:p>
      <w:pPr>
        <w:pStyle w:val="Heading3"/>
      </w:pPr>
      <w:r>
        <w:t>Application:</w:t>
      </w:r>
    </w:p>
    <w:p>
      <w:r>
        <w:t>Commit to walking in obedience and humility, learning from the lives studied.</w:t>
      </w:r>
    </w:p>
    <w:p>
      <w:pPr>
        <w:pStyle w:val="Heading3"/>
      </w:pPr>
      <w:r>
        <w:t>Cross-References:</w:t>
      </w:r>
    </w:p>
    <w:p>
      <w:r>
        <w:t>Micah 6:8; Matthew 23:12; 1 Peter 5:6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