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1 Chronicles Bible Study</w:t>
      </w:r>
    </w:p>
    <w:p>
      <w:pPr>
        <w:pStyle w:val="Heading1"/>
      </w:pPr>
      <w:r>
        <w:t>Lesson 1: Introduction to 1 Chronicles</w:t>
      </w:r>
    </w:p>
    <w:p>
      <w:pPr>
        <w:pStyle w:val="Heading2"/>
      </w:pPr>
      <w:r>
        <w:t>Teaching:</w:t>
      </w:r>
    </w:p>
    <w:p>
      <w:r>
        <w:t>1 Chronicles, traditionally attributed to Ezra, provides a spiritual history of Israel, focusing on Davidic kingship and temple worship. Written after the exile, it encourages the post-exilic community by emphasizing God’s covenant promises, especially through David's lineage and temple-centered worship. The book begins with genealogies, connecting Israel's present with its past and pointing toward God’s redemptive plan.</w:t>
      </w:r>
    </w:p>
    <w:p>
      <w:pPr>
        <w:pStyle w:val="Heading2"/>
      </w:pPr>
      <w:r>
        <w:t>Key Verse:</w:t>
      </w:r>
    </w:p>
    <w:p>
      <w:r>
        <w:t>1 Chronicles 17:14 – "I will confirm him in my house and in my kingdom forever, and his throne shall be established forever."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Why would genealogies be important for a post-exilic community?</w:t>
      </w:r>
    </w:p>
    <w:p>
      <w:pPr>
        <w:pStyle w:val="ListBullet"/>
      </w:pPr>
      <w:r>
        <w:t>- How does the emphasis on David and the temple affect your view of God’s long-term plans?</w:t>
      </w:r>
    </w:p>
    <w:p>
      <w:pPr>
        <w:pStyle w:val="ListBullet"/>
      </w:pPr>
      <w:r>
        <w:t>- What encouragement can be drawn from seeing God’s faithfulness in history?</w:t>
      </w:r>
    </w:p>
    <w:p>
      <w:pPr>
        <w:pStyle w:val="Heading2"/>
      </w:pPr>
      <w:r>
        <w:t>Application:</w:t>
      </w:r>
    </w:p>
    <w:p>
      <w:r>
        <w:t>Consider how your personal story fits into God’s bigger redemptive narrative. Reflect on God's faithfulness through generations and how that impacts your faith today.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Genesis 12:1–3</w:t>
      </w:r>
    </w:p>
    <w:p>
      <w:pPr>
        <w:pStyle w:val="ListBullet"/>
      </w:pPr>
      <w:r>
        <w:t>- 2 Samuel 7:12–16</w:t>
      </w:r>
    </w:p>
    <w:p>
      <w:pPr>
        <w:pStyle w:val="ListBullet"/>
      </w:pPr>
      <w:r>
        <w:t>- Matthew 1:1–17</w:t>
      </w:r>
    </w:p>
    <w:p>
      <w:pPr>
        <w:pStyle w:val="ListBullet"/>
      </w:pPr>
      <w:r>
        <w:t>- Ezra 1:1–4</w:t>
      </w:r>
    </w:p>
    <w:p>
      <w:pPr>
        <w:pStyle w:val="Heading1"/>
      </w:pPr>
      <w:r>
        <w:t>Lesson 2: Genealogies from Adam to Israel (Ch. 1–9)</w:t>
      </w:r>
    </w:p>
    <w:p>
      <w:pPr>
        <w:pStyle w:val="Heading2"/>
      </w:pPr>
      <w:r>
        <w:t>Teaching:</w:t>
      </w:r>
    </w:p>
    <w:p>
      <w:r>
        <w:t>These chapters trace God’s covenant people from Adam to the post-exilic community. The chronicler emphasizes Judah and Levi to highlight the significance of kingship and worship.</w:t>
      </w:r>
    </w:p>
    <w:p>
      <w:pPr>
        <w:pStyle w:val="Heading2"/>
      </w:pPr>
      <w:r>
        <w:t>Key Verse:</w:t>
      </w:r>
    </w:p>
    <w:p>
      <w:r>
        <w:t>1 Chronicles 9:1 – “So all Israel was recorded in genealogies…”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stands out to you in these genealogies?</w:t>
      </w:r>
    </w:p>
    <w:p>
      <w:pPr>
        <w:pStyle w:val="ListBullet"/>
      </w:pPr>
      <w:r>
        <w:t>- Why might God care so deeply about recording names and lineages?</w:t>
      </w:r>
    </w:p>
    <w:p>
      <w:pPr>
        <w:pStyle w:val="ListBullet"/>
      </w:pPr>
      <w:r>
        <w:t>- What role does spiritual heritage play in your own life?</w:t>
      </w:r>
    </w:p>
    <w:p>
      <w:pPr>
        <w:pStyle w:val="Heading2"/>
      </w:pPr>
      <w:r>
        <w:t>Application:</w:t>
      </w:r>
    </w:p>
    <w:p>
      <w:r>
        <w:t>Recognize the value God places on people and families. Take time to pray over your own spiritual lineage—those who’ve impacted your walk with Christ.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Genesis 5:1–32</w:t>
      </w:r>
    </w:p>
    <w:p>
      <w:pPr>
        <w:pStyle w:val="ListBullet"/>
      </w:pPr>
      <w:r>
        <w:t>- Exodus 6:14–27</w:t>
      </w:r>
    </w:p>
    <w:p>
      <w:pPr>
        <w:pStyle w:val="ListBullet"/>
      </w:pPr>
      <w:r>
        <w:t>- Hebrews 11</w:t>
      </w:r>
    </w:p>
    <w:p>
      <w:pPr>
        <w:pStyle w:val="Heading1"/>
      </w:pPr>
      <w:r>
        <w:t>Lesson 3: The Reign and Death of Saul (Ch. 10)</w:t>
      </w:r>
    </w:p>
    <w:p>
      <w:pPr>
        <w:pStyle w:val="Heading2"/>
      </w:pPr>
      <w:r>
        <w:t>Teaching:</w:t>
      </w:r>
    </w:p>
    <w:p>
      <w:r>
        <w:t>Saul's death is presented briefly but significantly, contrasting his disobedience with David’s coming faithfulness. It’s a spiritual interpretation of his fall.</w:t>
      </w:r>
    </w:p>
    <w:p>
      <w:pPr>
        <w:pStyle w:val="Heading2"/>
      </w:pPr>
      <w:r>
        <w:t>Key Verse:</w:t>
      </w:r>
    </w:p>
    <w:p>
      <w:r>
        <w:t>1 Chronicles 10:13 – “So Saul died for his breach of faith.”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does Saul's downfall teach us about obedience?</w:t>
      </w:r>
    </w:p>
    <w:p>
      <w:pPr>
        <w:pStyle w:val="ListBullet"/>
      </w:pPr>
      <w:r>
        <w:t>- How does the Chronicler contrast Saul with David?</w:t>
      </w:r>
    </w:p>
    <w:p>
      <w:pPr>
        <w:pStyle w:val="ListBullet"/>
      </w:pPr>
      <w:r>
        <w:t>- In what areas of your life is God calling you to deeper obedience?</w:t>
      </w:r>
    </w:p>
    <w:p>
      <w:pPr>
        <w:pStyle w:val="Heading2"/>
      </w:pPr>
      <w:r>
        <w:t>Application:</w:t>
      </w:r>
    </w:p>
    <w:p>
      <w:r>
        <w:t>Examine areas of disobedience in your life. Seek to align more fully with God’s Word and purposes.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- 1 Samuel 13:13–14</w:t>
      </w:r>
    </w:p>
    <w:p>
      <w:pPr>
        <w:pStyle w:val="ListBullet"/>
      </w:pPr>
      <w:r>
        <w:t>- 1 Samuel 31</w:t>
      </w:r>
    </w:p>
    <w:p>
      <w:pPr>
        <w:pStyle w:val="ListBullet"/>
      </w:pPr>
      <w:r>
        <w:t>- Proverbs 14:12</w:t>
      </w:r>
    </w:p>
    <w:p>
      <w:pPr>
        <w:pStyle w:val="Heading1"/>
      </w:pPr>
      <w:r>
        <w:t>Lesson 4: David Becomes King and Unites Israel (Ch. 11–12)</w:t>
      </w:r>
    </w:p>
    <w:p>
      <w:pPr>
        <w:pStyle w:val="Heading2"/>
      </w:pPr>
      <w:r>
        <w:t>Teaching:</w:t>
      </w:r>
    </w:p>
    <w:p>
      <w:r>
        <w:t>David is anointed king, and the unity of Israel under his leadership is emphasized. His mighty men reflect the strength that comes from God's favor.</w:t>
      </w:r>
    </w:p>
    <w:p>
      <w:pPr>
        <w:pStyle w:val="Heading2"/>
      </w:pPr>
      <w:r>
        <w:t>Key Verse:</w:t>
      </w:r>
    </w:p>
    <w:p>
      <w:r>
        <w:t>1 Chronicles 11:9 – “And David became greater and greater, for the Lord of hosts was with him.”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leadership qualities did David exhibit?</w:t>
      </w:r>
    </w:p>
    <w:p>
      <w:pPr>
        <w:pStyle w:val="ListBullet"/>
      </w:pPr>
      <w:r>
        <w:t>- What made David different from Saul?</w:t>
      </w:r>
    </w:p>
    <w:p>
      <w:pPr>
        <w:pStyle w:val="ListBullet"/>
      </w:pPr>
      <w:r>
        <w:t>- What does godly leadership look like today?</w:t>
      </w:r>
    </w:p>
    <w:p>
      <w:pPr>
        <w:pStyle w:val="Heading2"/>
      </w:pPr>
      <w:r>
        <w:t>Application:</w:t>
      </w:r>
    </w:p>
    <w:p>
      <w:r>
        <w:t>Consider your own influence. How can you lead in your family, church, or workplace with integrity and dependence on God?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- 2 Samuel 5</w:t>
      </w:r>
    </w:p>
    <w:p>
      <w:pPr>
        <w:pStyle w:val="ListBullet"/>
      </w:pPr>
      <w:r>
        <w:t>- Psalm 78:70–72</w:t>
      </w:r>
    </w:p>
    <w:p>
      <w:pPr>
        <w:pStyle w:val="ListBullet"/>
      </w:pPr>
      <w:r>
        <w:t>- Matthew 20:26–28</w:t>
      </w:r>
    </w:p>
    <w:p>
      <w:pPr>
        <w:pStyle w:val="Heading1"/>
      </w:pPr>
      <w:r>
        <w:t>Lesson 5: The Ark and Worship Restored (Ch. 13–16)</w:t>
      </w:r>
    </w:p>
    <w:p>
      <w:pPr>
        <w:pStyle w:val="Heading2"/>
      </w:pPr>
      <w:r>
        <w:t>Teaching:</w:t>
      </w:r>
    </w:p>
    <w:p>
      <w:r>
        <w:t>David brings the Ark to Jerusalem, emphasizing proper worship and the importance of honoring God’s presence. It highlights both joy and reverence.</w:t>
      </w:r>
    </w:p>
    <w:p>
      <w:pPr>
        <w:pStyle w:val="Heading2"/>
      </w:pPr>
      <w:r>
        <w:t>Key Verse:</w:t>
      </w:r>
    </w:p>
    <w:p>
      <w:r>
        <w:t>1 Chronicles 16:29 – “Worship the Lord in the splendor of holiness.”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does this passage teach about how we approach God?</w:t>
      </w:r>
    </w:p>
    <w:p>
      <w:pPr>
        <w:pStyle w:val="ListBullet"/>
      </w:pPr>
      <w:r>
        <w:t>- Why was it important to bring the Ark to Jerusalem?</w:t>
      </w:r>
    </w:p>
    <w:p>
      <w:pPr>
        <w:pStyle w:val="ListBullet"/>
      </w:pPr>
      <w:r>
        <w:t>- What role does worship play in your life?</w:t>
      </w:r>
    </w:p>
    <w:p>
      <w:pPr>
        <w:pStyle w:val="Heading2"/>
      </w:pPr>
      <w:r>
        <w:t>Application:</w:t>
      </w:r>
    </w:p>
    <w:p>
      <w:r>
        <w:t>Recommit to personal and corporate worship that honors God. Reflect on ways to increase reverence and joy in your worship.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- 2 Samuel 6</w:t>
      </w:r>
    </w:p>
    <w:p>
      <w:pPr>
        <w:pStyle w:val="ListBullet"/>
      </w:pPr>
      <w:r>
        <w:t>- Psalm 24</w:t>
      </w:r>
    </w:p>
    <w:p>
      <w:pPr>
        <w:pStyle w:val="ListBullet"/>
      </w:pPr>
      <w:r>
        <w:t>- John 4:23–24</w:t>
      </w:r>
    </w:p>
    <w:p>
      <w:pPr>
        <w:pStyle w:val="Heading1"/>
      </w:pPr>
      <w:r>
        <w:t>Lesson 6: God’s Covenant with David (Ch. 17)</w:t>
      </w:r>
    </w:p>
    <w:p>
      <w:pPr>
        <w:pStyle w:val="Heading2"/>
      </w:pPr>
      <w:r>
        <w:t>Teaching:</w:t>
      </w:r>
    </w:p>
    <w:p>
      <w:r>
        <w:t>God promises David an eternal kingdom through his lineage, a foundational Messianic prophecy. David responds in humility and praise.</w:t>
      </w:r>
    </w:p>
    <w:p>
      <w:pPr>
        <w:pStyle w:val="Heading2"/>
      </w:pPr>
      <w:r>
        <w:t>Key Verse:</w:t>
      </w:r>
    </w:p>
    <w:p>
      <w:r>
        <w:t>1 Chronicles 17:11–12 – “I will raise up your offspring after you… and I will establish his kingdom.”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does this covenant show about God’s character?</w:t>
      </w:r>
    </w:p>
    <w:p>
      <w:pPr>
        <w:pStyle w:val="ListBullet"/>
      </w:pPr>
      <w:r>
        <w:t>- How does this point to Jesus?</w:t>
      </w:r>
    </w:p>
    <w:p>
      <w:pPr>
        <w:pStyle w:val="ListBullet"/>
      </w:pPr>
      <w:r>
        <w:t>- How do you respond to God’s promises?</w:t>
      </w:r>
    </w:p>
    <w:p>
      <w:pPr>
        <w:pStyle w:val="Heading2"/>
      </w:pPr>
      <w:r>
        <w:t>Application:</w:t>
      </w:r>
    </w:p>
    <w:p>
      <w:r>
        <w:t>Rest in God’s promises, knowing He is faithful. Spend time this week in thanksgiving for the fulfillment of His covenant through Christ.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- 2 Samuel 7</w:t>
      </w:r>
    </w:p>
    <w:p>
      <w:pPr>
        <w:pStyle w:val="ListBullet"/>
      </w:pPr>
      <w:r>
        <w:t>- Luke 1:31–33</w:t>
      </w:r>
    </w:p>
    <w:p>
      <w:pPr>
        <w:pStyle w:val="ListBullet"/>
      </w:pPr>
      <w:r>
        <w:t>- Acts 2:29–36</w:t>
      </w:r>
    </w:p>
    <w:p>
      <w:pPr>
        <w:pStyle w:val="Heading1"/>
      </w:pPr>
      <w:r>
        <w:t>Lesson 7: David’s Military and Administrative Reign (Ch. 18–21)</w:t>
      </w:r>
    </w:p>
    <w:p>
      <w:pPr>
        <w:pStyle w:val="Heading2"/>
      </w:pPr>
      <w:r>
        <w:t>Teaching:</w:t>
      </w:r>
    </w:p>
    <w:p>
      <w:r>
        <w:t>David’s military victories and organization show God’s blessing, but his sin in numbering Israel shows that even great leaders fail when pride sets in.</w:t>
      </w:r>
    </w:p>
    <w:p>
      <w:pPr>
        <w:pStyle w:val="Heading2"/>
      </w:pPr>
      <w:r>
        <w:t>Key Verse:</w:t>
      </w:r>
    </w:p>
    <w:p>
      <w:r>
        <w:t>1 Chronicles 21:13 – “I am in great distress. Let me fall into the hand of the Lord, for his mercy is very great.”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Why was numbering Israel a sin?</w:t>
      </w:r>
    </w:p>
    <w:p>
      <w:pPr>
        <w:pStyle w:val="ListBullet"/>
      </w:pPr>
      <w:r>
        <w:t>- What do we learn about repentance from David?</w:t>
      </w:r>
    </w:p>
    <w:p>
      <w:pPr>
        <w:pStyle w:val="ListBullet"/>
      </w:pPr>
      <w:r>
        <w:t>- How can you guard against pride in your own life?</w:t>
      </w:r>
    </w:p>
    <w:p>
      <w:pPr>
        <w:pStyle w:val="Heading2"/>
      </w:pPr>
      <w:r>
        <w:t>Application:</w:t>
      </w:r>
    </w:p>
    <w:p>
      <w:r>
        <w:t>Confess any pride or self-reliance. Depend wholly on God’s grace and leadership in your life.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Proverbs 16:18</w:t>
      </w:r>
    </w:p>
    <w:p>
      <w:pPr>
        <w:pStyle w:val="ListBullet"/>
      </w:pPr>
      <w:r>
        <w:t>- 2 Samuel 24</w:t>
      </w:r>
    </w:p>
    <w:p>
      <w:pPr>
        <w:pStyle w:val="ListBullet"/>
      </w:pPr>
      <w:r>
        <w:t>- James 4:6–10</w:t>
      </w:r>
    </w:p>
    <w:p>
      <w:pPr>
        <w:pStyle w:val="Heading1"/>
      </w:pPr>
      <w:r>
        <w:t>Lesson 8: Preparing for the Temple (Ch. 22–29)</w:t>
      </w:r>
    </w:p>
    <w:p>
      <w:pPr>
        <w:pStyle w:val="Heading2"/>
      </w:pPr>
      <w:r>
        <w:t>Teaching:</w:t>
      </w:r>
    </w:p>
    <w:p>
      <w:r>
        <w:t>David prepares everything for Solomon to build the temple, including materials, plans, and encouragement. The book ends with worship, generosity, and the passing of leadership.</w:t>
      </w:r>
    </w:p>
    <w:p>
      <w:pPr>
        <w:pStyle w:val="Heading2"/>
      </w:pPr>
      <w:r>
        <w:t>Key Verse:</w:t>
      </w:r>
    </w:p>
    <w:p>
      <w:r>
        <w:t>1 Chronicles 28:20 – “Be strong and courageous and do it. Do not be afraid… for the Lord God… is with you.”</w:t>
      </w:r>
    </w:p>
    <w:p>
      <w:pPr>
        <w:pStyle w:val="Heading2"/>
      </w:pPr>
      <w:r>
        <w:t>Reflection Questions:</w:t>
      </w:r>
    </w:p>
    <w:p>
      <w:pPr>
        <w:pStyle w:val="ListBullet"/>
      </w:pPr>
      <w:r>
        <w:t>- What does David’s preparation show about his priorities?</w:t>
      </w:r>
    </w:p>
    <w:p>
      <w:pPr>
        <w:pStyle w:val="ListBullet"/>
      </w:pPr>
      <w:r>
        <w:t>- How did the people respond to his leadership and vision?</w:t>
      </w:r>
    </w:p>
    <w:p>
      <w:pPr>
        <w:pStyle w:val="ListBullet"/>
      </w:pPr>
      <w:r>
        <w:t>- What legacy are you building for others?</w:t>
      </w:r>
    </w:p>
    <w:p>
      <w:pPr>
        <w:pStyle w:val="Heading2"/>
      </w:pPr>
      <w:r>
        <w:t>Application:</w:t>
      </w:r>
    </w:p>
    <w:p>
      <w:r>
        <w:t>Plan and work intentionally for God's glory. Consider how to pass on a legacy of faith, worship, and generosity.</w:t>
      </w:r>
    </w:p>
    <w:p>
      <w:pPr>
        <w:pStyle w:val="Heading2"/>
      </w:pPr>
      <w:r>
        <w:t>Cross-References:</w:t>
      </w:r>
    </w:p>
    <w:p>
      <w:pPr>
        <w:pStyle w:val="ListBullet"/>
      </w:pPr>
      <w:r>
        <w:t>- 1 Kings 2</w:t>
      </w:r>
    </w:p>
    <w:p>
      <w:pPr>
        <w:pStyle w:val="ListBullet"/>
      </w:pPr>
      <w:r>
        <w:t>- 2 Chronicles 1–2</w:t>
      </w:r>
    </w:p>
    <w:p>
      <w:pPr>
        <w:pStyle w:val="ListBullet"/>
      </w:pPr>
      <w:r>
        <w:t>- Hebrews 11:39–40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